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01759D" w14:textId="1BA7BD8C" w:rsidR="005B71B2" w:rsidRDefault="00385204" w:rsidP="00A66A08">
      <w:pPr>
        <w:pStyle w:val="Title"/>
      </w:pPr>
      <w:r>
        <w:rPr>
          <w:rFonts w:cstheme="majorHAnsi"/>
          <w:noProof/>
        </w:rPr>
        <w:drawing>
          <wp:anchor distT="0" distB="0" distL="114300" distR="114300" simplePos="0" relativeHeight="251661824" behindDoc="0" locked="0" layoutInCell="1" allowOverlap="1" wp14:anchorId="7C8E675E" wp14:editId="142BC525">
            <wp:simplePos x="0" y="0"/>
            <wp:positionH relativeFrom="margin">
              <wp:posOffset>5096510</wp:posOffset>
            </wp:positionH>
            <wp:positionV relativeFrom="paragraph">
              <wp:posOffset>-419100</wp:posOffset>
            </wp:positionV>
            <wp:extent cx="1606550" cy="1665391"/>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1.png"/>
                    <pic:cNvPicPr/>
                  </pic:nvPicPr>
                  <pic:blipFill>
                    <a:blip r:embed="rId9"/>
                    <a:stretch>
                      <a:fillRect/>
                    </a:stretch>
                  </pic:blipFill>
                  <pic:spPr>
                    <a:xfrm>
                      <a:off x="0" y="0"/>
                      <a:ext cx="1606550" cy="1665391"/>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800" behindDoc="0" locked="0" layoutInCell="1" allowOverlap="1" wp14:anchorId="76AAA40E" wp14:editId="785D76B6">
            <wp:simplePos x="0" y="0"/>
            <wp:positionH relativeFrom="margin">
              <wp:posOffset>4375150</wp:posOffset>
            </wp:positionH>
            <wp:positionV relativeFrom="paragraph">
              <wp:posOffset>-247650</wp:posOffset>
            </wp:positionV>
            <wp:extent cx="2232660" cy="13716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6E8E71C5-4C78-45FA-88DF-F1228CCBF88A-removebg-preview.png"/>
                    <pic:cNvPicPr/>
                  </pic:nvPicPr>
                  <pic:blipFill rotWithShape="1">
                    <a:blip r:embed="rId10"/>
                    <a:srcRect l="14216" t="18627" r="17156" b="18138"/>
                    <a:stretch/>
                  </pic:blipFill>
                  <pic:spPr bwMode="auto">
                    <a:xfrm>
                      <a:off x="0" y="0"/>
                      <a:ext cx="2232660" cy="1371600"/>
                    </a:xfrm>
                    <a:prstGeom prst="rect">
                      <a:avLst/>
                    </a:prstGeom>
                    <a:ln>
                      <a:noFill/>
                    </a:ln>
                    <a:extLst>
                      <a:ext uri="{53640926-AAD7-44D8-BBD7-CCE9431645EC}">
                        <a14:shadowObscured xmlns:a14="http://schemas.microsoft.com/office/drawing/2010/main"/>
                      </a:ext>
                    </a:extLst>
                  </pic:spPr>
                </pic:pic>
              </a:graphicData>
            </a:graphic>
          </wp:anchor>
        </w:drawing>
      </w:r>
      <w:r w:rsidR="005B71B2">
        <w:rPr>
          <w:sz w:val="14"/>
        </w:rPr>
        <w:br/>
      </w:r>
      <w:r w:rsidR="00BE2B6D">
        <w:rPr>
          <w:rFonts w:ascii="Segoe UI Emoji" w:hAnsi="Segoe UI Emoji" w:cs="Segoe UI Emoji"/>
        </w:rPr>
        <w:t>🏫</w:t>
      </w:r>
      <w:r w:rsidR="00BE2B6D">
        <w:t xml:space="preserve"> </w:t>
      </w:r>
      <w:r w:rsidR="005B71B2">
        <w:t>Little Oaks Preschool</w:t>
      </w:r>
    </w:p>
    <w:p w14:paraId="0A1A10EE" w14:textId="13B82F0E" w:rsidR="00A66A08" w:rsidRPr="005B71B2" w:rsidRDefault="005B71B2" w:rsidP="00A66A08">
      <w:pPr>
        <w:pStyle w:val="Title"/>
        <w:rPr>
          <w:sz w:val="14"/>
        </w:rPr>
      </w:pPr>
      <w:r w:rsidRPr="005B71B2">
        <w:rPr>
          <w:sz w:val="44"/>
        </w:rPr>
        <w:t>Funding and Fees Information</w:t>
      </w:r>
      <w:r w:rsidR="004F14EE">
        <w:rPr>
          <w:sz w:val="10"/>
        </w:rPr>
        <w:br/>
      </w:r>
      <w:r w:rsidR="004F14EE">
        <w:rPr>
          <w:rFonts w:cstheme="majorHAnsi"/>
          <w:sz w:val="24"/>
          <w:szCs w:val="26"/>
        </w:rPr>
        <w:t xml:space="preserve">01564 </w:t>
      </w:r>
      <w:proofErr w:type="gramStart"/>
      <w:r w:rsidR="004F14EE">
        <w:rPr>
          <w:rFonts w:cstheme="majorHAnsi"/>
          <w:sz w:val="24"/>
          <w:szCs w:val="26"/>
        </w:rPr>
        <w:t>783225  /</w:t>
      </w:r>
      <w:proofErr w:type="gramEnd"/>
      <w:r w:rsidR="004F14EE">
        <w:rPr>
          <w:rFonts w:cstheme="majorHAnsi"/>
          <w:sz w:val="24"/>
          <w:szCs w:val="26"/>
        </w:rPr>
        <w:t xml:space="preserve">  </w:t>
      </w:r>
      <w:r w:rsidR="004F14EE" w:rsidRPr="004F14EE">
        <w:rPr>
          <w:rFonts w:cstheme="majorHAnsi"/>
          <w:sz w:val="24"/>
          <w:szCs w:val="26"/>
        </w:rPr>
        <w:t>littleoaksprechool@welearn365.com</w:t>
      </w:r>
      <w:r w:rsidR="004F14EE" w:rsidRPr="004F14EE">
        <w:rPr>
          <w:rFonts w:cstheme="majorHAnsi"/>
          <w:b/>
          <w:i/>
          <w:sz w:val="24"/>
          <w:szCs w:val="26"/>
        </w:rPr>
        <w:t xml:space="preserve"> </w:t>
      </w:r>
      <w:r w:rsidR="00385204">
        <w:rPr>
          <w:sz w:val="14"/>
        </w:rPr>
        <w:br/>
      </w:r>
    </w:p>
    <w:p w14:paraId="7D76D5CE" w14:textId="03FA3CBD" w:rsidR="002E407D" w:rsidRPr="00E72BCC" w:rsidRDefault="005B71B2">
      <w:pPr>
        <w:rPr>
          <w:rFonts w:asciiTheme="majorHAnsi" w:hAnsiTheme="majorHAnsi" w:cstheme="majorHAnsi"/>
        </w:rPr>
      </w:pPr>
      <w:r>
        <w:rPr>
          <w:rFonts w:asciiTheme="majorHAnsi" w:hAnsiTheme="majorHAnsi" w:cstheme="majorHAnsi"/>
          <w:sz w:val="8"/>
        </w:rPr>
        <w:br/>
      </w:r>
      <w:r w:rsidR="00FB0D14" w:rsidRPr="0079723C">
        <w:rPr>
          <w:rFonts w:asciiTheme="majorHAnsi" w:hAnsiTheme="majorHAnsi" w:cstheme="majorHAnsi"/>
        </w:rPr>
        <w:t xml:space="preserve">Thank you for choosing Little Oaks Preschool for your child’s early years education. We are pleased to offer both funded and paid childcare options for children aged 2 and 3 years. </w:t>
      </w:r>
      <w:r w:rsidR="00A66A08" w:rsidRPr="0079723C">
        <w:rPr>
          <w:rFonts w:asciiTheme="majorHAnsi" w:hAnsiTheme="majorHAnsi" w:cstheme="majorHAnsi"/>
        </w:rPr>
        <w:t>The information below</w:t>
      </w:r>
      <w:r w:rsidR="00FB0D14" w:rsidRPr="0079723C">
        <w:rPr>
          <w:rFonts w:asciiTheme="majorHAnsi" w:hAnsiTheme="majorHAnsi" w:cstheme="majorHAnsi"/>
        </w:rPr>
        <w:t xml:space="preserve"> outlines our current session options, associated costs, and funding offers available for eligible families.</w:t>
      </w:r>
      <w:r w:rsidR="00E72BCC">
        <w:rPr>
          <w:rFonts w:asciiTheme="majorHAnsi" w:hAnsiTheme="majorHAnsi" w:cstheme="majorHAnsi"/>
        </w:rPr>
        <w:t xml:space="preserve"> </w:t>
      </w:r>
      <w:r w:rsidR="00E72BCC" w:rsidRPr="00E72BCC">
        <w:rPr>
          <w:rFonts w:asciiTheme="majorHAnsi" w:hAnsiTheme="majorHAnsi" w:cstheme="majorHAnsi"/>
          <w:b/>
        </w:rPr>
        <w:t>All ages mentioned in this document refer to the child's age at the </w:t>
      </w:r>
      <w:r w:rsidR="00E72BCC" w:rsidRPr="00E72BCC">
        <w:rPr>
          <w:rStyle w:val="Strong"/>
          <w:rFonts w:asciiTheme="majorHAnsi" w:hAnsiTheme="majorHAnsi" w:cstheme="majorHAnsi"/>
          <w:color w:val="0A0A0A"/>
          <w:shd w:val="clear" w:color="auto" w:fill="FFFFFF"/>
        </w:rPr>
        <w:t>start of each term</w:t>
      </w:r>
      <w:r w:rsidR="00E72BCC" w:rsidRPr="00E72BCC">
        <w:rPr>
          <w:rFonts w:asciiTheme="majorHAnsi" w:hAnsiTheme="majorHAnsi" w:cstheme="majorHAnsi"/>
          <w:b/>
          <w:color w:val="0A0A0A"/>
          <w:shd w:val="clear" w:color="auto" w:fill="FFFFFF"/>
        </w:rPr>
        <w:t>.</w:t>
      </w:r>
    </w:p>
    <w:p w14:paraId="3BE27CF0" w14:textId="4D04FB41" w:rsidR="0019345E" w:rsidRDefault="00385204">
      <w:pPr>
        <w:rPr>
          <w:rFonts w:asciiTheme="majorHAnsi" w:hAnsiTheme="majorHAnsi" w:cstheme="majorHAnsi"/>
          <w:b/>
          <w:sz w:val="28"/>
        </w:rPr>
      </w:pPr>
      <w:r>
        <w:rPr>
          <w:rFonts w:asciiTheme="majorHAnsi" w:hAnsiTheme="majorHAnsi" w:cstheme="majorHAnsi"/>
          <w:b/>
          <w:sz w:val="12"/>
        </w:rPr>
        <w:br/>
      </w:r>
      <w:r w:rsidR="00FB0D14" w:rsidRPr="00A66A08">
        <w:rPr>
          <w:rFonts w:asciiTheme="majorHAnsi" w:hAnsiTheme="majorHAnsi" w:cstheme="majorHAnsi"/>
          <w:b/>
          <w:sz w:val="28"/>
        </w:rPr>
        <w:t>Session Options and Standard Fees</w:t>
      </w:r>
    </w:p>
    <w:p w14:paraId="23480C98" w14:textId="7ADFCBDD" w:rsidR="002E407D" w:rsidRDefault="00FB0D14">
      <w:pPr>
        <w:rPr>
          <w:rFonts w:asciiTheme="majorHAnsi" w:hAnsiTheme="majorHAnsi" w:cstheme="majorHAnsi"/>
        </w:rPr>
      </w:pPr>
      <w:r w:rsidRPr="00A66A08">
        <w:rPr>
          <w:rFonts w:asciiTheme="majorHAnsi" w:hAnsiTheme="majorHAnsi" w:cstheme="majorHAnsi"/>
        </w:rPr>
        <w:t>We offer the following sessions for children aged 2 and 3:</w:t>
      </w:r>
    </w:p>
    <w:tbl>
      <w:tblPr>
        <w:tblStyle w:val="PlainTable1"/>
        <w:tblW w:w="0" w:type="auto"/>
        <w:jc w:val="center"/>
        <w:tblLook w:val="04A0" w:firstRow="1" w:lastRow="0" w:firstColumn="1" w:lastColumn="0" w:noHBand="0" w:noVBand="1"/>
      </w:tblPr>
      <w:tblGrid>
        <w:gridCol w:w="1870"/>
        <w:gridCol w:w="2574"/>
        <w:gridCol w:w="2574"/>
        <w:gridCol w:w="2574"/>
      </w:tblGrid>
      <w:tr w:rsidR="00A66A08" w14:paraId="532B1453" w14:textId="77777777" w:rsidTr="0001458C">
        <w:trPr>
          <w:cnfStyle w:val="100000000000" w:firstRow="1" w:lastRow="0" w:firstColumn="0" w:lastColumn="0" w:oddVBand="0" w:evenVBand="0" w:oddHBand="0"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1870" w:type="dxa"/>
            <w:vAlign w:val="center"/>
          </w:tcPr>
          <w:p w14:paraId="3E1D4836" w14:textId="74BB0B77" w:rsidR="00A66A08" w:rsidRPr="005627A6" w:rsidRDefault="00A66A08" w:rsidP="0001458C">
            <w:pPr>
              <w:spacing w:line="276" w:lineRule="auto"/>
              <w:rPr>
                <w:rFonts w:asciiTheme="majorHAnsi" w:hAnsiTheme="majorHAnsi" w:cstheme="majorHAnsi"/>
                <w:i/>
              </w:rPr>
            </w:pPr>
            <w:r w:rsidRPr="005627A6">
              <w:rPr>
                <w:rFonts w:asciiTheme="majorHAnsi" w:hAnsiTheme="majorHAnsi" w:cstheme="majorHAnsi"/>
                <w:i/>
              </w:rPr>
              <w:t>Session</w:t>
            </w:r>
          </w:p>
        </w:tc>
        <w:tc>
          <w:tcPr>
            <w:tcW w:w="2574" w:type="dxa"/>
            <w:vAlign w:val="center"/>
          </w:tcPr>
          <w:p w14:paraId="04681FE7" w14:textId="1AE78AC7" w:rsidR="00A66A08" w:rsidRPr="005627A6" w:rsidRDefault="00A66A08" w:rsidP="0001458C">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i/>
              </w:rPr>
            </w:pPr>
            <w:r w:rsidRPr="005627A6">
              <w:rPr>
                <w:rFonts w:asciiTheme="majorHAnsi" w:hAnsiTheme="majorHAnsi" w:cstheme="majorHAnsi"/>
                <w:i/>
              </w:rPr>
              <w:t>Times</w:t>
            </w:r>
          </w:p>
        </w:tc>
        <w:tc>
          <w:tcPr>
            <w:tcW w:w="2574" w:type="dxa"/>
            <w:vAlign w:val="center"/>
          </w:tcPr>
          <w:p w14:paraId="299CA40E" w14:textId="5BC7DCCB" w:rsidR="00A66A08" w:rsidRPr="005627A6" w:rsidRDefault="00A66A08" w:rsidP="0001458C">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i/>
              </w:rPr>
            </w:pPr>
            <w:r w:rsidRPr="005627A6">
              <w:rPr>
                <w:rFonts w:asciiTheme="majorHAnsi" w:hAnsiTheme="majorHAnsi" w:cstheme="majorHAnsi"/>
                <w:i/>
              </w:rPr>
              <w:t>3</w:t>
            </w:r>
            <w:r w:rsidR="0001458C" w:rsidRPr="005627A6">
              <w:rPr>
                <w:rFonts w:asciiTheme="majorHAnsi" w:hAnsiTheme="majorHAnsi" w:cstheme="majorHAnsi"/>
                <w:i/>
              </w:rPr>
              <w:t xml:space="preserve"> </w:t>
            </w:r>
            <w:r w:rsidRPr="005627A6">
              <w:rPr>
                <w:rFonts w:asciiTheme="majorHAnsi" w:hAnsiTheme="majorHAnsi" w:cstheme="majorHAnsi"/>
                <w:i/>
              </w:rPr>
              <w:t>Year</w:t>
            </w:r>
            <w:r w:rsidR="0001458C" w:rsidRPr="005627A6">
              <w:rPr>
                <w:rFonts w:asciiTheme="majorHAnsi" w:hAnsiTheme="majorHAnsi" w:cstheme="majorHAnsi"/>
                <w:i/>
              </w:rPr>
              <w:t xml:space="preserve"> </w:t>
            </w:r>
            <w:r w:rsidR="00DF5F6E" w:rsidRPr="005627A6">
              <w:rPr>
                <w:rFonts w:asciiTheme="majorHAnsi" w:hAnsiTheme="majorHAnsi" w:cstheme="majorHAnsi"/>
                <w:i/>
              </w:rPr>
              <w:t>Old’s</w:t>
            </w:r>
          </w:p>
        </w:tc>
        <w:tc>
          <w:tcPr>
            <w:tcW w:w="2574" w:type="dxa"/>
            <w:vAlign w:val="center"/>
          </w:tcPr>
          <w:p w14:paraId="794E7D55" w14:textId="2B5AAECD" w:rsidR="00A66A08" w:rsidRPr="005627A6" w:rsidRDefault="00A66A08" w:rsidP="0001458C">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i/>
              </w:rPr>
            </w:pPr>
            <w:r w:rsidRPr="005627A6">
              <w:rPr>
                <w:rFonts w:asciiTheme="majorHAnsi" w:hAnsiTheme="majorHAnsi" w:cstheme="majorHAnsi"/>
                <w:i/>
              </w:rPr>
              <w:t>2</w:t>
            </w:r>
            <w:r w:rsidR="0001458C" w:rsidRPr="005627A6">
              <w:rPr>
                <w:rFonts w:asciiTheme="majorHAnsi" w:hAnsiTheme="majorHAnsi" w:cstheme="majorHAnsi"/>
                <w:i/>
              </w:rPr>
              <w:t xml:space="preserve"> </w:t>
            </w:r>
            <w:r w:rsidRPr="005627A6">
              <w:rPr>
                <w:rFonts w:asciiTheme="majorHAnsi" w:hAnsiTheme="majorHAnsi" w:cstheme="majorHAnsi"/>
                <w:i/>
              </w:rPr>
              <w:t>Year</w:t>
            </w:r>
            <w:r w:rsidR="0001458C" w:rsidRPr="005627A6">
              <w:rPr>
                <w:rFonts w:asciiTheme="majorHAnsi" w:hAnsiTheme="majorHAnsi" w:cstheme="majorHAnsi"/>
                <w:i/>
              </w:rPr>
              <w:t xml:space="preserve"> </w:t>
            </w:r>
            <w:r w:rsidR="00DF5F6E" w:rsidRPr="005627A6">
              <w:rPr>
                <w:rFonts w:asciiTheme="majorHAnsi" w:hAnsiTheme="majorHAnsi" w:cstheme="majorHAnsi"/>
                <w:i/>
              </w:rPr>
              <w:t>Old’s</w:t>
            </w:r>
          </w:p>
        </w:tc>
      </w:tr>
      <w:tr w:rsidR="00A66A08" w14:paraId="4A21605B" w14:textId="77777777" w:rsidTr="005627A6">
        <w:trPr>
          <w:cnfStyle w:val="000000100000" w:firstRow="0" w:lastRow="0" w:firstColumn="0" w:lastColumn="0" w:oddVBand="0" w:evenVBand="0" w:oddHBand="1" w:evenHBand="0" w:firstRowFirstColumn="0" w:firstRowLastColumn="0" w:lastRowFirstColumn="0" w:lastRowLastColumn="0"/>
          <w:trHeight w:val="559"/>
          <w:jc w:val="center"/>
        </w:trPr>
        <w:tc>
          <w:tcPr>
            <w:cnfStyle w:val="001000000000" w:firstRow="0" w:lastRow="0" w:firstColumn="1" w:lastColumn="0" w:oddVBand="0" w:evenVBand="0" w:oddHBand="0" w:evenHBand="0" w:firstRowFirstColumn="0" w:firstRowLastColumn="0" w:lastRowFirstColumn="0" w:lastRowLastColumn="0"/>
            <w:tcW w:w="1870" w:type="dxa"/>
            <w:vAlign w:val="center"/>
          </w:tcPr>
          <w:p w14:paraId="36B7841A" w14:textId="57CA6D17" w:rsidR="00A66A08" w:rsidRDefault="00A66A08" w:rsidP="0001458C">
            <w:pPr>
              <w:spacing w:line="276" w:lineRule="auto"/>
              <w:rPr>
                <w:rFonts w:asciiTheme="majorHAnsi" w:hAnsiTheme="majorHAnsi" w:cstheme="majorHAnsi"/>
              </w:rPr>
            </w:pPr>
            <w:r w:rsidRPr="00A66A08">
              <w:rPr>
                <w:rFonts w:asciiTheme="majorHAnsi" w:hAnsiTheme="majorHAnsi" w:cstheme="majorHAnsi"/>
              </w:rPr>
              <w:t>Morning</w:t>
            </w:r>
          </w:p>
        </w:tc>
        <w:tc>
          <w:tcPr>
            <w:tcW w:w="2574" w:type="dxa"/>
            <w:vAlign w:val="center"/>
          </w:tcPr>
          <w:p w14:paraId="3953AC04" w14:textId="7C5654D2" w:rsidR="00A66A08" w:rsidRDefault="00A66A08" w:rsidP="0001458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8:30am – 1:00pm</w:t>
            </w:r>
          </w:p>
        </w:tc>
        <w:tc>
          <w:tcPr>
            <w:tcW w:w="2574" w:type="dxa"/>
            <w:vAlign w:val="center"/>
          </w:tcPr>
          <w:p w14:paraId="59FAF5BC" w14:textId="0CEE5E1F" w:rsidR="00A66A08" w:rsidRDefault="00A66A08" w:rsidP="0001458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w:t>
            </w:r>
            <w:r w:rsidR="007066DB">
              <w:rPr>
                <w:rFonts w:asciiTheme="majorHAnsi" w:hAnsiTheme="majorHAnsi" w:cstheme="majorHAnsi"/>
              </w:rPr>
              <w:t>40.50</w:t>
            </w:r>
          </w:p>
        </w:tc>
        <w:tc>
          <w:tcPr>
            <w:tcW w:w="2574" w:type="dxa"/>
            <w:vAlign w:val="center"/>
          </w:tcPr>
          <w:p w14:paraId="0BB216CD" w14:textId="3DDB0B7F" w:rsidR="00A66A08" w:rsidRDefault="00A66A08" w:rsidP="0001458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w:t>
            </w:r>
            <w:r w:rsidR="007066DB">
              <w:rPr>
                <w:rFonts w:asciiTheme="majorHAnsi" w:hAnsiTheme="majorHAnsi" w:cstheme="majorHAnsi"/>
              </w:rPr>
              <w:t>42.30</w:t>
            </w:r>
          </w:p>
        </w:tc>
      </w:tr>
      <w:tr w:rsidR="00A66A08" w14:paraId="654A221B" w14:textId="77777777" w:rsidTr="005627A6">
        <w:trPr>
          <w:trHeight w:val="553"/>
          <w:jc w:val="center"/>
        </w:trPr>
        <w:tc>
          <w:tcPr>
            <w:cnfStyle w:val="001000000000" w:firstRow="0" w:lastRow="0" w:firstColumn="1" w:lastColumn="0" w:oddVBand="0" w:evenVBand="0" w:oddHBand="0" w:evenHBand="0" w:firstRowFirstColumn="0" w:firstRowLastColumn="0" w:lastRowFirstColumn="0" w:lastRowLastColumn="0"/>
            <w:tcW w:w="1870" w:type="dxa"/>
            <w:vAlign w:val="center"/>
          </w:tcPr>
          <w:p w14:paraId="50F54897" w14:textId="440DBC68" w:rsidR="00A66A08" w:rsidRPr="00A66A08" w:rsidRDefault="00A66A08" w:rsidP="0001458C">
            <w:pPr>
              <w:spacing w:line="276" w:lineRule="auto"/>
              <w:rPr>
                <w:rFonts w:asciiTheme="majorHAnsi" w:hAnsiTheme="majorHAnsi" w:cstheme="majorHAnsi"/>
              </w:rPr>
            </w:pPr>
            <w:r w:rsidRPr="00A66A08">
              <w:rPr>
                <w:rFonts w:asciiTheme="majorHAnsi" w:hAnsiTheme="majorHAnsi" w:cstheme="majorHAnsi"/>
              </w:rPr>
              <w:t>Full Day</w:t>
            </w:r>
          </w:p>
        </w:tc>
        <w:tc>
          <w:tcPr>
            <w:tcW w:w="2574" w:type="dxa"/>
            <w:vAlign w:val="center"/>
          </w:tcPr>
          <w:p w14:paraId="6CEE9A4D" w14:textId="2912387A" w:rsidR="00A66A08" w:rsidRPr="00A66A08" w:rsidRDefault="00A66A08" w:rsidP="0001458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8:30am – 3:45pm</w:t>
            </w:r>
          </w:p>
        </w:tc>
        <w:tc>
          <w:tcPr>
            <w:tcW w:w="2574" w:type="dxa"/>
            <w:vAlign w:val="center"/>
          </w:tcPr>
          <w:p w14:paraId="18A266D3" w14:textId="129D987B" w:rsidR="00A66A08" w:rsidRPr="00A66A08" w:rsidRDefault="00A66A08" w:rsidP="0001458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w:t>
            </w:r>
            <w:r w:rsidR="007066DB">
              <w:rPr>
                <w:rFonts w:asciiTheme="majorHAnsi" w:hAnsiTheme="majorHAnsi" w:cstheme="majorHAnsi"/>
              </w:rPr>
              <w:t>65.25</w:t>
            </w:r>
          </w:p>
        </w:tc>
        <w:tc>
          <w:tcPr>
            <w:tcW w:w="2574" w:type="dxa"/>
            <w:vAlign w:val="center"/>
          </w:tcPr>
          <w:p w14:paraId="294F6107" w14:textId="7B4E3D50" w:rsidR="00A66A08" w:rsidRPr="00A66A08" w:rsidRDefault="00A66A08" w:rsidP="0001458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w:t>
            </w:r>
            <w:r w:rsidR="007066DB">
              <w:rPr>
                <w:rFonts w:asciiTheme="majorHAnsi" w:hAnsiTheme="majorHAnsi" w:cstheme="majorHAnsi"/>
              </w:rPr>
              <w:t>68.15</w:t>
            </w:r>
          </w:p>
        </w:tc>
      </w:tr>
      <w:tr w:rsidR="00E8345F" w14:paraId="6BB9CC61" w14:textId="77777777" w:rsidTr="000145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vAlign w:val="center"/>
          </w:tcPr>
          <w:p w14:paraId="43B5E4B8" w14:textId="27A8E8D0" w:rsidR="00E8345F" w:rsidRPr="00A66A08" w:rsidRDefault="00E8345F" w:rsidP="0001458C">
            <w:pPr>
              <w:spacing w:line="276" w:lineRule="auto"/>
              <w:rPr>
                <w:rFonts w:asciiTheme="majorHAnsi" w:hAnsiTheme="majorHAnsi" w:cstheme="majorHAnsi"/>
              </w:rPr>
            </w:pPr>
            <w:r>
              <w:rPr>
                <w:rFonts w:asciiTheme="majorHAnsi" w:hAnsiTheme="majorHAnsi" w:cstheme="majorHAnsi"/>
              </w:rPr>
              <w:t>Ad</w:t>
            </w:r>
            <w:r w:rsidR="004C54AC">
              <w:rPr>
                <w:rFonts w:asciiTheme="majorHAnsi" w:hAnsiTheme="majorHAnsi" w:cstheme="majorHAnsi"/>
              </w:rPr>
              <w:t xml:space="preserve"> </w:t>
            </w:r>
            <w:r>
              <w:rPr>
                <w:rFonts w:asciiTheme="majorHAnsi" w:hAnsiTheme="majorHAnsi" w:cstheme="majorHAnsi"/>
              </w:rPr>
              <w:t>hoc</w:t>
            </w:r>
          </w:p>
        </w:tc>
        <w:tc>
          <w:tcPr>
            <w:tcW w:w="7722" w:type="dxa"/>
            <w:gridSpan w:val="3"/>
            <w:vAlign w:val="center"/>
          </w:tcPr>
          <w:p w14:paraId="0AA4B4D3" w14:textId="394ED452" w:rsidR="00E8345F" w:rsidRPr="00A66A08" w:rsidRDefault="00E8345F" w:rsidP="0001458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Sessions </w:t>
            </w:r>
            <w:r w:rsidR="005A70C2">
              <w:rPr>
                <w:rFonts w:asciiTheme="majorHAnsi" w:hAnsiTheme="majorHAnsi" w:cstheme="majorHAnsi"/>
              </w:rPr>
              <w:t xml:space="preserve">may be </w:t>
            </w:r>
            <w:r>
              <w:rPr>
                <w:rFonts w:asciiTheme="majorHAnsi" w:hAnsiTheme="majorHAnsi" w:cstheme="majorHAnsi"/>
              </w:rPr>
              <w:t xml:space="preserve">offered subject to availability </w:t>
            </w:r>
            <w:r w:rsidR="005A70C2">
              <w:rPr>
                <w:rFonts w:asciiTheme="majorHAnsi" w:hAnsiTheme="majorHAnsi" w:cstheme="majorHAnsi"/>
              </w:rPr>
              <w:t>and are</w:t>
            </w:r>
            <w:r>
              <w:rPr>
                <w:rFonts w:asciiTheme="majorHAnsi" w:hAnsiTheme="majorHAnsi" w:cstheme="majorHAnsi"/>
              </w:rPr>
              <w:t xml:space="preserve"> charged at the standard fee rate. P</w:t>
            </w:r>
            <w:r w:rsidR="005A70C2">
              <w:rPr>
                <w:rFonts w:asciiTheme="majorHAnsi" w:hAnsiTheme="majorHAnsi" w:cstheme="majorHAnsi"/>
              </w:rPr>
              <w:t xml:space="preserve">arents are advised to contact the preschool directly </w:t>
            </w:r>
            <w:r>
              <w:rPr>
                <w:rFonts w:asciiTheme="majorHAnsi" w:hAnsiTheme="majorHAnsi" w:cstheme="majorHAnsi"/>
              </w:rPr>
              <w:t>to book.</w:t>
            </w:r>
          </w:p>
        </w:tc>
      </w:tr>
    </w:tbl>
    <w:p w14:paraId="2EBE2640" w14:textId="5327CE8B" w:rsidR="0019345E" w:rsidRDefault="00B52CEE">
      <w:pPr>
        <w:rPr>
          <w:rFonts w:asciiTheme="majorHAnsi" w:hAnsiTheme="majorHAnsi" w:cstheme="majorHAnsi"/>
          <w:b/>
          <w:sz w:val="28"/>
        </w:rPr>
      </w:pPr>
      <w:r>
        <w:rPr>
          <w:rFonts w:asciiTheme="majorHAnsi" w:hAnsiTheme="majorHAnsi" w:cstheme="majorHAnsi"/>
          <w:b/>
          <w:noProof/>
          <w:sz w:val="28"/>
        </w:rPr>
        <mc:AlternateContent>
          <mc:Choice Requires="wps">
            <w:drawing>
              <wp:anchor distT="0" distB="0" distL="114300" distR="114300" simplePos="0" relativeHeight="251652608" behindDoc="0" locked="0" layoutInCell="1" allowOverlap="1" wp14:anchorId="2692D31B" wp14:editId="2FAD13FC">
                <wp:simplePos x="0" y="0"/>
                <wp:positionH relativeFrom="margin">
                  <wp:posOffset>533400</wp:posOffset>
                </wp:positionH>
                <wp:positionV relativeFrom="paragraph">
                  <wp:posOffset>338826</wp:posOffset>
                </wp:positionV>
                <wp:extent cx="5771693" cy="7315"/>
                <wp:effectExtent l="0" t="0" r="19685" b="31115"/>
                <wp:wrapNone/>
                <wp:docPr id="3" name="Straight Connector 3"/>
                <wp:cNvGraphicFramePr/>
                <a:graphic xmlns:a="http://schemas.openxmlformats.org/drawingml/2006/main">
                  <a:graphicData uri="http://schemas.microsoft.com/office/word/2010/wordprocessingShape">
                    <wps:wsp>
                      <wps:cNvCnPr/>
                      <wps:spPr>
                        <a:xfrm>
                          <a:off x="0" y="0"/>
                          <a:ext cx="5771693" cy="7315"/>
                        </a:xfrm>
                        <a:prstGeom prst="line">
                          <a:avLst/>
                        </a:prstGeom>
                        <a:ln w="9525" cap="flat" cmpd="sng" algn="ctr">
                          <a:solidFill>
                            <a:schemeClr val="accent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403B8CAC" id="Straight Connector 3" o:spid="_x0000_s1026" style="position:absolute;z-index:251656192;visibility:visible;mso-wrap-style:square;mso-wrap-distance-left:9pt;mso-wrap-distance-top:0;mso-wrap-distance-right:9pt;mso-wrap-distance-bottom:0;mso-position-horizontal:absolute;mso-position-horizontal-relative:margin;mso-position-vertical:absolute;mso-position-vertical-relative:text" from="42pt,26.7pt" to="496.4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" strokecolor="#4f81bd [3204]">
                <v:stroke dashstyle="dash"/>
                <w10:wrap anchorx="margin"/>
              </v:line>
            </w:pict>
          </mc:Fallback>
        </mc:AlternateContent>
      </w:r>
      <w:r>
        <w:rPr>
          <w:rFonts w:asciiTheme="majorHAnsi" w:hAnsiTheme="majorHAnsi" w:cstheme="majorHAnsi"/>
          <w:b/>
          <w:sz w:val="28"/>
        </w:rPr>
        <w:br/>
      </w:r>
      <w:r w:rsidR="005627A6">
        <w:rPr>
          <w:rFonts w:asciiTheme="majorHAnsi" w:hAnsiTheme="majorHAnsi" w:cstheme="majorHAnsi"/>
          <w:b/>
          <w:sz w:val="12"/>
        </w:rPr>
        <w:br/>
      </w:r>
      <w:r w:rsidR="005B71B2">
        <w:rPr>
          <w:rFonts w:asciiTheme="majorHAnsi" w:hAnsiTheme="majorHAnsi" w:cstheme="majorHAnsi"/>
          <w:b/>
          <w:sz w:val="8"/>
        </w:rPr>
        <w:br/>
      </w:r>
      <w:r w:rsidR="005B71B2">
        <w:rPr>
          <w:rFonts w:asciiTheme="majorHAnsi" w:hAnsiTheme="majorHAnsi" w:cstheme="majorHAnsi"/>
          <w:b/>
          <w:sz w:val="8"/>
        </w:rPr>
        <w:br/>
      </w:r>
      <w:r w:rsidR="005B71B2">
        <w:rPr>
          <w:rFonts w:asciiTheme="majorHAnsi" w:hAnsiTheme="majorHAnsi" w:cstheme="majorHAnsi"/>
          <w:b/>
          <w:sz w:val="10"/>
        </w:rPr>
        <w:br/>
      </w:r>
      <w:r w:rsidR="00385204">
        <w:rPr>
          <w:rFonts w:asciiTheme="majorHAnsi" w:hAnsiTheme="majorHAnsi" w:cstheme="majorHAnsi"/>
          <w:b/>
          <w:sz w:val="10"/>
        </w:rPr>
        <w:br/>
      </w:r>
      <w:r w:rsidR="00FB0D14" w:rsidRPr="00A66A08">
        <w:rPr>
          <w:rFonts w:asciiTheme="majorHAnsi" w:hAnsiTheme="majorHAnsi" w:cstheme="majorHAnsi"/>
          <w:b/>
          <w:sz w:val="28"/>
        </w:rPr>
        <w:t>Government Funded Hours</w:t>
      </w:r>
    </w:p>
    <w:p w14:paraId="07001A02" w14:textId="7C03897B" w:rsidR="002E407D" w:rsidRDefault="00FB0D14">
      <w:pPr>
        <w:rPr>
          <w:rFonts w:asciiTheme="majorHAnsi" w:hAnsiTheme="majorHAnsi" w:cstheme="majorHAnsi"/>
        </w:rPr>
      </w:pPr>
      <w:r w:rsidRPr="00A66A08">
        <w:rPr>
          <w:rFonts w:asciiTheme="majorHAnsi" w:hAnsiTheme="majorHAnsi" w:cstheme="majorHAnsi"/>
        </w:rPr>
        <w:t>Funding is available for eligible families as follows:</w:t>
      </w:r>
    </w:p>
    <w:tbl>
      <w:tblPr>
        <w:tblStyle w:val="PlainTable1"/>
        <w:tblW w:w="0" w:type="auto"/>
        <w:jc w:val="center"/>
        <w:tblLook w:val="04A0" w:firstRow="1" w:lastRow="0" w:firstColumn="1" w:lastColumn="0" w:noHBand="0" w:noVBand="1"/>
      </w:tblPr>
      <w:tblGrid>
        <w:gridCol w:w="2868"/>
        <w:gridCol w:w="7333"/>
      </w:tblGrid>
      <w:tr w:rsidR="0019345E" w14:paraId="68B47D60" w14:textId="77777777" w:rsidTr="0019345E">
        <w:trPr>
          <w:cnfStyle w:val="100000000000" w:firstRow="1" w:lastRow="0" w:firstColumn="0" w:lastColumn="0" w:oddVBand="0" w:evenVBand="0" w:oddHBand="0"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2868" w:type="dxa"/>
            <w:vAlign w:val="center"/>
          </w:tcPr>
          <w:p w14:paraId="1D960E2E" w14:textId="41C18818" w:rsidR="0019345E" w:rsidRPr="005627A6" w:rsidRDefault="0019345E" w:rsidP="0019345E">
            <w:pPr>
              <w:spacing w:line="276" w:lineRule="auto"/>
              <w:rPr>
                <w:rFonts w:asciiTheme="majorHAnsi" w:hAnsiTheme="majorHAnsi" w:cstheme="majorHAnsi"/>
                <w:i/>
              </w:rPr>
            </w:pPr>
            <w:r>
              <w:rPr>
                <w:rFonts w:asciiTheme="majorHAnsi" w:hAnsiTheme="majorHAnsi" w:cstheme="majorHAnsi"/>
                <w:i/>
              </w:rPr>
              <w:t>Age</w:t>
            </w:r>
          </w:p>
        </w:tc>
        <w:tc>
          <w:tcPr>
            <w:tcW w:w="7333" w:type="dxa"/>
            <w:vAlign w:val="center"/>
          </w:tcPr>
          <w:p w14:paraId="5F7A0F94" w14:textId="5BC4FCF2" w:rsidR="0019345E" w:rsidRPr="005627A6" w:rsidRDefault="0019345E" w:rsidP="0019345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i/>
              </w:rPr>
            </w:pPr>
            <w:r>
              <w:rPr>
                <w:rFonts w:asciiTheme="majorHAnsi" w:hAnsiTheme="majorHAnsi" w:cstheme="majorHAnsi"/>
                <w:i/>
              </w:rPr>
              <w:t>Funding available</w:t>
            </w:r>
          </w:p>
        </w:tc>
      </w:tr>
      <w:tr w:rsidR="0019345E" w14:paraId="5A29C9D2" w14:textId="77777777" w:rsidTr="0019345E">
        <w:trPr>
          <w:cnfStyle w:val="000000100000" w:firstRow="0" w:lastRow="0" w:firstColumn="0" w:lastColumn="0" w:oddVBand="0" w:evenVBand="0" w:oddHBand="1" w:evenHBand="0" w:firstRowFirstColumn="0" w:firstRowLastColumn="0" w:lastRowFirstColumn="0" w:lastRowLastColumn="0"/>
          <w:trHeight w:val="779"/>
          <w:jc w:val="center"/>
        </w:trPr>
        <w:tc>
          <w:tcPr>
            <w:cnfStyle w:val="001000000000" w:firstRow="0" w:lastRow="0" w:firstColumn="1" w:lastColumn="0" w:oddVBand="0" w:evenVBand="0" w:oddHBand="0" w:evenHBand="0" w:firstRowFirstColumn="0" w:firstRowLastColumn="0" w:lastRowFirstColumn="0" w:lastRowLastColumn="0"/>
            <w:tcW w:w="2868" w:type="dxa"/>
            <w:vAlign w:val="center"/>
          </w:tcPr>
          <w:p w14:paraId="6F3AB931" w14:textId="5EA517C7" w:rsidR="0019345E" w:rsidRPr="00DF5F6E" w:rsidRDefault="0019345E" w:rsidP="0019345E">
            <w:pPr>
              <w:spacing w:line="276" w:lineRule="auto"/>
              <w:rPr>
                <w:rFonts w:asciiTheme="majorHAnsi" w:hAnsiTheme="majorHAnsi" w:cstheme="majorHAnsi"/>
              </w:rPr>
            </w:pPr>
            <w:r w:rsidRPr="00DF5F6E">
              <w:rPr>
                <w:rFonts w:asciiTheme="majorHAnsi" w:hAnsiTheme="majorHAnsi" w:cstheme="majorHAnsi"/>
              </w:rPr>
              <w:t>3 Year Old’s</w:t>
            </w:r>
            <w:r w:rsidR="00412D88">
              <w:rPr>
                <w:rFonts w:asciiTheme="majorHAnsi" w:hAnsiTheme="majorHAnsi" w:cstheme="majorHAnsi"/>
              </w:rPr>
              <w:t xml:space="preserve"> (universal entitlement)</w:t>
            </w:r>
          </w:p>
        </w:tc>
        <w:tc>
          <w:tcPr>
            <w:tcW w:w="7333" w:type="dxa"/>
            <w:vAlign w:val="center"/>
          </w:tcPr>
          <w:p w14:paraId="5725A4A2" w14:textId="51B68B78" w:rsidR="0019345E" w:rsidRDefault="0019345E" w:rsidP="0019345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 xml:space="preserve">15 </w:t>
            </w:r>
            <w:r>
              <w:rPr>
                <w:rFonts w:asciiTheme="majorHAnsi" w:hAnsiTheme="majorHAnsi" w:cstheme="majorHAnsi"/>
              </w:rPr>
              <w:t>hours childcare for all families in England</w:t>
            </w:r>
            <w:r w:rsidRPr="00A66A08">
              <w:rPr>
                <w:rFonts w:asciiTheme="majorHAnsi" w:hAnsiTheme="majorHAnsi" w:cstheme="majorHAnsi"/>
              </w:rPr>
              <w:t>.</w:t>
            </w:r>
          </w:p>
        </w:tc>
      </w:tr>
      <w:tr w:rsidR="0019345E" w14:paraId="789DEC7B" w14:textId="77777777" w:rsidTr="0019345E">
        <w:trPr>
          <w:trHeight w:val="989"/>
          <w:jc w:val="center"/>
        </w:trPr>
        <w:tc>
          <w:tcPr>
            <w:cnfStyle w:val="001000000000" w:firstRow="0" w:lastRow="0" w:firstColumn="1" w:lastColumn="0" w:oddVBand="0" w:evenVBand="0" w:oddHBand="0" w:evenHBand="0" w:firstRowFirstColumn="0" w:firstRowLastColumn="0" w:lastRowFirstColumn="0" w:lastRowLastColumn="0"/>
            <w:tcW w:w="2868" w:type="dxa"/>
            <w:vAlign w:val="center"/>
          </w:tcPr>
          <w:p w14:paraId="10305782" w14:textId="252D65C0" w:rsidR="0019345E" w:rsidRPr="00DF5F6E" w:rsidRDefault="0019345E" w:rsidP="0019345E">
            <w:pPr>
              <w:spacing w:line="276" w:lineRule="auto"/>
              <w:rPr>
                <w:rFonts w:asciiTheme="majorHAnsi" w:hAnsiTheme="majorHAnsi" w:cstheme="majorHAnsi"/>
              </w:rPr>
            </w:pPr>
            <w:r w:rsidRPr="00DF5F6E">
              <w:rPr>
                <w:rFonts w:asciiTheme="majorHAnsi" w:hAnsiTheme="majorHAnsi" w:cstheme="majorHAnsi"/>
              </w:rPr>
              <w:t>3 Year Old’s (working parent entitlement</w:t>
            </w:r>
            <w:r>
              <w:rPr>
                <w:rFonts w:asciiTheme="majorHAnsi" w:hAnsiTheme="majorHAnsi" w:cstheme="majorHAnsi"/>
              </w:rPr>
              <w:t>)</w:t>
            </w:r>
          </w:p>
        </w:tc>
        <w:tc>
          <w:tcPr>
            <w:tcW w:w="7333" w:type="dxa"/>
            <w:vAlign w:val="center"/>
          </w:tcPr>
          <w:p w14:paraId="57E14842" w14:textId="7951B88E" w:rsidR="0019345E" w:rsidRPr="00A66A08" w:rsidRDefault="0019345E" w:rsidP="0019345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30 </w:t>
            </w:r>
            <w:r w:rsidRPr="00A66A08">
              <w:rPr>
                <w:rFonts w:asciiTheme="majorHAnsi" w:hAnsiTheme="majorHAnsi" w:cstheme="majorHAnsi"/>
              </w:rPr>
              <w:t>funded hours per week for eligible</w:t>
            </w:r>
            <w:r>
              <w:rPr>
                <w:rFonts w:asciiTheme="majorHAnsi" w:hAnsiTheme="majorHAnsi" w:cstheme="majorHAnsi"/>
              </w:rPr>
              <w:t xml:space="preserve"> working</w:t>
            </w:r>
            <w:r w:rsidRPr="00A66A08">
              <w:rPr>
                <w:rFonts w:asciiTheme="majorHAnsi" w:hAnsiTheme="majorHAnsi" w:cstheme="majorHAnsi"/>
              </w:rPr>
              <w:t xml:space="preserve"> familie</w:t>
            </w:r>
            <w:r>
              <w:rPr>
                <w:rFonts w:asciiTheme="majorHAnsi" w:hAnsiTheme="majorHAnsi" w:cstheme="majorHAnsi"/>
              </w:rPr>
              <w:t>s.</w:t>
            </w:r>
          </w:p>
        </w:tc>
      </w:tr>
      <w:tr w:rsidR="00DF5F6E" w14:paraId="699BC299" w14:textId="77777777" w:rsidTr="0019345E">
        <w:trPr>
          <w:cnfStyle w:val="000000100000" w:firstRow="0" w:lastRow="0" w:firstColumn="0" w:lastColumn="0" w:oddVBand="0" w:evenVBand="0" w:oddHBand="1" w:evenHBand="0" w:firstRowFirstColumn="0" w:firstRowLastColumn="0" w:lastRowFirstColumn="0" w:lastRowLastColumn="0"/>
          <w:trHeight w:val="1542"/>
          <w:jc w:val="center"/>
        </w:trPr>
        <w:tc>
          <w:tcPr>
            <w:cnfStyle w:val="001000000000" w:firstRow="0" w:lastRow="0" w:firstColumn="1" w:lastColumn="0" w:oddVBand="0" w:evenVBand="0" w:oddHBand="0" w:evenHBand="0" w:firstRowFirstColumn="0" w:firstRowLastColumn="0" w:lastRowFirstColumn="0" w:lastRowLastColumn="0"/>
            <w:tcW w:w="2868" w:type="dxa"/>
            <w:vAlign w:val="center"/>
          </w:tcPr>
          <w:p w14:paraId="5D862916" w14:textId="59A53B88" w:rsidR="00DF5F6E" w:rsidRPr="0019345E" w:rsidRDefault="0019345E" w:rsidP="0019345E">
            <w:pPr>
              <w:spacing w:line="276" w:lineRule="auto"/>
              <w:rPr>
                <w:rFonts w:asciiTheme="majorHAnsi" w:hAnsiTheme="majorHAnsi" w:cstheme="majorHAnsi"/>
              </w:rPr>
            </w:pPr>
            <w:proofErr w:type="gramStart"/>
            <w:r w:rsidRPr="0019345E">
              <w:rPr>
                <w:rFonts w:asciiTheme="majorHAnsi" w:hAnsiTheme="majorHAnsi" w:cstheme="majorHAnsi"/>
              </w:rPr>
              <w:t>2 &amp; 3 Year</w:t>
            </w:r>
            <w:proofErr w:type="gramEnd"/>
            <w:r w:rsidRPr="0019345E">
              <w:rPr>
                <w:rFonts w:asciiTheme="majorHAnsi" w:hAnsiTheme="majorHAnsi" w:cstheme="majorHAnsi"/>
              </w:rPr>
              <w:t xml:space="preserve"> Old’s (working parent entitlement)</w:t>
            </w:r>
          </w:p>
        </w:tc>
        <w:tc>
          <w:tcPr>
            <w:tcW w:w="7333" w:type="dxa"/>
            <w:vAlign w:val="center"/>
          </w:tcPr>
          <w:p w14:paraId="7EE31B50" w14:textId="40259F1B" w:rsidR="00DF5F6E" w:rsidRPr="00A66A08" w:rsidRDefault="0019345E" w:rsidP="00F8742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15 </w:t>
            </w:r>
            <w:r w:rsidRPr="00A66A08">
              <w:rPr>
                <w:rFonts w:asciiTheme="majorHAnsi" w:hAnsiTheme="majorHAnsi" w:cstheme="majorHAnsi"/>
              </w:rPr>
              <w:t>funded hours per week for eligible</w:t>
            </w:r>
            <w:r>
              <w:rPr>
                <w:rFonts w:asciiTheme="majorHAnsi" w:hAnsiTheme="majorHAnsi" w:cstheme="majorHAnsi"/>
              </w:rPr>
              <w:t xml:space="preserve"> working</w:t>
            </w:r>
            <w:r w:rsidRPr="00A66A08">
              <w:rPr>
                <w:rFonts w:asciiTheme="majorHAnsi" w:hAnsiTheme="majorHAnsi" w:cstheme="majorHAnsi"/>
              </w:rPr>
              <w:t xml:space="preserve"> families</w:t>
            </w:r>
            <w:r>
              <w:rPr>
                <w:rFonts w:asciiTheme="majorHAnsi" w:hAnsiTheme="majorHAnsi" w:cstheme="majorHAnsi"/>
              </w:rPr>
              <w:t xml:space="preserve"> from the day your child turns 2 (increasing to 30 funded hours from September 2025). </w:t>
            </w:r>
          </w:p>
        </w:tc>
      </w:tr>
      <w:tr w:rsidR="0019345E" w14:paraId="387CBA8A" w14:textId="77777777" w:rsidTr="0019345E">
        <w:trPr>
          <w:trHeight w:val="841"/>
          <w:jc w:val="center"/>
        </w:trPr>
        <w:tc>
          <w:tcPr>
            <w:cnfStyle w:val="001000000000" w:firstRow="0" w:lastRow="0" w:firstColumn="1" w:lastColumn="0" w:oddVBand="0" w:evenVBand="0" w:oddHBand="0" w:evenHBand="0" w:firstRowFirstColumn="0" w:firstRowLastColumn="0" w:lastRowFirstColumn="0" w:lastRowLastColumn="0"/>
            <w:tcW w:w="2868" w:type="dxa"/>
            <w:vAlign w:val="center"/>
          </w:tcPr>
          <w:p w14:paraId="382153BF" w14:textId="3E50DDB7" w:rsidR="0019345E" w:rsidRPr="0019345E" w:rsidRDefault="0019345E" w:rsidP="0019345E">
            <w:pPr>
              <w:spacing w:line="276" w:lineRule="auto"/>
              <w:rPr>
                <w:rFonts w:asciiTheme="majorHAnsi" w:hAnsiTheme="majorHAnsi" w:cstheme="majorHAnsi"/>
              </w:rPr>
            </w:pPr>
            <w:r w:rsidRPr="0019345E">
              <w:rPr>
                <w:rFonts w:asciiTheme="majorHAnsi" w:hAnsiTheme="majorHAnsi" w:cstheme="majorHAnsi"/>
              </w:rPr>
              <w:t>2 Year Old’s</w:t>
            </w:r>
            <w:r w:rsidR="00262BC6">
              <w:rPr>
                <w:rFonts w:asciiTheme="majorHAnsi" w:hAnsiTheme="majorHAnsi" w:cstheme="majorHAnsi"/>
              </w:rPr>
              <w:t xml:space="preserve"> (2</w:t>
            </w:r>
            <w:r w:rsidR="00733C8F">
              <w:rPr>
                <w:rFonts w:asciiTheme="majorHAnsi" w:hAnsiTheme="majorHAnsi" w:cstheme="majorHAnsi"/>
              </w:rPr>
              <w:t>h</w:t>
            </w:r>
            <w:r w:rsidR="00262BC6">
              <w:rPr>
                <w:rFonts w:asciiTheme="majorHAnsi" w:hAnsiTheme="majorHAnsi" w:cstheme="majorHAnsi"/>
              </w:rPr>
              <w:t>elp)</w:t>
            </w:r>
          </w:p>
        </w:tc>
        <w:tc>
          <w:tcPr>
            <w:tcW w:w="7333" w:type="dxa"/>
            <w:vAlign w:val="center"/>
          </w:tcPr>
          <w:p w14:paraId="71969270" w14:textId="660D0DAB" w:rsidR="0019345E" w:rsidRDefault="0019345E" w:rsidP="0019345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15 hours per week for eligible</w:t>
            </w:r>
            <w:r>
              <w:rPr>
                <w:rFonts w:asciiTheme="majorHAnsi" w:hAnsiTheme="majorHAnsi" w:cstheme="majorHAnsi"/>
              </w:rPr>
              <w:t xml:space="preserve"> </w:t>
            </w:r>
            <w:r w:rsidRPr="00A66A08">
              <w:rPr>
                <w:rFonts w:asciiTheme="majorHAnsi" w:hAnsiTheme="majorHAnsi" w:cstheme="majorHAnsi"/>
              </w:rPr>
              <w:t>families</w:t>
            </w:r>
            <w:r>
              <w:rPr>
                <w:rFonts w:asciiTheme="majorHAnsi" w:hAnsiTheme="majorHAnsi" w:cstheme="majorHAnsi"/>
              </w:rPr>
              <w:t xml:space="preserve"> who receive some additional forms of support</w:t>
            </w:r>
            <w:r w:rsidRPr="00A66A08">
              <w:rPr>
                <w:rFonts w:asciiTheme="majorHAnsi" w:hAnsiTheme="majorHAnsi" w:cstheme="majorHAnsi"/>
              </w:rPr>
              <w:t>.</w:t>
            </w:r>
          </w:p>
        </w:tc>
      </w:tr>
      <w:tr w:rsidR="003C1FDE" w14:paraId="6C414686" w14:textId="77777777" w:rsidTr="0019345E">
        <w:trPr>
          <w:cnfStyle w:val="000000100000" w:firstRow="0" w:lastRow="0" w:firstColumn="0" w:lastColumn="0" w:oddVBand="0" w:evenVBand="0" w:oddHBand="1" w:evenHBand="0" w:firstRowFirstColumn="0" w:firstRowLastColumn="0" w:lastRowFirstColumn="0" w:lastRowLastColumn="0"/>
          <w:trHeight w:val="841"/>
          <w:jc w:val="center"/>
        </w:trPr>
        <w:tc>
          <w:tcPr>
            <w:cnfStyle w:val="001000000000" w:firstRow="0" w:lastRow="0" w:firstColumn="1" w:lastColumn="0" w:oddVBand="0" w:evenVBand="0" w:oddHBand="0" w:evenHBand="0" w:firstRowFirstColumn="0" w:firstRowLastColumn="0" w:lastRowFirstColumn="0" w:lastRowLastColumn="0"/>
            <w:tcW w:w="2868" w:type="dxa"/>
            <w:vAlign w:val="center"/>
          </w:tcPr>
          <w:p w14:paraId="319C0441" w14:textId="340FA0B3" w:rsidR="003C1FDE" w:rsidRPr="0019345E" w:rsidRDefault="003C1FDE" w:rsidP="0019345E">
            <w:pPr>
              <w:rPr>
                <w:rFonts w:asciiTheme="majorHAnsi" w:hAnsiTheme="majorHAnsi" w:cstheme="majorHAnsi"/>
              </w:rPr>
            </w:pPr>
            <w:r>
              <w:rPr>
                <w:rFonts w:asciiTheme="majorHAnsi" w:hAnsiTheme="majorHAnsi" w:cstheme="majorHAnsi"/>
              </w:rPr>
              <w:t>Tax Free Childcare</w:t>
            </w:r>
          </w:p>
        </w:tc>
        <w:tc>
          <w:tcPr>
            <w:tcW w:w="7333" w:type="dxa"/>
            <w:vAlign w:val="center"/>
          </w:tcPr>
          <w:p w14:paraId="495C1292" w14:textId="670349DC" w:rsidR="003C1FDE" w:rsidRPr="00A66A08" w:rsidRDefault="001E3206" w:rsidP="0019345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We accept Tax Free Childcare – a government scheme that helps with childcare costs up to a maximum of £2000 for each eligible child per year.</w:t>
            </w:r>
          </w:p>
        </w:tc>
      </w:tr>
    </w:tbl>
    <w:p w14:paraId="1F5B0E9B" w14:textId="0D1F77C8" w:rsidR="00385204" w:rsidRDefault="00385204">
      <w:pPr>
        <w:rPr>
          <w:rFonts w:asciiTheme="majorHAnsi" w:hAnsiTheme="majorHAnsi" w:cstheme="majorHAnsi"/>
          <w:b/>
          <w:sz w:val="28"/>
        </w:rPr>
      </w:pPr>
    </w:p>
    <w:p w14:paraId="3C7BC375" w14:textId="034C007E" w:rsidR="0019345E" w:rsidRDefault="00FB0D14">
      <w:pPr>
        <w:rPr>
          <w:rFonts w:asciiTheme="majorHAnsi" w:hAnsiTheme="majorHAnsi" w:cstheme="majorHAnsi"/>
          <w:b/>
          <w:sz w:val="28"/>
        </w:rPr>
      </w:pPr>
      <w:r w:rsidRPr="00A66A08">
        <w:rPr>
          <w:rFonts w:asciiTheme="majorHAnsi" w:hAnsiTheme="majorHAnsi" w:cstheme="majorHAnsi"/>
          <w:b/>
          <w:sz w:val="28"/>
        </w:rPr>
        <w:lastRenderedPageBreak/>
        <w:t>Funded Session Fees</w:t>
      </w:r>
    </w:p>
    <w:p w14:paraId="41A9013F" w14:textId="50AA9DFD" w:rsidR="002E407D" w:rsidRPr="00A66A08" w:rsidRDefault="00FB0D14">
      <w:pPr>
        <w:rPr>
          <w:rFonts w:asciiTheme="majorHAnsi" w:hAnsiTheme="majorHAnsi" w:cstheme="majorHAnsi"/>
        </w:rPr>
      </w:pPr>
      <w:r w:rsidRPr="00A66A08">
        <w:rPr>
          <w:rFonts w:asciiTheme="majorHAnsi" w:hAnsiTheme="majorHAnsi" w:cstheme="majorHAnsi"/>
        </w:rPr>
        <w:t>The below rates apply to families using government funding:</w:t>
      </w:r>
    </w:p>
    <w:p w14:paraId="79490386" w14:textId="38FF2BCA" w:rsidR="00A66A08" w:rsidRPr="00385204" w:rsidRDefault="00FB0D14">
      <w:pPr>
        <w:rPr>
          <w:rFonts w:asciiTheme="majorHAnsi" w:hAnsiTheme="majorHAnsi" w:cstheme="majorHAnsi"/>
          <w:sz w:val="8"/>
        </w:rPr>
      </w:pPr>
      <w:r w:rsidRPr="00A66A08">
        <w:rPr>
          <w:rFonts w:asciiTheme="majorHAnsi" w:hAnsiTheme="majorHAnsi" w:cstheme="majorHAnsi"/>
          <w:b/>
        </w:rPr>
        <w:t>3</w:t>
      </w:r>
      <w:r w:rsidR="00DF5F6E">
        <w:rPr>
          <w:rFonts w:asciiTheme="majorHAnsi" w:hAnsiTheme="majorHAnsi" w:cstheme="majorHAnsi"/>
          <w:b/>
        </w:rPr>
        <w:t xml:space="preserve"> </w:t>
      </w:r>
      <w:r w:rsidRPr="00A66A08">
        <w:rPr>
          <w:rFonts w:asciiTheme="majorHAnsi" w:hAnsiTheme="majorHAnsi" w:cstheme="majorHAnsi"/>
          <w:b/>
        </w:rPr>
        <w:t>Year</w:t>
      </w:r>
      <w:r w:rsidR="00DF5F6E">
        <w:rPr>
          <w:rFonts w:asciiTheme="majorHAnsi" w:hAnsiTheme="majorHAnsi" w:cstheme="majorHAnsi"/>
          <w:b/>
        </w:rPr>
        <w:t xml:space="preserve"> </w:t>
      </w:r>
      <w:r w:rsidRPr="00A66A08">
        <w:rPr>
          <w:rFonts w:asciiTheme="majorHAnsi" w:hAnsiTheme="majorHAnsi" w:cstheme="majorHAnsi"/>
          <w:b/>
        </w:rPr>
        <w:t>Old</w:t>
      </w:r>
      <w:r w:rsidR="00DF5F6E">
        <w:rPr>
          <w:rFonts w:asciiTheme="majorHAnsi" w:hAnsiTheme="majorHAnsi" w:cstheme="majorHAnsi"/>
          <w:b/>
        </w:rPr>
        <w:t>’</w:t>
      </w:r>
      <w:r w:rsidRPr="00A66A08">
        <w:rPr>
          <w:rFonts w:asciiTheme="majorHAnsi" w:hAnsiTheme="majorHAnsi" w:cstheme="majorHAnsi"/>
          <w:b/>
        </w:rPr>
        <w:t>s</w:t>
      </w:r>
      <w:r w:rsidR="00385204">
        <w:rPr>
          <w:rFonts w:asciiTheme="majorHAnsi" w:hAnsiTheme="majorHAnsi" w:cstheme="majorHAnsi"/>
          <w:b/>
          <w:sz w:val="8"/>
        </w:rPr>
        <w:br/>
      </w:r>
    </w:p>
    <w:tbl>
      <w:tblPr>
        <w:tblStyle w:val="PlainTable1"/>
        <w:tblW w:w="0" w:type="auto"/>
        <w:tblLook w:val="04A0" w:firstRow="1" w:lastRow="0" w:firstColumn="1" w:lastColumn="0" w:noHBand="0" w:noVBand="1"/>
      </w:tblPr>
      <w:tblGrid>
        <w:gridCol w:w="3432"/>
        <w:gridCol w:w="3432"/>
        <w:gridCol w:w="3432"/>
      </w:tblGrid>
      <w:tr w:rsidR="00A66A08" w14:paraId="69E29219" w14:textId="77777777" w:rsidTr="002620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2" w:type="dxa"/>
          </w:tcPr>
          <w:p w14:paraId="75EA11CB" w14:textId="7BAACE68" w:rsidR="00A66A08" w:rsidRDefault="00A66A08" w:rsidP="0019345E">
            <w:pPr>
              <w:spacing w:line="276" w:lineRule="auto"/>
              <w:rPr>
                <w:rFonts w:asciiTheme="majorHAnsi" w:hAnsiTheme="majorHAnsi" w:cstheme="majorHAnsi"/>
              </w:rPr>
            </w:pPr>
            <w:r w:rsidRPr="00A66A08">
              <w:rPr>
                <w:rFonts w:asciiTheme="majorHAnsi" w:hAnsiTheme="majorHAnsi" w:cstheme="majorHAnsi"/>
              </w:rPr>
              <w:t>Session</w:t>
            </w:r>
          </w:p>
        </w:tc>
        <w:tc>
          <w:tcPr>
            <w:tcW w:w="3432" w:type="dxa"/>
          </w:tcPr>
          <w:p w14:paraId="2FB99940" w14:textId="42A467D3" w:rsidR="00A66A08" w:rsidRDefault="00A66A08" w:rsidP="0019345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Funded Hours Used</w:t>
            </w:r>
          </w:p>
        </w:tc>
        <w:tc>
          <w:tcPr>
            <w:tcW w:w="3432" w:type="dxa"/>
          </w:tcPr>
          <w:p w14:paraId="7E38F381" w14:textId="37FE4EEE" w:rsidR="00A66A08" w:rsidRDefault="00A66A08" w:rsidP="0019345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Fee</w:t>
            </w:r>
          </w:p>
        </w:tc>
      </w:tr>
      <w:tr w:rsidR="00A66A08" w14:paraId="6CC761C2" w14:textId="77777777" w:rsidTr="002620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2" w:type="dxa"/>
          </w:tcPr>
          <w:p w14:paraId="7779DF50" w14:textId="1713550A" w:rsidR="00A66A08" w:rsidRPr="00A66A08" w:rsidRDefault="00A66A08" w:rsidP="0019345E">
            <w:pPr>
              <w:spacing w:line="276" w:lineRule="auto"/>
              <w:rPr>
                <w:rFonts w:asciiTheme="majorHAnsi" w:hAnsiTheme="majorHAnsi" w:cstheme="majorHAnsi"/>
              </w:rPr>
            </w:pPr>
            <w:r w:rsidRPr="00A66A08">
              <w:rPr>
                <w:rFonts w:asciiTheme="majorHAnsi" w:hAnsiTheme="majorHAnsi" w:cstheme="majorHAnsi"/>
              </w:rPr>
              <w:t>Morning</w:t>
            </w:r>
          </w:p>
        </w:tc>
        <w:tc>
          <w:tcPr>
            <w:tcW w:w="3432" w:type="dxa"/>
          </w:tcPr>
          <w:p w14:paraId="19790344" w14:textId="5F1F2655" w:rsidR="00A66A08" w:rsidRPr="00A66A08" w:rsidRDefault="00A66A08" w:rsidP="0019345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3 hours</w:t>
            </w:r>
          </w:p>
        </w:tc>
        <w:tc>
          <w:tcPr>
            <w:tcW w:w="3432" w:type="dxa"/>
          </w:tcPr>
          <w:p w14:paraId="527EFD47" w14:textId="10D5985C" w:rsidR="00A66A08" w:rsidRPr="00A66A08" w:rsidRDefault="00A66A08" w:rsidP="0019345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w:t>
            </w:r>
            <w:r w:rsidR="007066DB">
              <w:rPr>
                <w:rFonts w:asciiTheme="majorHAnsi" w:hAnsiTheme="majorHAnsi" w:cstheme="majorHAnsi"/>
              </w:rPr>
              <w:t>13.50</w:t>
            </w:r>
          </w:p>
        </w:tc>
      </w:tr>
      <w:tr w:rsidR="00A66A08" w14:paraId="3A0ED4C9" w14:textId="77777777" w:rsidTr="002620C8">
        <w:tc>
          <w:tcPr>
            <w:cnfStyle w:val="001000000000" w:firstRow="0" w:lastRow="0" w:firstColumn="1" w:lastColumn="0" w:oddVBand="0" w:evenVBand="0" w:oddHBand="0" w:evenHBand="0" w:firstRowFirstColumn="0" w:firstRowLastColumn="0" w:lastRowFirstColumn="0" w:lastRowLastColumn="0"/>
            <w:tcW w:w="3432" w:type="dxa"/>
          </w:tcPr>
          <w:p w14:paraId="094DC5D4" w14:textId="59D73E27" w:rsidR="00A66A08" w:rsidRPr="00A66A08" w:rsidRDefault="002620C8" w:rsidP="0019345E">
            <w:pPr>
              <w:spacing w:line="276" w:lineRule="auto"/>
              <w:rPr>
                <w:rFonts w:asciiTheme="majorHAnsi" w:hAnsiTheme="majorHAnsi" w:cstheme="majorHAnsi"/>
              </w:rPr>
            </w:pPr>
            <w:r w:rsidRPr="00A66A08">
              <w:rPr>
                <w:rFonts w:asciiTheme="majorHAnsi" w:hAnsiTheme="majorHAnsi" w:cstheme="majorHAnsi"/>
              </w:rPr>
              <w:t>Full Day</w:t>
            </w:r>
          </w:p>
        </w:tc>
        <w:tc>
          <w:tcPr>
            <w:tcW w:w="3432" w:type="dxa"/>
          </w:tcPr>
          <w:p w14:paraId="07AB0406" w14:textId="0C6015C3" w:rsidR="00A66A08" w:rsidRPr="00A66A08" w:rsidRDefault="002620C8" w:rsidP="0019345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6 hours</w:t>
            </w:r>
          </w:p>
        </w:tc>
        <w:tc>
          <w:tcPr>
            <w:tcW w:w="3432" w:type="dxa"/>
          </w:tcPr>
          <w:p w14:paraId="46C621E3" w14:textId="157480A6" w:rsidR="00A66A08" w:rsidRPr="00A66A08" w:rsidRDefault="002620C8" w:rsidP="0019345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w:t>
            </w:r>
            <w:r w:rsidR="007066DB">
              <w:rPr>
                <w:rFonts w:asciiTheme="majorHAnsi" w:hAnsiTheme="majorHAnsi" w:cstheme="majorHAnsi"/>
              </w:rPr>
              <w:t>11.25</w:t>
            </w:r>
          </w:p>
        </w:tc>
      </w:tr>
      <w:tr w:rsidR="002620C8" w14:paraId="723E8228" w14:textId="77777777" w:rsidTr="002620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2" w:type="dxa"/>
          </w:tcPr>
          <w:p w14:paraId="3232B972" w14:textId="201A84D3" w:rsidR="002620C8" w:rsidRPr="00A66A08" w:rsidRDefault="002620C8" w:rsidP="0019345E">
            <w:pPr>
              <w:spacing w:line="276" w:lineRule="auto"/>
              <w:rPr>
                <w:rFonts w:asciiTheme="majorHAnsi" w:hAnsiTheme="majorHAnsi" w:cstheme="majorHAnsi"/>
              </w:rPr>
            </w:pPr>
            <w:r w:rsidRPr="00A66A08">
              <w:rPr>
                <w:rFonts w:asciiTheme="majorHAnsi" w:hAnsiTheme="majorHAnsi" w:cstheme="majorHAnsi"/>
              </w:rPr>
              <w:t>Full Day</w:t>
            </w:r>
          </w:p>
        </w:tc>
        <w:tc>
          <w:tcPr>
            <w:tcW w:w="3432" w:type="dxa"/>
          </w:tcPr>
          <w:p w14:paraId="5F01095A" w14:textId="239CFCE3" w:rsidR="002620C8" w:rsidRPr="00A66A08" w:rsidRDefault="002620C8" w:rsidP="0019345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3 hours</w:t>
            </w:r>
          </w:p>
        </w:tc>
        <w:tc>
          <w:tcPr>
            <w:tcW w:w="3432" w:type="dxa"/>
          </w:tcPr>
          <w:p w14:paraId="45D0B1B7" w14:textId="0390A50C" w:rsidR="002620C8" w:rsidRPr="00A66A08" w:rsidRDefault="002620C8" w:rsidP="0019345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w:t>
            </w:r>
            <w:r w:rsidR="007066DB">
              <w:rPr>
                <w:rFonts w:asciiTheme="majorHAnsi" w:hAnsiTheme="majorHAnsi" w:cstheme="majorHAnsi"/>
              </w:rPr>
              <w:t>38.25</w:t>
            </w:r>
          </w:p>
        </w:tc>
      </w:tr>
    </w:tbl>
    <w:p w14:paraId="465A9F33" w14:textId="303FA93E" w:rsidR="002620C8" w:rsidRPr="00385204" w:rsidRDefault="005627A6">
      <w:pPr>
        <w:rPr>
          <w:rFonts w:asciiTheme="majorHAnsi" w:hAnsiTheme="majorHAnsi" w:cstheme="majorHAnsi"/>
          <w:b/>
          <w:sz w:val="6"/>
        </w:rPr>
      </w:pPr>
      <w:r>
        <w:rPr>
          <w:rFonts w:asciiTheme="majorHAnsi" w:hAnsiTheme="majorHAnsi" w:cstheme="majorHAnsi"/>
          <w:b/>
          <w:sz w:val="10"/>
        </w:rPr>
        <w:br/>
      </w:r>
      <w:r w:rsidR="0019345E">
        <w:rPr>
          <w:rFonts w:asciiTheme="majorHAnsi" w:hAnsiTheme="majorHAnsi" w:cstheme="majorHAnsi"/>
          <w:b/>
        </w:rPr>
        <w:br/>
      </w:r>
      <w:r w:rsidR="00FB0D14" w:rsidRPr="002620C8">
        <w:rPr>
          <w:rFonts w:asciiTheme="majorHAnsi" w:hAnsiTheme="majorHAnsi" w:cstheme="majorHAnsi"/>
          <w:b/>
        </w:rPr>
        <w:t>2</w:t>
      </w:r>
      <w:r w:rsidR="00DF5F6E">
        <w:rPr>
          <w:rFonts w:asciiTheme="majorHAnsi" w:hAnsiTheme="majorHAnsi" w:cstheme="majorHAnsi"/>
          <w:b/>
        </w:rPr>
        <w:t xml:space="preserve"> </w:t>
      </w:r>
      <w:r w:rsidR="00FB0D14" w:rsidRPr="002620C8">
        <w:rPr>
          <w:rFonts w:asciiTheme="majorHAnsi" w:hAnsiTheme="majorHAnsi" w:cstheme="majorHAnsi"/>
          <w:b/>
        </w:rPr>
        <w:t>Year</w:t>
      </w:r>
      <w:r w:rsidR="00DF5F6E">
        <w:rPr>
          <w:rFonts w:asciiTheme="majorHAnsi" w:hAnsiTheme="majorHAnsi" w:cstheme="majorHAnsi"/>
          <w:b/>
        </w:rPr>
        <w:t xml:space="preserve"> </w:t>
      </w:r>
      <w:r w:rsidR="00FB0D14" w:rsidRPr="002620C8">
        <w:rPr>
          <w:rFonts w:asciiTheme="majorHAnsi" w:hAnsiTheme="majorHAnsi" w:cstheme="majorHAnsi"/>
          <w:b/>
        </w:rPr>
        <w:t>Old</w:t>
      </w:r>
      <w:r w:rsidR="00DF5F6E">
        <w:rPr>
          <w:rFonts w:asciiTheme="majorHAnsi" w:hAnsiTheme="majorHAnsi" w:cstheme="majorHAnsi"/>
          <w:b/>
        </w:rPr>
        <w:t>’</w:t>
      </w:r>
      <w:r w:rsidR="00FB0D14" w:rsidRPr="002620C8">
        <w:rPr>
          <w:rFonts w:asciiTheme="majorHAnsi" w:hAnsiTheme="majorHAnsi" w:cstheme="majorHAnsi"/>
          <w:b/>
        </w:rPr>
        <w:t>s</w:t>
      </w:r>
      <w:r w:rsidR="00385204">
        <w:rPr>
          <w:rFonts w:asciiTheme="majorHAnsi" w:hAnsiTheme="majorHAnsi" w:cstheme="majorHAnsi"/>
          <w:b/>
          <w:sz w:val="6"/>
        </w:rPr>
        <w:br/>
      </w:r>
    </w:p>
    <w:tbl>
      <w:tblPr>
        <w:tblStyle w:val="PlainTable1"/>
        <w:tblW w:w="0" w:type="auto"/>
        <w:tblLook w:val="04A0" w:firstRow="1" w:lastRow="0" w:firstColumn="1" w:lastColumn="0" w:noHBand="0" w:noVBand="1"/>
      </w:tblPr>
      <w:tblGrid>
        <w:gridCol w:w="3432"/>
        <w:gridCol w:w="3432"/>
        <w:gridCol w:w="3432"/>
      </w:tblGrid>
      <w:tr w:rsidR="002620C8" w14:paraId="69E0BDC5" w14:textId="77777777" w:rsidTr="002620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2" w:type="dxa"/>
          </w:tcPr>
          <w:p w14:paraId="1D9A3FA5" w14:textId="77777777" w:rsidR="002620C8" w:rsidRDefault="002620C8" w:rsidP="0019345E">
            <w:pPr>
              <w:spacing w:line="276" w:lineRule="auto"/>
              <w:rPr>
                <w:rFonts w:asciiTheme="majorHAnsi" w:hAnsiTheme="majorHAnsi" w:cstheme="majorHAnsi"/>
              </w:rPr>
            </w:pPr>
            <w:r w:rsidRPr="00A66A08">
              <w:rPr>
                <w:rFonts w:asciiTheme="majorHAnsi" w:hAnsiTheme="majorHAnsi" w:cstheme="majorHAnsi"/>
              </w:rPr>
              <w:t>Session</w:t>
            </w:r>
          </w:p>
        </w:tc>
        <w:tc>
          <w:tcPr>
            <w:tcW w:w="3432" w:type="dxa"/>
          </w:tcPr>
          <w:p w14:paraId="418867CC" w14:textId="77777777" w:rsidR="002620C8" w:rsidRDefault="002620C8" w:rsidP="0019345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Funded Hours Used</w:t>
            </w:r>
          </w:p>
        </w:tc>
        <w:tc>
          <w:tcPr>
            <w:tcW w:w="3432" w:type="dxa"/>
          </w:tcPr>
          <w:p w14:paraId="2902C232" w14:textId="77777777" w:rsidR="002620C8" w:rsidRDefault="002620C8" w:rsidP="0019345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Fee</w:t>
            </w:r>
          </w:p>
        </w:tc>
      </w:tr>
      <w:tr w:rsidR="002620C8" w14:paraId="605DE2C1" w14:textId="77777777" w:rsidTr="002620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2" w:type="dxa"/>
          </w:tcPr>
          <w:p w14:paraId="6DDD24F3" w14:textId="77777777" w:rsidR="002620C8" w:rsidRPr="00A66A08" w:rsidRDefault="002620C8" w:rsidP="0019345E">
            <w:pPr>
              <w:spacing w:line="276" w:lineRule="auto"/>
              <w:rPr>
                <w:rFonts w:asciiTheme="majorHAnsi" w:hAnsiTheme="majorHAnsi" w:cstheme="majorHAnsi"/>
              </w:rPr>
            </w:pPr>
            <w:r w:rsidRPr="00A66A08">
              <w:rPr>
                <w:rFonts w:asciiTheme="majorHAnsi" w:hAnsiTheme="majorHAnsi" w:cstheme="majorHAnsi"/>
              </w:rPr>
              <w:t>Morning</w:t>
            </w:r>
          </w:p>
        </w:tc>
        <w:tc>
          <w:tcPr>
            <w:tcW w:w="3432" w:type="dxa"/>
          </w:tcPr>
          <w:p w14:paraId="57DF7E2E" w14:textId="77777777" w:rsidR="002620C8" w:rsidRPr="00A66A08" w:rsidRDefault="002620C8" w:rsidP="0019345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3 hours</w:t>
            </w:r>
          </w:p>
        </w:tc>
        <w:tc>
          <w:tcPr>
            <w:tcW w:w="3432" w:type="dxa"/>
          </w:tcPr>
          <w:p w14:paraId="33F886F3" w14:textId="75360137" w:rsidR="002620C8" w:rsidRPr="00A66A08" w:rsidRDefault="002620C8" w:rsidP="0019345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w:t>
            </w:r>
            <w:r w:rsidR="007066DB">
              <w:rPr>
                <w:rFonts w:asciiTheme="majorHAnsi" w:hAnsiTheme="majorHAnsi" w:cstheme="majorHAnsi"/>
              </w:rPr>
              <w:t>14.10</w:t>
            </w:r>
          </w:p>
        </w:tc>
      </w:tr>
      <w:tr w:rsidR="002620C8" w14:paraId="6D64948B" w14:textId="77777777" w:rsidTr="002620C8">
        <w:tc>
          <w:tcPr>
            <w:cnfStyle w:val="001000000000" w:firstRow="0" w:lastRow="0" w:firstColumn="1" w:lastColumn="0" w:oddVBand="0" w:evenVBand="0" w:oddHBand="0" w:evenHBand="0" w:firstRowFirstColumn="0" w:firstRowLastColumn="0" w:lastRowFirstColumn="0" w:lastRowLastColumn="0"/>
            <w:tcW w:w="3432" w:type="dxa"/>
          </w:tcPr>
          <w:p w14:paraId="0CD0F516" w14:textId="1A1ECC92" w:rsidR="002620C8" w:rsidRPr="00A66A08" w:rsidRDefault="002620C8" w:rsidP="0019345E">
            <w:pPr>
              <w:spacing w:line="276" w:lineRule="auto"/>
              <w:rPr>
                <w:rFonts w:asciiTheme="majorHAnsi" w:hAnsiTheme="majorHAnsi" w:cstheme="majorHAnsi"/>
              </w:rPr>
            </w:pPr>
            <w:r w:rsidRPr="00A66A08">
              <w:rPr>
                <w:rFonts w:asciiTheme="majorHAnsi" w:hAnsiTheme="majorHAnsi" w:cstheme="majorHAnsi"/>
              </w:rPr>
              <w:t>Full Day</w:t>
            </w:r>
          </w:p>
        </w:tc>
        <w:tc>
          <w:tcPr>
            <w:tcW w:w="3432" w:type="dxa"/>
          </w:tcPr>
          <w:p w14:paraId="475700D8" w14:textId="77777777" w:rsidR="002620C8" w:rsidRPr="00A66A08" w:rsidRDefault="002620C8" w:rsidP="0019345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6 hours</w:t>
            </w:r>
          </w:p>
        </w:tc>
        <w:tc>
          <w:tcPr>
            <w:tcW w:w="3432" w:type="dxa"/>
          </w:tcPr>
          <w:p w14:paraId="6FC82C9E" w14:textId="6C2BA0D0" w:rsidR="002620C8" w:rsidRPr="00A66A08" w:rsidRDefault="002620C8" w:rsidP="0019345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£1</w:t>
            </w:r>
            <w:r>
              <w:rPr>
                <w:rFonts w:asciiTheme="majorHAnsi" w:hAnsiTheme="majorHAnsi" w:cstheme="majorHAnsi"/>
              </w:rPr>
              <w:t>1.</w:t>
            </w:r>
            <w:r w:rsidR="007066DB">
              <w:rPr>
                <w:rFonts w:asciiTheme="majorHAnsi" w:hAnsiTheme="majorHAnsi" w:cstheme="majorHAnsi"/>
              </w:rPr>
              <w:t>75</w:t>
            </w:r>
          </w:p>
        </w:tc>
      </w:tr>
      <w:tr w:rsidR="002620C8" w14:paraId="0E525F09" w14:textId="77777777" w:rsidTr="002620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2" w:type="dxa"/>
          </w:tcPr>
          <w:p w14:paraId="46A38F1C" w14:textId="77777777" w:rsidR="002620C8" w:rsidRPr="00A66A08" w:rsidRDefault="002620C8" w:rsidP="0019345E">
            <w:pPr>
              <w:spacing w:line="276" w:lineRule="auto"/>
              <w:rPr>
                <w:rFonts w:asciiTheme="majorHAnsi" w:hAnsiTheme="majorHAnsi" w:cstheme="majorHAnsi"/>
              </w:rPr>
            </w:pPr>
            <w:r w:rsidRPr="00A66A08">
              <w:rPr>
                <w:rFonts w:asciiTheme="majorHAnsi" w:hAnsiTheme="majorHAnsi" w:cstheme="majorHAnsi"/>
              </w:rPr>
              <w:t>Full Day</w:t>
            </w:r>
          </w:p>
        </w:tc>
        <w:tc>
          <w:tcPr>
            <w:tcW w:w="3432" w:type="dxa"/>
          </w:tcPr>
          <w:p w14:paraId="0BB5ED55" w14:textId="77777777" w:rsidR="002620C8" w:rsidRPr="00A66A08" w:rsidRDefault="002620C8" w:rsidP="0019345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3 hours</w:t>
            </w:r>
          </w:p>
        </w:tc>
        <w:tc>
          <w:tcPr>
            <w:tcW w:w="3432" w:type="dxa"/>
          </w:tcPr>
          <w:p w14:paraId="5D5E8648" w14:textId="7D86CF80" w:rsidR="002620C8" w:rsidRPr="00A66A08" w:rsidRDefault="002620C8" w:rsidP="0019345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w:t>
            </w:r>
            <w:r w:rsidR="007066DB">
              <w:rPr>
                <w:rFonts w:asciiTheme="majorHAnsi" w:hAnsiTheme="majorHAnsi" w:cstheme="majorHAnsi"/>
              </w:rPr>
              <w:t>39.95</w:t>
            </w:r>
          </w:p>
        </w:tc>
      </w:tr>
    </w:tbl>
    <w:p w14:paraId="1EA0FBCD" w14:textId="1F26A5D3" w:rsidR="001E3206" w:rsidRPr="00A66A08" w:rsidRDefault="001E3206" w:rsidP="001E3206">
      <w:pPr>
        <w:rPr>
          <w:rFonts w:asciiTheme="majorHAnsi" w:hAnsiTheme="majorHAnsi" w:cstheme="majorHAnsi"/>
        </w:rPr>
      </w:pPr>
      <w:r>
        <w:rPr>
          <w:rFonts w:asciiTheme="majorHAnsi" w:hAnsiTheme="majorHAnsi" w:cstheme="majorHAnsi"/>
        </w:rPr>
        <w:br/>
      </w:r>
      <w:r w:rsidRPr="00A66A08">
        <w:rPr>
          <w:rFonts w:asciiTheme="majorHAnsi" w:hAnsiTheme="majorHAnsi" w:cstheme="majorHAnsi"/>
        </w:rPr>
        <w:t>Funded hours are applied during the following periods:</w:t>
      </w:r>
    </w:p>
    <w:p w14:paraId="6705F37D" w14:textId="77777777" w:rsidR="001E3206" w:rsidRDefault="001E3206">
      <w:pPr>
        <w:rPr>
          <w:rFonts w:asciiTheme="majorHAnsi" w:hAnsiTheme="majorHAnsi" w:cstheme="majorHAnsi"/>
        </w:rPr>
      </w:pPr>
      <w:r w:rsidRPr="00A66A08">
        <w:rPr>
          <w:rFonts w:asciiTheme="majorHAnsi" w:hAnsiTheme="majorHAnsi" w:cstheme="majorHAnsi"/>
        </w:rPr>
        <w:t xml:space="preserve">- </w:t>
      </w:r>
      <w:r w:rsidRPr="00A66A08">
        <w:rPr>
          <w:rFonts w:asciiTheme="majorHAnsi" w:hAnsiTheme="majorHAnsi" w:cstheme="majorHAnsi"/>
          <w:b/>
        </w:rPr>
        <w:t>Morning Sessions:</w:t>
      </w:r>
      <w:r w:rsidRPr="00A66A08">
        <w:rPr>
          <w:rFonts w:asciiTheme="majorHAnsi" w:hAnsiTheme="majorHAnsi" w:cstheme="majorHAnsi"/>
        </w:rPr>
        <w:t xml:space="preserve"> 3 hours of funding between 9:45am – 12:45pm</w:t>
      </w:r>
      <w:r w:rsidRPr="00A66A08">
        <w:rPr>
          <w:rFonts w:asciiTheme="majorHAnsi" w:hAnsiTheme="majorHAnsi" w:cstheme="majorHAnsi"/>
        </w:rPr>
        <w:br/>
        <w:t xml:space="preserve">- </w:t>
      </w:r>
      <w:r w:rsidRPr="00A66A08">
        <w:rPr>
          <w:rFonts w:asciiTheme="majorHAnsi" w:hAnsiTheme="majorHAnsi" w:cstheme="majorHAnsi"/>
          <w:b/>
        </w:rPr>
        <w:t>Full Days:</w:t>
      </w:r>
      <w:r w:rsidRPr="00A66A08">
        <w:rPr>
          <w:rFonts w:asciiTheme="majorHAnsi" w:hAnsiTheme="majorHAnsi" w:cstheme="majorHAnsi"/>
        </w:rPr>
        <w:t xml:space="preserve"> 6 hours of funding between 9:45am – 3:45pm</w:t>
      </w:r>
    </w:p>
    <w:p w14:paraId="475D32CB" w14:textId="392B93D9" w:rsidR="002E407D" w:rsidRPr="002620C8" w:rsidRDefault="0019345E">
      <w:pPr>
        <w:rPr>
          <w:rFonts w:asciiTheme="majorHAnsi" w:hAnsiTheme="majorHAnsi" w:cstheme="majorHAnsi"/>
          <w:b/>
          <w:sz w:val="28"/>
        </w:rPr>
      </w:pPr>
      <w:r>
        <w:rPr>
          <w:rFonts w:asciiTheme="majorHAnsi" w:hAnsiTheme="majorHAnsi" w:cstheme="majorHAnsi"/>
          <w:b/>
          <w:noProof/>
          <w:sz w:val="28"/>
        </w:rPr>
        <mc:AlternateContent>
          <mc:Choice Requires="wps">
            <w:drawing>
              <wp:anchor distT="0" distB="0" distL="114300" distR="114300" simplePos="0" relativeHeight="251657728" behindDoc="0" locked="0" layoutInCell="1" allowOverlap="1" wp14:anchorId="45ECAECA" wp14:editId="191D9696">
                <wp:simplePos x="0" y="0"/>
                <wp:positionH relativeFrom="margin">
                  <wp:align>center</wp:align>
                </wp:positionH>
                <wp:positionV relativeFrom="paragraph">
                  <wp:posOffset>92710</wp:posOffset>
                </wp:positionV>
                <wp:extent cx="5771693" cy="7315"/>
                <wp:effectExtent l="0" t="0" r="19685" b="31115"/>
                <wp:wrapNone/>
                <wp:docPr id="7" name="Straight Connector 7"/>
                <wp:cNvGraphicFramePr/>
                <a:graphic xmlns:a="http://schemas.openxmlformats.org/drawingml/2006/main">
                  <a:graphicData uri="http://schemas.microsoft.com/office/word/2010/wordprocessingShape">
                    <wps:wsp>
                      <wps:cNvCnPr/>
                      <wps:spPr>
                        <a:xfrm>
                          <a:off x="0" y="0"/>
                          <a:ext cx="5771693" cy="7315"/>
                        </a:xfrm>
                        <a:prstGeom prst="line">
                          <a:avLst/>
                        </a:prstGeom>
                        <a:ln w="9525" cap="flat" cmpd="sng" algn="ctr">
                          <a:solidFill>
                            <a:schemeClr val="accent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20F11F8F" id="Straight Connector 7" o:spid="_x0000_s1026" style="position:absolute;z-index:251662336;visibility:visible;mso-wrap-style:square;mso-wrap-distance-left:9pt;mso-wrap-distance-top:0;mso-wrap-distance-right:9pt;mso-wrap-distance-bottom:0;mso-position-horizontal:center;mso-position-horizontal-relative:margin;mso-position-vertical:absolute;mso-position-vertical-relative:text" from="0,7.3pt" to="454.4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" strokecolor="#4f81bd [3204]">
                <v:stroke dashstyle="dash"/>
                <w10:wrap anchorx="margin"/>
              </v:line>
            </w:pict>
          </mc:Fallback>
        </mc:AlternateContent>
      </w:r>
      <w:r w:rsidR="005627A6">
        <w:rPr>
          <w:rFonts w:asciiTheme="majorHAnsi" w:hAnsiTheme="majorHAnsi" w:cstheme="majorHAnsi"/>
          <w:b/>
          <w:sz w:val="28"/>
        </w:rPr>
        <w:br/>
      </w:r>
      <w:r w:rsidR="00385204">
        <w:rPr>
          <w:rFonts w:asciiTheme="majorHAnsi" w:hAnsiTheme="majorHAnsi" w:cstheme="majorHAnsi"/>
          <w:b/>
          <w:sz w:val="12"/>
        </w:rPr>
        <w:br/>
      </w:r>
      <w:r w:rsidR="00FB0D14" w:rsidRPr="002620C8">
        <w:rPr>
          <w:rFonts w:asciiTheme="majorHAnsi" w:hAnsiTheme="majorHAnsi" w:cstheme="majorHAnsi"/>
          <w:b/>
          <w:sz w:val="28"/>
        </w:rPr>
        <w:t>Additional Charges</w:t>
      </w:r>
    </w:p>
    <w:p w14:paraId="5D726A90" w14:textId="77777777" w:rsidR="002E407D" w:rsidRPr="00A66A08" w:rsidRDefault="00FB0D14">
      <w:pPr>
        <w:rPr>
          <w:rFonts w:asciiTheme="majorHAnsi" w:hAnsiTheme="majorHAnsi" w:cstheme="majorHAnsi"/>
        </w:rPr>
      </w:pPr>
      <w:r w:rsidRPr="00A66A08">
        <w:rPr>
          <w:rFonts w:asciiTheme="majorHAnsi" w:hAnsiTheme="majorHAnsi" w:cstheme="majorHAnsi"/>
        </w:rPr>
        <w:t>To cover the cost of enhanced experiences and resources, the following daily fees apply:</w:t>
      </w:r>
    </w:p>
    <w:p w14:paraId="096F07D5" w14:textId="651E2418" w:rsidR="002E407D" w:rsidRPr="00A66A08" w:rsidRDefault="00FB0D14">
      <w:pPr>
        <w:rPr>
          <w:rFonts w:asciiTheme="majorHAnsi" w:hAnsiTheme="majorHAnsi" w:cstheme="majorHAnsi"/>
        </w:rPr>
      </w:pPr>
      <w:r w:rsidRPr="00A66A08">
        <w:rPr>
          <w:rFonts w:asciiTheme="majorHAnsi" w:hAnsiTheme="majorHAnsi" w:cstheme="majorHAnsi"/>
        </w:rPr>
        <w:t xml:space="preserve">- </w:t>
      </w:r>
      <w:r w:rsidRPr="002620C8">
        <w:rPr>
          <w:rFonts w:asciiTheme="majorHAnsi" w:hAnsiTheme="majorHAnsi" w:cstheme="majorHAnsi"/>
          <w:b/>
        </w:rPr>
        <w:t>Morning session:</w:t>
      </w:r>
      <w:r w:rsidRPr="00A66A08">
        <w:rPr>
          <w:rFonts w:asciiTheme="majorHAnsi" w:hAnsiTheme="majorHAnsi" w:cstheme="majorHAnsi"/>
        </w:rPr>
        <w:t xml:space="preserve"> £2</w:t>
      </w:r>
      <w:r w:rsidR="007066DB">
        <w:rPr>
          <w:rFonts w:asciiTheme="majorHAnsi" w:hAnsiTheme="majorHAnsi" w:cstheme="majorHAnsi"/>
        </w:rPr>
        <w:t>.50</w:t>
      </w:r>
      <w:r w:rsidRPr="00A66A08">
        <w:rPr>
          <w:rFonts w:asciiTheme="majorHAnsi" w:hAnsiTheme="majorHAnsi" w:cstheme="majorHAnsi"/>
        </w:rPr>
        <w:t xml:space="preserve"> per day</w:t>
      </w:r>
      <w:r w:rsidRPr="00A66A08">
        <w:rPr>
          <w:rFonts w:asciiTheme="majorHAnsi" w:hAnsiTheme="majorHAnsi" w:cstheme="majorHAnsi"/>
        </w:rPr>
        <w:br/>
        <w:t xml:space="preserve">- </w:t>
      </w:r>
      <w:r w:rsidRPr="002620C8">
        <w:rPr>
          <w:rFonts w:asciiTheme="majorHAnsi" w:hAnsiTheme="majorHAnsi" w:cstheme="majorHAnsi"/>
          <w:b/>
        </w:rPr>
        <w:t>Full day session:</w:t>
      </w:r>
      <w:r w:rsidRPr="00A66A08">
        <w:rPr>
          <w:rFonts w:asciiTheme="majorHAnsi" w:hAnsiTheme="majorHAnsi" w:cstheme="majorHAnsi"/>
        </w:rPr>
        <w:t xml:space="preserve"> £3</w:t>
      </w:r>
      <w:r w:rsidR="007066DB">
        <w:rPr>
          <w:rFonts w:asciiTheme="majorHAnsi" w:hAnsiTheme="majorHAnsi" w:cstheme="majorHAnsi"/>
        </w:rPr>
        <w:t>.50</w:t>
      </w:r>
      <w:r w:rsidRPr="00A66A08">
        <w:rPr>
          <w:rFonts w:asciiTheme="majorHAnsi" w:hAnsiTheme="majorHAnsi" w:cstheme="majorHAnsi"/>
        </w:rPr>
        <w:t xml:space="preserve"> per day</w:t>
      </w:r>
    </w:p>
    <w:p w14:paraId="038C30FA" w14:textId="57073A46" w:rsidR="002E407D" w:rsidRDefault="00FB0D14">
      <w:pPr>
        <w:rPr>
          <w:rFonts w:asciiTheme="majorHAnsi" w:hAnsiTheme="majorHAnsi" w:cstheme="majorHAnsi"/>
        </w:rPr>
      </w:pPr>
      <w:r w:rsidRPr="00A66A08">
        <w:rPr>
          <w:rFonts w:asciiTheme="majorHAnsi" w:hAnsiTheme="majorHAnsi" w:cstheme="majorHAnsi"/>
        </w:rPr>
        <w:t>These charges contribute towards snacks</w:t>
      </w:r>
      <w:r w:rsidR="0019345E">
        <w:rPr>
          <w:rFonts w:asciiTheme="majorHAnsi" w:hAnsiTheme="majorHAnsi" w:cstheme="majorHAnsi"/>
        </w:rPr>
        <w:t>**</w:t>
      </w:r>
      <w:r w:rsidRPr="00A66A08">
        <w:rPr>
          <w:rFonts w:asciiTheme="majorHAnsi" w:hAnsiTheme="majorHAnsi" w:cstheme="majorHAnsi"/>
        </w:rPr>
        <w:t xml:space="preserve"> and drinks, sun cream, cooking ingredients, celebration events, visitors, ICT sessions, library time, </w:t>
      </w:r>
      <w:r w:rsidR="00DF5F6E">
        <w:rPr>
          <w:rFonts w:asciiTheme="majorHAnsi" w:hAnsiTheme="majorHAnsi" w:cstheme="majorHAnsi"/>
        </w:rPr>
        <w:t xml:space="preserve">forest school, </w:t>
      </w:r>
      <w:r w:rsidRPr="00A66A08">
        <w:rPr>
          <w:rFonts w:asciiTheme="majorHAnsi" w:hAnsiTheme="majorHAnsi" w:cstheme="majorHAnsi"/>
        </w:rPr>
        <w:t>sports and more.</w:t>
      </w:r>
      <w:r w:rsidR="0019345E">
        <w:rPr>
          <w:rFonts w:asciiTheme="majorHAnsi" w:hAnsiTheme="majorHAnsi" w:cstheme="majorHAnsi"/>
        </w:rPr>
        <w:t xml:space="preserve"> </w:t>
      </w:r>
    </w:p>
    <w:p w14:paraId="182313FC" w14:textId="6F5904F2" w:rsidR="0019345E" w:rsidRDefault="0019345E">
      <w:pPr>
        <w:rPr>
          <w:rFonts w:asciiTheme="majorHAnsi" w:hAnsiTheme="majorHAnsi" w:cstheme="majorHAnsi"/>
        </w:rPr>
      </w:pPr>
      <w:r>
        <w:rPr>
          <w:rFonts w:asciiTheme="majorHAnsi" w:hAnsiTheme="majorHAnsi" w:cstheme="majorHAnsi"/>
        </w:rPr>
        <w:t>**Parents who choose not to pay the additional charge for snacks and related provisions are welcome to provide their own snacks from home</w:t>
      </w:r>
      <w:r w:rsidR="003C1FDE">
        <w:rPr>
          <w:rFonts w:asciiTheme="majorHAnsi" w:hAnsiTheme="majorHAnsi" w:cstheme="majorHAnsi"/>
        </w:rPr>
        <w:t>. However, in such cases, the preschool guidelines on food suitability must be strictly followed to ensure the health and safety of all children. These requirements, including restrictions on certain foods and the need for appropriate preparation, are outlined in full within our terms and conditions. We kindly ask all parents to familiarize themselves with these guidelines prior to sending food into the setting.</w:t>
      </w:r>
    </w:p>
    <w:p w14:paraId="74F1B70F" w14:textId="7808B361" w:rsidR="00B52CEE" w:rsidRPr="00A66A08" w:rsidRDefault="00B52CEE">
      <w:pPr>
        <w:rPr>
          <w:rFonts w:asciiTheme="majorHAnsi" w:hAnsiTheme="majorHAnsi" w:cstheme="majorHAnsi"/>
        </w:rPr>
      </w:pPr>
      <w:r>
        <w:rPr>
          <w:rFonts w:asciiTheme="majorHAnsi" w:hAnsiTheme="majorHAnsi" w:cstheme="majorHAnsi"/>
          <w:b/>
          <w:noProof/>
          <w:sz w:val="28"/>
        </w:rPr>
        <mc:AlternateContent>
          <mc:Choice Requires="wps">
            <w:drawing>
              <wp:anchor distT="0" distB="0" distL="114300" distR="114300" simplePos="0" relativeHeight="251655680" behindDoc="0" locked="0" layoutInCell="1" allowOverlap="1" wp14:anchorId="00D6970A" wp14:editId="296B9DD0">
                <wp:simplePos x="0" y="0"/>
                <wp:positionH relativeFrom="column">
                  <wp:posOffset>438150</wp:posOffset>
                </wp:positionH>
                <wp:positionV relativeFrom="paragraph">
                  <wp:posOffset>119083</wp:posOffset>
                </wp:positionV>
                <wp:extent cx="5771693" cy="7315"/>
                <wp:effectExtent l="0" t="0" r="19685" b="31115"/>
                <wp:wrapNone/>
                <wp:docPr id="4" name="Straight Connector 4"/>
                <wp:cNvGraphicFramePr/>
                <a:graphic xmlns:a="http://schemas.openxmlformats.org/drawingml/2006/main">
                  <a:graphicData uri="http://schemas.microsoft.com/office/word/2010/wordprocessingShape">
                    <wps:wsp>
                      <wps:cNvCnPr/>
                      <wps:spPr>
                        <a:xfrm>
                          <a:off x="0" y="0"/>
                          <a:ext cx="5771693" cy="7315"/>
                        </a:xfrm>
                        <a:prstGeom prst="line">
                          <a:avLst/>
                        </a:prstGeom>
                        <a:ln w="9525" cap="flat" cmpd="sng" algn="ctr">
                          <a:solidFill>
                            <a:schemeClr val="accent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596A993C"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4.5pt,9.4pt" to="488.9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" strokecolor="#4f81bd [3204]">
                <v:stroke dashstyle="dash"/>
              </v:line>
            </w:pict>
          </mc:Fallback>
        </mc:AlternateContent>
      </w:r>
    </w:p>
    <w:p w14:paraId="343F9BF2" w14:textId="77777777" w:rsidR="002E407D" w:rsidRPr="002620C8" w:rsidRDefault="00FB0D14">
      <w:pPr>
        <w:rPr>
          <w:rFonts w:asciiTheme="majorHAnsi" w:hAnsiTheme="majorHAnsi" w:cstheme="majorHAnsi"/>
          <w:b/>
          <w:sz w:val="28"/>
        </w:rPr>
      </w:pPr>
      <w:r w:rsidRPr="002620C8">
        <w:rPr>
          <w:rFonts w:asciiTheme="majorHAnsi" w:hAnsiTheme="majorHAnsi" w:cstheme="majorHAnsi"/>
          <w:b/>
          <w:sz w:val="28"/>
        </w:rPr>
        <w:t>Wrap Around Care (Optional)</w:t>
      </w:r>
    </w:p>
    <w:p w14:paraId="074E6471" w14:textId="4C0F3629" w:rsidR="002E407D" w:rsidRDefault="00FB0D14">
      <w:pPr>
        <w:rPr>
          <w:rFonts w:asciiTheme="majorHAnsi" w:hAnsiTheme="majorHAnsi" w:cstheme="majorHAnsi"/>
        </w:rPr>
      </w:pPr>
      <w:r w:rsidRPr="00A66A08">
        <w:rPr>
          <w:rFonts w:asciiTheme="majorHAnsi" w:hAnsiTheme="majorHAnsi" w:cstheme="majorHAnsi"/>
        </w:rPr>
        <w:t>Available for all preschool children:</w:t>
      </w:r>
    </w:p>
    <w:tbl>
      <w:tblPr>
        <w:tblStyle w:val="PlainTable1"/>
        <w:tblW w:w="0" w:type="auto"/>
        <w:tblLook w:val="04A0" w:firstRow="1" w:lastRow="0" w:firstColumn="1" w:lastColumn="0" w:noHBand="0" w:noVBand="1"/>
      </w:tblPr>
      <w:tblGrid>
        <w:gridCol w:w="2574"/>
        <w:gridCol w:w="2574"/>
        <w:gridCol w:w="2574"/>
        <w:gridCol w:w="2574"/>
      </w:tblGrid>
      <w:tr w:rsidR="002620C8" w14:paraId="0EF2AA6D" w14:textId="77777777" w:rsidTr="002620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4" w:type="dxa"/>
          </w:tcPr>
          <w:p w14:paraId="079459C2" w14:textId="427B7A42" w:rsidR="002620C8" w:rsidRDefault="002620C8" w:rsidP="0019345E">
            <w:pPr>
              <w:spacing w:line="276" w:lineRule="auto"/>
              <w:rPr>
                <w:rFonts w:asciiTheme="majorHAnsi" w:hAnsiTheme="majorHAnsi" w:cstheme="majorHAnsi"/>
              </w:rPr>
            </w:pPr>
            <w:r w:rsidRPr="00A66A08">
              <w:rPr>
                <w:rFonts w:asciiTheme="majorHAnsi" w:hAnsiTheme="majorHAnsi" w:cstheme="majorHAnsi"/>
              </w:rPr>
              <w:t>Service</w:t>
            </w:r>
          </w:p>
        </w:tc>
        <w:tc>
          <w:tcPr>
            <w:tcW w:w="2574" w:type="dxa"/>
          </w:tcPr>
          <w:p w14:paraId="61440C31" w14:textId="41A7AE5A" w:rsidR="002620C8" w:rsidRDefault="002620C8" w:rsidP="0019345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Time</w:t>
            </w:r>
          </w:p>
        </w:tc>
        <w:tc>
          <w:tcPr>
            <w:tcW w:w="2574" w:type="dxa"/>
          </w:tcPr>
          <w:p w14:paraId="0A948DCB" w14:textId="02698C17" w:rsidR="002620C8" w:rsidRDefault="002620C8" w:rsidP="0019345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3</w:t>
            </w:r>
            <w:r w:rsidR="00DF5F6E">
              <w:rPr>
                <w:rFonts w:asciiTheme="majorHAnsi" w:hAnsiTheme="majorHAnsi" w:cstheme="majorHAnsi"/>
              </w:rPr>
              <w:t xml:space="preserve"> </w:t>
            </w:r>
            <w:r w:rsidRPr="00A66A08">
              <w:rPr>
                <w:rFonts w:asciiTheme="majorHAnsi" w:hAnsiTheme="majorHAnsi" w:cstheme="majorHAnsi"/>
              </w:rPr>
              <w:t>Year</w:t>
            </w:r>
            <w:r w:rsidR="00DF5F6E">
              <w:rPr>
                <w:rFonts w:asciiTheme="majorHAnsi" w:hAnsiTheme="majorHAnsi" w:cstheme="majorHAnsi"/>
              </w:rPr>
              <w:t xml:space="preserve"> </w:t>
            </w:r>
            <w:r w:rsidRPr="00A66A08">
              <w:rPr>
                <w:rFonts w:asciiTheme="majorHAnsi" w:hAnsiTheme="majorHAnsi" w:cstheme="majorHAnsi"/>
              </w:rPr>
              <w:t>Old</w:t>
            </w:r>
            <w:r w:rsidR="00DF5F6E">
              <w:rPr>
                <w:rFonts w:asciiTheme="majorHAnsi" w:hAnsiTheme="majorHAnsi" w:cstheme="majorHAnsi"/>
              </w:rPr>
              <w:t>’</w:t>
            </w:r>
            <w:r w:rsidRPr="00A66A08">
              <w:rPr>
                <w:rFonts w:asciiTheme="majorHAnsi" w:hAnsiTheme="majorHAnsi" w:cstheme="majorHAnsi"/>
              </w:rPr>
              <w:t>s</w:t>
            </w:r>
          </w:p>
        </w:tc>
        <w:tc>
          <w:tcPr>
            <w:tcW w:w="2574" w:type="dxa"/>
          </w:tcPr>
          <w:p w14:paraId="00105DFF" w14:textId="6F6C6676" w:rsidR="002620C8" w:rsidRDefault="002620C8" w:rsidP="0019345E">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2</w:t>
            </w:r>
            <w:r w:rsidR="00DF5F6E">
              <w:rPr>
                <w:rFonts w:asciiTheme="majorHAnsi" w:hAnsiTheme="majorHAnsi" w:cstheme="majorHAnsi"/>
              </w:rPr>
              <w:t xml:space="preserve"> </w:t>
            </w:r>
            <w:r w:rsidRPr="00A66A08">
              <w:rPr>
                <w:rFonts w:asciiTheme="majorHAnsi" w:hAnsiTheme="majorHAnsi" w:cstheme="majorHAnsi"/>
              </w:rPr>
              <w:t>Year</w:t>
            </w:r>
            <w:r w:rsidR="00DF5F6E">
              <w:rPr>
                <w:rFonts w:asciiTheme="majorHAnsi" w:hAnsiTheme="majorHAnsi" w:cstheme="majorHAnsi"/>
              </w:rPr>
              <w:t xml:space="preserve"> </w:t>
            </w:r>
            <w:r w:rsidRPr="00A66A08">
              <w:rPr>
                <w:rFonts w:asciiTheme="majorHAnsi" w:hAnsiTheme="majorHAnsi" w:cstheme="majorHAnsi"/>
              </w:rPr>
              <w:t>Old</w:t>
            </w:r>
            <w:r w:rsidR="00DF5F6E">
              <w:rPr>
                <w:rFonts w:asciiTheme="majorHAnsi" w:hAnsiTheme="majorHAnsi" w:cstheme="majorHAnsi"/>
              </w:rPr>
              <w:t>’</w:t>
            </w:r>
            <w:r w:rsidRPr="00A66A08">
              <w:rPr>
                <w:rFonts w:asciiTheme="majorHAnsi" w:hAnsiTheme="majorHAnsi" w:cstheme="majorHAnsi"/>
              </w:rPr>
              <w:t>s</w:t>
            </w:r>
          </w:p>
        </w:tc>
      </w:tr>
      <w:tr w:rsidR="002620C8" w14:paraId="350DE26F" w14:textId="77777777" w:rsidTr="002620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4" w:type="dxa"/>
          </w:tcPr>
          <w:p w14:paraId="0E80C037" w14:textId="765A27E1" w:rsidR="002620C8" w:rsidRDefault="002620C8" w:rsidP="0019345E">
            <w:pPr>
              <w:spacing w:line="276" w:lineRule="auto"/>
              <w:rPr>
                <w:rFonts w:asciiTheme="majorHAnsi" w:hAnsiTheme="majorHAnsi" w:cstheme="majorHAnsi"/>
              </w:rPr>
            </w:pPr>
            <w:r w:rsidRPr="00A66A08">
              <w:rPr>
                <w:rFonts w:asciiTheme="majorHAnsi" w:hAnsiTheme="majorHAnsi" w:cstheme="majorHAnsi"/>
              </w:rPr>
              <w:t>Breakfast Club</w:t>
            </w:r>
          </w:p>
        </w:tc>
        <w:tc>
          <w:tcPr>
            <w:tcW w:w="2574" w:type="dxa"/>
          </w:tcPr>
          <w:p w14:paraId="7C5AA9FB" w14:textId="6A957E97" w:rsidR="002620C8" w:rsidRDefault="002620C8" w:rsidP="0019345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7:45am – 8:30am</w:t>
            </w:r>
          </w:p>
        </w:tc>
        <w:tc>
          <w:tcPr>
            <w:tcW w:w="2574" w:type="dxa"/>
          </w:tcPr>
          <w:p w14:paraId="3D37EC14" w14:textId="77CC5402" w:rsidR="002620C8" w:rsidRDefault="002620C8" w:rsidP="0019345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w:t>
            </w:r>
            <w:r w:rsidR="00DF5F6E">
              <w:rPr>
                <w:rFonts w:asciiTheme="majorHAnsi" w:hAnsiTheme="majorHAnsi" w:cstheme="majorHAnsi"/>
              </w:rPr>
              <w:t>6</w:t>
            </w:r>
            <w:r w:rsidRPr="00A66A08">
              <w:rPr>
                <w:rFonts w:asciiTheme="majorHAnsi" w:hAnsiTheme="majorHAnsi" w:cstheme="majorHAnsi"/>
              </w:rPr>
              <w:t>.</w:t>
            </w:r>
            <w:r w:rsidR="007066DB">
              <w:rPr>
                <w:rFonts w:asciiTheme="majorHAnsi" w:hAnsiTheme="majorHAnsi" w:cstheme="majorHAnsi"/>
              </w:rPr>
              <w:t>25</w:t>
            </w:r>
          </w:p>
        </w:tc>
        <w:tc>
          <w:tcPr>
            <w:tcW w:w="2574" w:type="dxa"/>
          </w:tcPr>
          <w:p w14:paraId="25688047" w14:textId="71D14405" w:rsidR="002620C8" w:rsidRDefault="002620C8" w:rsidP="0019345E">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w:t>
            </w:r>
            <w:r w:rsidR="00DF5F6E">
              <w:rPr>
                <w:rFonts w:asciiTheme="majorHAnsi" w:hAnsiTheme="majorHAnsi" w:cstheme="majorHAnsi"/>
              </w:rPr>
              <w:t>6.</w:t>
            </w:r>
            <w:r w:rsidR="007066DB">
              <w:rPr>
                <w:rFonts w:asciiTheme="majorHAnsi" w:hAnsiTheme="majorHAnsi" w:cstheme="majorHAnsi"/>
              </w:rPr>
              <w:t>75</w:t>
            </w:r>
          </w:p>
        </w:tc>
      </w:tr>
      <w:tr w:rsidR="002620C8" w14:paraId="55EC0FD7" w14:textId="77777777" w:rsidTr="002620C8">
        <w:tc>
          <w:tcPr>
            <w:cnfStyle w:val="001000000000" w:firstRow="0" w:lastRow="0" w:firstColumn="1" w:lastColumn="0" w:oddVBand="0" w:evenVBand="0" w:oddHBand="0" w:evenHBand="0" w:firstRowFirstColumn="0" w:firstRowLastColumn="0" w:lastRowFirstColumn="0" w:lastRowLastColumn="0"/>
            <w:tcW w:w="2574" w:type="dxa"/>
          </w:tcPr>
          <w:p w14:paraId="53624C35" w14:textId="0E97B707" w:rsidR="002620C8" w:rsidRPr="00A66A08" w:rsidRDefault="002620C8" w:rsidP="0019345E">
            <w:pPr>
              <w:spacing w:line="276" w:lineRule="auto"/>
              <w:rPr>
                <w:rFonts w:asciiTheme="majorHAnsi" w:hAnsiTheme="majorHAnsi" w:cstheme="majorHAnsi"/>
              </w:rPr>
            </w:pPr>
            <w:r w:rsidRPr="00A66A08">
              <w:rPr>
                <w:rFonts w:asciiTheme="majorHAnsi" w:hAnsiTheme="majorHAnsi" w:cstheme="majorHAnsi"/>
              </w:rPr>
              <w:t>After School Club</w:t>
            </w:r>
          </w:p>
        </w:tc>
        <w:tc>
          <w:tcPr>
            <w:tcW w:w="2574" w:type="dxa"/>
          </w:tcPr>
          <w:p w14:paraId="7D126D62" w14:textId="503BDFE3" w:rsidR="002620C8" w:rsidRPr="00A66A08" w:rsidRDefault="002620C8" w:rsidP="0019345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3:45pm – 6:00pm</w:t>
            </w:r>
          </w:p>
        </w:tc>
        <w:tc>
          <w:tcPr>
            <w:tcW w:w="2574" w:type="dxa"/>
          </w:tcPr>
          <w:p w14:paraId="46FB4A87" w14:textId="15B295BB" w:rsidR="002620C8" w:rsidRPr="00A66A08" w:rsidRDefault="002620C8" w:rsidP="0019345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£1</w:t>
            </w:r>
            <w:r w:rsidR="00DF5F6E">
              <w:rPr>
                <w:rFonts w:asciiTheme="majorHAnsi" w:hAnsiTheme="majorHAnsi" w:cstheme="majorHAnsi"/>
              </w:rPr>
              <w:t>5</w:t>
            </w:r>
            <w:r w:rsidRPr="00A66A08">
              <w:rPr>
                <w:rFonts w:asciiTheme="majorHAnsi" w:hAnsiTheme="majorHAnsi" w:cstheme="majorHAnsi"/>
              </w:rPr>
              <w:t>.</w:t>
            </w:r>
            <w:r w:rsidR="007066DB">
              <w:rPr>
                <w:rFonts w:asciiTheme="majorHAnsi" w:hAnsiTheme="majorHAnsi" w:cstheme="majorHAnsi"/>
              </w:rPr>
              <w:t>50</w:t>
            </w:r>
          </w:p>
        </w:tc>
        <w:tc>
          <w:tcPr>
            <w:tcW w:w="2574" w:type="dxa"/>
          </w:tcPr>
          <w:p w14:paraId="3166F5AF" w14:textId="2E2D3BF6" w:rsidR="002620C8" w:rsidRPr="00A66A08" w:rsidRDefault="002620C8" w:rsidP="0019345E">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66A08">
              <w:rPr>
                <w:rFonts w:asciiTheme="majorHAnsi" w:hAnsiTheme="majorHAnsi" w:cstheme="majorHAnsi"/>
              </w:rPr>
              <w:t>£16.</w:t>
            </w:r>
            <w:r w:rsidR="007066DB">
              <w:rPr>
                <w:rFonts w:asciiTheme="majorHAnsi" w:hAnsiTheme="majorHAnsi" w:cstheme="majorHAnsi"/>
              </w:rPr>
              <w:t>50</w:t>
            </w:r>
            <w:bookmarkStart w:id="0" w:name="_GoBack"/>
            <w:bookmarkEnd w:id="0"/>
          </w:p>
        </w:tc>
      </w:tr>
    </w:tbl>
    <w:p w14:paraId="0EB061F6" w14:textId="77777777" w:rsidR="00BE2B6D" w:rsidRDefault="00BE2B6D">
      <w:pPr>
        <w:rPr>
          <w:rFonts w:asciiTheme="majorHAnsi" w:hAnsiTheme="majorHAnsi" w:cstheme="majorHAnsi"/>
          <w:b/>
          <w:sz w:val="28"/>
        </w:rPr>
      </w:pPr>
    </w:p>
    <w:p w14:paraId="1129838C" w14:textId="5D25D02E" w:rsidR="002E407D" w:rsidRPr="002620C8" w:rsidRDefault="00FB0D14">
      <w:pPr>
        <w:rPr>
          <w:rFonts w:asciiTheme="majorHAnsi" w:hAnsiTheme="majorHAnsi" w:cstheme="majorHAnsi"/>
          <w:b/>
          <w:sz w:val="24"/>
        </w:rPr>
      </w:pPr>
      <w:r w:rsidRPr="002620C8">
        <w:rPr>
          <w:rFonts w:asciiTheme="majorHAnsi" w:hAnsiTheme="majorHAnsi" w:cstheme="majorHAnsi"/>
          <w:b/>
          <w:sz w:val="28"/>
        </w:rPr>
        <w:lastRenderedPageBreak/>
        <w:t>Meals</w:t>
      </w:r>
    </w:p>
    <w:p w14:paraId="00A85CDE" w14:textId="77777777" w:rsidR="002E407D" w:rsidRPr="00A66A08" w:rsidRDefault="00FB0D14">
      <w:pPr>
        <w:rPr>
          <w:rFonts w:asciiTheme="majorHAnsi" w:hAnsiTheme="majorHAnsi" w:cstheme="majorHAnsi"/>
        </w:rPr>
      </w:pPr>
      <w:r w:rsidRPr="00A66A08">
        <w:rPr>
          <w:rFonts w:asciiTheme="majorHAnsi" w:hAnsiTheme="majorHAnsi" w:cstheme="majorHAnsi"/>
        </w:rPr>
        <w:t>Children may bring a packed lunch from home or choose a hot school meal (ordered and paid via ParentPay).</w:t>
      </w:r>
    </w:p>
    <w:p w14:paraId="5DEA27B7" w14:textId="1763C226" w:rsidR="0019345E" w:rsidRDefault="003C1FDE">
      <w:pPr>
        <w:rPr>
          <w:rFonts w:asciiTheme="majorHAnsi" w:hAnsiTheme="majorHAnsi" w:cstheme="majorHAnsi"/>
          <w:b/>
          <w:sz w:val="28"/>
        </w:rPr>
      </w:pPr>
      <w:r>
        <w:rPr>
          <w:rFonts w:asciiTheme="majorHAnsi" w:hAnsiTheme="majorHAnsi" w:cstheme="majorHAnsi"/>
          <w:b/>
          <w:noProof/>
          <w:sz w:val="28"/>
        </w:rPr>
        <mc:AlternateContent>
          <mc:Choice Requires="wps">
            <w:drawing>
              <wp:anchor distT="0" distB="0" distL="114300" distR="114300" simplePos="0" relativeHeight="251658752" behindDoc="0" locked="0" layoutInCell="1" allowOverlap="1" wp14:anchorId="691BD83C" wp14:editId="5D0281B2">
                <wp:simplePos x="0" y="0"/>
                <wp:positionH relativeFrom="margin">
                  <wp:align>center</wp:align>
                </wp:positionH>
                <wp:positionV relativeFrom="paragraph">
                  <wp:posOffset>102882</wp:posOffset>
                </wp:positionV>
                <wp:extent cx="5771693" cy="7315"/>
                <wp:effectExtent l="0" t="0" r="19685" b="31115"/>
                <wp:wrapNone/>
                <wp:docPr id="8" name="Straight Connector 8"/>
                <wp:cNvGraphicFramePr/>
                <a:graphic xmlns:a="http://schemas.openxmlformats.org/drawingml/2006/main">
                  <a:graphicData uri="http://schemas.microsoft.com/office/word/2010/wordprocessingShape">
                    <wps:wsp>
                      <wps:cNvCnPr/>
                      <wps:spPr>
                        <a:xfrm>
                          <a:off x="0" y="0"/>
                          <a:ext cx="5771693" cy="7315"/>
                        </a:xfrm>
                        <a:prstGeom prst="line">
                          <a:avLst/>
                        </a:prstGeom>
                        <a:ln w="9525" cap="flat" cmpd="sng" algn="ctr">
                          <a:solidFill>
                            <a:schemeClr val="accent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21A51957" id="Straight Connector 8" o:spid="_x0000_s1026" style="position:absolute;z-index:251664384;visibility:visible;mso-wrap-style:square;mso-wrap-distance-left:9pt;mso-wrap-distance-top:0;mso-wrap-distance-right:9pt;mso-wrap-distance-bottom:0;mso-position-horizontal:center;mso-position-horizontal-relative:margin;mso-position-vertical:absolute;mso-position-vertical-relative:text" from="0,8.1pt" to="454.4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" strokecolor="#4f81bd [3204]">
                <v:stroke dashstyle="dash"/>
                <w10:wrap anchorx="margin"/>
              </v:line>
            </w:pict>
          </mc:Fallback>
        </mc:AlternateContent>
      </w:r>
    </w:p>
    <w:p w14:paraId="36C5B1D2" w14:textId="0E9EF04E" w:rsidR="005B71B2" w:rsidRDefault="00FB0D14" w:rsidP="005B71B2">
      <w:pPr>
        <w:rPr>
          <w:rFonts w:asciiTheme="majorHAnsi" w:hAnsiTheme="majorHAnsi" w:cstheme="majorHAnsi"/>
          <w:b/>
          <w:sz w:val="28"/>
        </w:rPr>
      </w:pPr>
      <w:r w:rsidRPr="002620C8">
        <w:rPr>
          <w:rFonts w:asciiTheme="majorHAnsi" w:hAnsiTheme="majorHAnsi" w:cstheme="majorHAnsi"/>
          <w:b/>
          <w:sz w:val="28"/>
        </w:rPr>
        <w:t>Minimum Booking Requirements</w:t>
      </w:r>
      <w:r w:rsidR="005B71B2">
        <w:rPr>
          <w:rFonts w:asciiTheme="majorHAnsi" w:hAnsiTheme="majorHAnsi" w:cstheme="majorHAnsi"/>
          <w:b/>
          <w:sz w:val="28"/>
        </w:rPr>
        <w:t xml:space="preserve"> &amp; </w:t>
      </w:r>
      <w:r w:rsidR="005B71B2" w:rsidRPr="002620C8">
        <w:rPr>
          <w:rFonts w:asciiTheme="majorHAnsi" w:hAnsiTheme="majorHAnsi" w:cstheme="majorHAnsi"/>
          <w:b/>
          <w:sz w:val="28"/>
        </w:rPr>
        <w:t>Registration Fee</w:t>
      </w:r>
    </w:p>
    <w:p w14:paraId="77073DF3" w14:textId="1F81FA21" w:rsidR="005B71B2" w:rsidRPr="00A66A08" w:rsidRDefault="005B71B2" w:rsidP="005B71B2">
      <w:pPr>
        <w:rPr>
          <w:rFonts w:asciiTheme="majorHAnsi" w:hAnsiTheme="majorHAnsi" w:cstheme="majorHAnsi"/>
        </w:rPr>
      </w:pPr>
      <w:r w:rsidRPr="00A66A08">
        <w:rPr>
          <w:rFonts w:asciiTheme="majorHAnsi" w:hAnsiTheme="majorHAnsi" w:cstheme="majorHAnsi"/>
        </w:rPr>
        <w:t xml:space="preserve">A </w:t>
      </w:r>
      <w:r w:rsidRPr="002620C8">
        <w:rPr>
          <w:rFonts w:asciiTheme="majorHAnsi" w:hAnsiTheme="majorHAnsi" w:cstheme="majorHAnsi"/>
          <w:b/>
        </w:rPr>
        <w:t>£55 registration fee</w:t>
      </w:r>
      <w:r w:rsidRPr="00A66A08">
        <w:rPr>
          <w:rFonts w:asciiTheme="majorHAnsi" w:hAnsiTheme="majorHAnsi" w:cstheme="majorHAnsi"/>
        </w:rPr>
        <w:t xml:space="preserve"> is required to secure your child’s place. This fee is </w:t>
      </w:r>
      <w:r w:rsidRPr="002620C8">
        <w:rPr>
          <w:rFonts w:asciiTheme="majorHAnsi" w:hAnsiTheme="majorHAnsi" w:cstheme="majorHAnsi"/>
          <w:b/>
        </w:rPr>
        <w:t>offset against</w:t>
      </w:r>
      <w:r>
        <w:rPr>
          <w:rFonts w:asciiTheme="majorHAnsi" w:hAnsiTheme="majorHAnsi" w:cstheme="majorHAnsi"/>
          <w:b/>
        </w:rPr>
        <w:t xml:space="preserve"> a minimum of</w:t>
      </w:r>
      <w:r w:rsidRPr="002620C8">
        <w:rPr>
          <w:rFonts w:asciiTheme="majorHAnsi" w:hAnsiTheme="majorHAnsi" w:cstheme="majorHAnsi"/>
          <w:b/>
        </w:rPr>
        <w:t xml:space="preserve"> two settling-in sessions</w:t>
      </w:r>
      <w:r w:rsidRPr="00A66A08">
        <w:rPr>
          <w:rFonts w:asciiTheme="majorHAnsi" w:hAnsiTheme="majorHAnsi" w:cstheme="majorHAnsi"/>
        </w:rPr>
        <w:t>.</w:t>
      </w:r>
      <w:r>
        <w:rPr>
          <w:rFonts w:asciiTheme="majorHAnsi" w:hAnsiTheme="majorHAnsi" w:cstheme="majorHAnsi"/>
        </w:rPr>
        <w:t xml:space="preserve"> Minimum sessions are as follows:</w:t>
      </w:r>
    </w:p>
    <w:p w14:paraId="40AB5D11" w14:textId="41FBE9CB" w:rsidR="002E407D" w:rsidRPr="00A66A08" w:rsidRDefault="00FB0D14">
      <w:pPr>
        <w:rPr>
          <w:rFonts w:asciiTheme="majorHAnsi" w:hAnsiTheme="majorHAnsi" w:cstheme="majorHAnsi"/>
        </w:rPr>
      </w:pPr>
      <w:r w:rsidRPr="00A66A08">
        <w:rPr>
          <w:rFonts w:asciiTheme="majorHAnsi" w:hAnsiTheme="majorHAnsi" w:cstheme="majorHAnsi"/>
        </w:rPr>
        <w:t xml:space="preserve">- </w:t>
      </w:r>
      <w:r w:rsidRPr="002620C8">
        <w:rPr>
          <w:rFonts w:asciiTheme="majorHAnsi" w:hAnsiTheme="majorHAnsi" w:cstheme="majorHAnsi"/>
          <w:b/>
        </w:rPr>
        <w:t>3</w:t>
      </w:r>
      <w:r w:rsidR="00DF5F6E">
        <w:rPr>
          <w:rFonts w:asciiTheme="majorHAnsi" w:hAnsiTheme="majorHAnsi" w:cstheme="majorHAnsi"/>
          <w:b/>
        </w:rPr>
        <w:t xml:space="preserve"> </w:t>
      </w:r>
      <w:r w:rsidRPr="002620C8">
        <w:rPr>
          <w:rFonts w:asciiTheme="majorHAnsi" w:hAnsiTheme="majorHAnsi" w:cstheme="majorHAnsi"/>
          <w:b/>
        </w:rPr>
        <w:t>Year</w:t>
      </w:r>
      <w:r w:rsidR="00DF5F6E">
        <w:rPr>
          <w:rFonts w:asciiTheme="majorHAnsi" w:hAnsiTheme="majorHAnsi" w:cstheme="majorHAnsi"/>
          <w:b/>
        </w:rPr>
        <w:t xml:space="preserve"> </w:t>
      </w:r>
      <w:r w:rsidRPr="002620C8">
        <w:rPr>
          <w:rFonts w:asciiTheme="majorHAnsi" w:hAnsiTheme="majorHAnsi" w:cstheme="majorHAnsi"/>
          <w:b/>
        </w:rPr>
        <w:t>Old</w:t>
      </w:r>
      <w:r w:rsidR="00DF5F6E">
        <w:rPr>
          <w:rFonts w:asciiTheme="majorHAnsi" w:hAnsiTheme="majorHAnsi" w:cstheme="majorHAnsi"/>
          <w:b/>
        </w:rPr>
        <w:t>’</w:t>
      </w:r>
      <w:r w:rsidRPr="002620C8">
        <w:rPr>
          <w:rFonts w:asciiTheme="majorHAnsi" w:hAnsiTheme="majorHAnsi" w:cstheme="majorHAnsi"/>
          <w:b/>
        </w:rPr>
        <w:t>s:</w:t>
      </w:r>
      <w:r w:rsidRPr="00A66A08">
        <w:rPr>
          <w:rFonts w:asciiTheme="majorHAnsi" w:hAnsiTheme="majorHAnsi" w:cstheme="majorHAnsi"/>
        </w:rPr>
        <w:t xml:space="preserve"> Minimum of </w:t>
      </w:r>
      <w:r w:rsidRPr="002620C8">
        <w:rPr>
          <w:rFonts w:asciiTheme="majorHAnsi" w:hAnsiTheme="majorHAnsi" w:cstheme="majorHAnsi"/>
          <w:b/>
        </w:rPr>
        <w:t>2 full days</w:t>
      </w:r>
      <w:r w:rsidRPr="00A66A08">
        <w:rPr>
          <w:rFonts w:asciiTheme="majorHAnsi" w:hAnsiTheme="majorHAnsi" w:cstheme="majorHAnsi"/>
        </w:rPr>
        <w:t xml:space="preserve"> or </w:t>
      </w:r>
      <w:r w:rsidRPr="002620C8">
        <w:rPr>
          <w:rFonts w:asciiTheme="majorHAnsi" w:hAnsiTheme="majorHAnsi" w:cstheme="majorHAnsi"/>
          <w:b/>
        </w:rPr>
        <w:t>4 morning sessions</w:t>
      </w:r>
      <w:r w:rsidRPr="00A66A08">
        <w:rPr>
          <w:rFonts w:asciiTheme="majorHAnsi" w:hAnsiTheme="majorHAnsi" w:cstheme="majorHAnsi"/>
        </w:rPr>
        <w:t xml:space="preserve"> per week</w:t>
      </w:r>
      <w:r w:rsidRPr="00A66A08">
        <w:rPr>
          <w:rFonts w:asciiTheme="majorHAnsi" w:hAnsiTheme="majorHAnsi" w:cstheme="majorHAnsi"/>
        </w:rPr>
        <w:br/>
        <w:t xml:space="preserve">- </w:t>
      </w:r>
      <w:r w:rsidRPr="002620C8">
        <w:rPr>
          <w:rFonts w:asciiTheme="majorHAnsi" w:hAnsiTheme="majorHAnsi" w:cstheme="majorHAnsi"/>
          <w:b/>
        </w:rPr>
        <w:t>2</w:t>
      </w:r>
      <w:r w:rsidR="00DF5F6E">
        <w:rPr>
          <w:rFonts w:asciiTheme="majorHAnsi" w:hAnsiTheme="majorHAnsi" w:cstheme="majorHAnsi"/>
          <w:b/>
        </w:rPr>
        <w:t xml:space="preserve"> </w:t>
      </w:r>
      <w:r w:rsidRPr="002620C8">
        <w:rPr>
          <w:rFonts w:asciiTheme="majorHAnsi" w:hAnsiTheme="majorHAnsi" w:cstheme="majorHAnsi"/>
          <w:b/>
        </w:rPr>
        <w:t>Year</w:t>
      </w:r>
      <w:r w:rsidR="00DF5F6E">
        <w:rPr>
          <w:rFonts w:asciiTheme="majorHAnsi" w:hAnsiTheme="majorHAnsi" w:cstheme="majorHAnsi"/>
          <w:b/>
        </w:rPr>
        <w:t xml:space="preserve"> </w:t>
      </w:r>
      <w:r w:rsidRPr="002620C8">
        <w:rPr>
          <w:rFonts w:asciiTheme="majorHAnsi" w:hAnsiTheme="majorHAnsi" w:cstheme="majorHAnsi"/>
          <w:b/>
        </w:rPr>
        <w:t>Old</w:t>
      </w:r>
      <w:r w:rsidR="00DF5F6E">
        <w:rPr>
          <w:rFonts w:asciiTheme="majorHAnsi" w:hAnsiTheme="majorHAnsi" w:cstheme="majorHAnsi"/>
          <w:b/>
        </w:rPr>
        <w:t>’</w:t>
      </w:r>
      <w:r w:rsidRPr="002620C8">
        <w:rPr>
          <w:rFonts w:asciiTheme="majorHAnsi" w:hAnsiTheme="majorHAnsi" w:cstheme="majorHAnsi"/>
          <w:b/>
        </w:rPr>
        <w:t>s:</w:t>
      </w:r>
      <w:r w:rsidRPr="00A66A08">
        <w:rPr>
          <w:rFonts w:asciiTheme="majorHAnsi" w:hAnsiTheme="majorHAnsi" w:cstheme="majorHAnsi"/>
        </w:rPr>
        <w:t xml:space="preserve"> Minimum of </w:t>
      </w:r>
      <w:r w:rsidRPr="002620C8">
        <w:rPr>
          <w:rFonts w:asciiTheme="majorHAnsi" w:hAnsiTheme="majorHAnsi" w:cstheme="majorHAnsi"/>
          <w:b/>
        </w:rPr>
        <w:t>1 full day</w:t>
      </w:r>
      <w:r w:rsidRPr="00A66A08">
        <w:rPr>
          <w:rFonts w:asciiTheme="majorHAnsi" w:hAnsiTheme="majorHAnsi" w:cstheme="majorHAnsi"/>
        </w:rPr>
        <w:t xml:space="preserve"> or </w:t>
      </w:r>
      <w:r w:rsidRPr="002620C8">
        <w:rPr>
          <w:rFonts w:asciiTheme="majorHAnsi" w:hAnsiTheme="majorHAnsi" w:cstheme="majorHAnsi"/>
          <w:b/>
        </w:rPr>
        <w:t>2 morning sessions</w:t>
      </w:r>
      <w:r w:rsidRPr="00A66A08">
        <w:rPr>
          <w:rFonts w:asciiTheme="majorHAnsi" w:hAnsiTheme="majorHAnsi" w:cstheme="majorHAnsi"/>
        </w:rPr>
        <w:t xml:space="preserve"> per week</w:t>
      </w:r>
    </w:p>
    <w:p w14:paraId="3806A784" w14:textId="342136EA" w:rsidR="002E407D" w:rsidRPr="002620C8" w:rsidRDefault="003C1FDE">
      <w:pPr>
        <w:rPr>
          <w:rFonts w:asciiTheme="majorHAnsi" w:hAnsiTheme="majorHAnsi" w:cstheme="majorHAnsi"/>
          <w:b/>
          <w:sz w:val="28"/>
        </w:rPr>
      </w:pPr>
      <w:r>
        <w:rPr>
          <w:rFonts w:asciiTheme="majorHAnsi" w:hAnsiTheme="majorHAnsi" w:cstheme="majorHAnsi"/>
          <w:b/>
          <w:noProof/>
          <w:sz w:val="28"/>
        </w:rPr>
        <mc:AlternateContent>
          <mc:Choice Requires="wps">
            <w:drawing>
              <wp:anchor distT="0" distB="0" distL="114300" distR="114300" simplePos="0" relativeHeight="251659776" behindDoc="0" locked="0" layoutInCell="1" allowOverlap="1" wp14:anchorId="0519C3F2" wp14:editId="03A2C079">
                <wp:simplePos x="0" y="0"/>
                <wp:positionH relativeFrom="margin">
                  <wp:align>center</wp:align>
                </wp:positionH>
                <wp:positionV relativeFrom="paragraph">
                  <wp:posOffset>120135</wp:posOffset>
                </wp:positionV>
                <wp:extent cx="5771693" cy="7315"/>
                <wp:effectExtent l="0" t="0" r="19685" b="31115"/>
                <wp:wrapNone/>
                <wp:docPr id="9" name="Straight Connector 9"/>
                <wp:cNvGraphicFramePr/>
                <a:graphic xmlns:a="http://schemas.openxmlformats.org/drawingml/2006/main">
                  <a:graphicData uri="http://schemas.microsoft.com/office/word/2010/wordprocessingShape">
                    <wps:wsp>
                      <wps:cNvCnPr/>
                      <wps:spPr>
                        <a:xfrm>
                          <a:off x="0" y="0"/>
                          <a:ext cx="5771693" cy="7315"/>
                        </a:xfrm>
                        <a:prstGeom prst="line">
                          <a:avLst/>
                        </a:prstGeom>
                        <a:ln w="9525" cap="flat" cmpd="sng" algn="ctr">
                          <a:solidFill>
                            <a:schemeClr val="accent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3BE087FC" id="Straight Connector 9" o:spid="_x0000_s1026" style="position:absolute;z-index:251666432;visibility:visible;mso-wrap-style:square;mso-wrap-distance-left:9pt;mso-wrap-distance-top:0;mso-wrap-distance-right:9pt;mso-wrap-distance-bottom:0;mso-position-horizontal:center;mso-position-horizontal-relative:margin;mso-position-vertical:absolute;mso-position-vertical-relative:text" from="0,9.45pt" to="454.4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" strokecolor="#4f81bd [3204]">
                <v:stroke dashstyle="dash"/>
                <w10:wrap anchorx="margin"/>
              </v:line>
            </w:pict>
          </mc:Fallback>
        </mc:AlternateContent>
      </w:r>
      <w:r w:rsidR="00B52CEE">
        <w:rPr>
          <w:rFonts w:asciiTheme="majorHAnsi" w:hAnsiTheme="majorHAnsi" w:cstheme="majorHAnsi"/>
          <w:b/>
          <w:sz w:val="28"/>
        </w:rPr>
        <w:br/>
      </w:r>
      <w:r w:rsidR="005B71B2">
        <w:rPr>
          <w:rFonts w:asciiTheme="majorHAnsi" w:hAnsiTheme="majorHAnsi" w:cstheme="majorHAnsi"/>
          <w:b/>
          <w:sz w:val="12"/>
        </w:rPr>
        <w:br/>
      </w:r>
      <w:r w:rsidR="00FB0D14" w:rsidRPr="002620C8">
        <w:rPr>
          <w:rFonts w:asciiTheme="majorHAnsi" w:hAnsiTheme="majorHAnsi" w:cstheme="majorHAnsi"/>
          <w:b/>
          <w:sz w:val="28"/>
        </w:rPr>
        <w:t>How to Claim Your Funding</w:t>
      </w:r>
    </w:p>
    <w:p w14:paraId="72554D2A" w14:textId="77777777" w:rsidR="002E407D" w:rsidRPr="00A66A08" w:rsidRDefault="00FB0D14">
      <w:pPr>
        <w:rPr>
          <w:rFonts w:asciiTheme="majorHAnsi" w:hAnsiTheme="majorHAnsi" w:cstheme="majorHAnsi"/>
        </w:rPr>
      </w:pPr>
      <w:r w:rsidRPr="00A66A08">
        <w:rPr>
          <w:rFonts w:asciiTheme="majorHAnsi" w:hAnsiTheme="majorHAnsi" w:cstheme="majorHAnsi"/>
        </w:rPr>
        <w:t>To claim your funded hours, please ensure:</w:t>
      </w:r>
    </w:p>
    <w:p w14:paraId="4D7E38C5" w14:textId="238E9858" w:rsidR="002E407D" w:rsidRPr="00412D88" w:rsidRDefault="00412D88" w:rsidP="00412D88">
      <w:pPr>
        <w:rPr>
          <w:rFonts w:asciiTheme="majorHAnsi" w:hAnsiTheme="majorHAnsi" w:cstheme="majorHAnsi"/>
        </w:rPr>
      </w:pPr>
      <w:r w:rsidRPr="00412D88">
        <w:rPr>
          <w:rFonts w:asciiTheme="majorHAnsi" w:hAnsiTheme="majorHAnsi" w:cstheme="majorHAnsi"/>
        </w:rPr>
        <w:t>1.</w:t>
      </w:r>
      <w:r>
        <w:rPr>
          <w:rFonts w:asciiTheme="majorHAnsi" w:hAnsiTheme="majorHAnsi" w:cstheme="majorHAnsi"/>
        </w:rPr>
        <w:t xml:space="preserve"> </w:t>
      </w:r>
      <w:r w:rsidRPr="00412D88">
        <w:rPr>
          <w:rFonts w:asciiTheme="majorHAnsi" w:hAnsiTheme="majorHAnsi" w:cstheme="majorHAnsi"/>
        </w:rPr>
        <w:t>You have completed a preschool starter pack and provided proof of your child’s age (birth certificate).</w:t>
      </w:r>
      <w:r w:rsidRPr="00412D88">
        <w:rPr>
          <w:rFonts w:asciiTheme="majorHAnsi" w:hAnsiTheme="majorHAnsi" w:cstheme="majorHAnsi"/>
        </w:rPr>
        <w:br/>
        <w:t>2</w:t>
      </w:r>
      <w:r w:rsidR="00FB0D14" w:rsidRPr="00412D88">
        <w:rPr>
          <w:rFonts w:asciiTheme="majorHAnsi" w:hAnsiTheme="majorHAnsi" w:cstheme="majorHAnsi"/>
        </w:rPr>
        <w:t xml:space="preserve">. You have received your </w:t>
      </w:r>
      <w:proofErr w:type="gramStart"/>
      <w:r w:rsidR="003C1FDE" w:rsidRPr="00412D88">
        <w:rPr>
          <w:rFonts w:asciiTheme="majorHAnsi" w:hAnsiTheme="majorHAnsi" w:cstheme="majorHAnsi"/>
        </w:rPr>
        <w:t xml:space="preserve">15 or </w:t>
      </w:r>
      <w:r w:rsidR="00FB0D14" w:rsidRPr="00412D88">
        <w:rPr>
          <w:rFonts w:asciiTheme="majorHAnsi" w:hAnsiTheme="majorHAnsi" w:cstheme="majorHAnsi"/>
        </w:rPr>
        <w:t>30</w:t>
      </w:r>
      <w:r w:rsidR="003C1FDE" w:rsidRPr="00412D88">
        <w:rPr>
          <w:rFonts w:asciiTheme="majorHAnsi" w:hAnsiTheme="majorHAnsi" w:cstheme="majorHAnsi"/>
        </w:rPr>
        <w:t xml:space="preserve"> </w:t>
      </w:r>
      <w:r w:rsidR="00FB0D14" w:rsidRPr="00412D88">
        <w:rPr>
          <w:rFonts w:asciiTheme="majorHAnsi" w:hAnsiTheme="majorHAnsi" w:cstheme="majorHAnsi"/>
        </w:rPr>
        <w:t>hour</w:t>
      </w:r>
      <w:proofErr w:type="gramEnd"/>
      <w:r w:rsidR="00FB0D14" w:rsidRPr="00412D88">
        <w:rPr>
          <w:rFonts w:asciiTheme="majorHAnsi" w:hAnsiTheme="majorHAnsi" w:cstheme="majorHAnsi"/>
        </w:rPr>
        <w:t xml:space="preserve"> eligibility code (if applicable).</w:t>
      </w:r>
      <w:r w:rsidR="00FB0D14" w:rsidRPr="00412D88">
        <w:rPr>
          <w:rFonts w:asciiTheme="majorHAnsi" w:hAnsiTheme="majorHAnsi" w:cstheme="majorHAnsi"/>
        </w:rPr>
        <w:br/>
      </w:r>
      <w:r w:rsidRPr="00412D88">
        <w:rPr>
          <w:rFonts w:asciiTheme="majorHAnsi" w:hAnsiTheme="majorHAnsi" w:cstheme="majorHAnsi"/>
        </w:rPr>
        <w:t>3</w:t>
      </w:r>
      <w:r w:rsidR="00FB0D14" w:rsidRPr="00412D88">
        <w:rPr>
          <w:rFonts w:asciiTheme="majorHAnsi" w:hAnsiTheme="majorHAnsi" w:cstheme="majorHAnsi"/>
        </w:rPr>
        <w:t>. You complete a Parental Declaration Form.</w:t>
      </w:r>
      <w:r w:rsidR="00FB0D14" w:rsidRPr="00412D88">
        <w:rPr>
          <w:rFonts w:asciiTheme="majorHAnsi" w:hAnsiTheme="majorHAnsi" w:cstheme="majorHAnsi"/>
        </w:rPr>
        <w:br/>
      </w:r>
      <w:r w:rsidRPr="00412D88">
        <w:rPr>
          <w:rFonts w:asciiTheme="majorHAnsi" w:hAnsiTheme="majorHAnsi" w:cstheme="majorHAnsi"/>
        </w:rPr>
        <w:t>4</w:t>
      </w:r>
      <w:r w:rsidR="00FB0D14" w:rsidRPr="00412D88">
        <w:rPr>
          <w:rFonts w:asciiTheme="majorHAnsi" w:hAnsiTheme="majorHAnsi" w:cstheme="majorHAnsi"/>
        </w:rPr>
        <w:t>. All necessary documentation is submitted before the start of term.</w:t>
      </w:r>
    </w:p>
    <w:tbl>
      <w:tblPr>
        <w:tblStyle w:val="PlainTable1"/>
        <w:tblW w:w="0" w:type="auto"/>
        <w:jc w:val="center"/>
        <w:tblLook w:val="04A0" w:firstRow="1" w:lastRow="0" w:firstColumn="1" w:lastColumn="0" w:noHBand="0" w:noVBand="1"/>
      </w:tblPr>
      <w:tblGrid>
        <w:gridCol w:w="2972"/>
        <w:gridCol w:w="7371"/>
      </w:tblGrid>
      <w:tr w:rsidR="00412D88" w14:paraId="0A2A9184" w14:textId="77777777" w:rsidTr="004543F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tcPr>
          <w:p w14:paraId="4D173F17" w14:textId="7EDF2B77" w:rsidR="00412D88" w:rsidRDefault="00412D88" w:rsidP="00E5579D">
            <w:pPr>
              <w:spacing w:line="276" w:lineRule="auto"/>
              <w:rPr>
                <w:rFonts w:asciiTheme="majorHAnsi" w:hAnsiTheme="majorHAnsi" w:cstheme="majorHAnsi"/>
              </w:rPr>
            </w:pPr>
            <w:r>
              <w:rPr>
                <w:rFonts w:asciiTheme="majorHAnsi" w:hAnsiTheme="majorHAnsi" w:cstheme="majorHAnsi"/>
              </w:rPr>
              <w:t>Funding</w:t>
            </w:r>
          </w:p>
        </w:tc>
        <w:tc>
          <w:tcPr>
            <w:tcW w:w="7371" w:type="dxa"/>
          </w:tcPr>
          <w:p w14:paraId="0FDC32DF" w14:textId="400C3520" w:rsidR="00412D88" w:rsidRDefault="00412D88" w:rsidP="00E5579D">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Application process</w:t>
            </w:r>
          </w:p>
        </w:tc>
      </w:tr>
      <w:tr w:rsidR="00412D88" w14:paraId="4F809EF6" w14:textId="77777777" w:rsidTr="004543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1E1D2D9A" w14:textId="263E5E45" w:rsidR="00412D88" w:rsidRDefault="00412D88" w:rsidP="00E5579D">
            <w:pPr>
              <w:spacing w:line="276" w:lineRule="auto"/>
              <w:rPr>
                <w:rFonts w:asciiTheme="majorHAnsi" w:hAnsiTheme="majorHAnsi" w:cstheme="majorHAnsi"/>
              </w:rPr>
            </w:pPr>
            <w:r w:rsidRPr="00DF5F6E">
              <w:rPr>
                <w:rFonts w:asciiTheme="majorHAnsi" w:hAnsiTheme="majorHAnsi" w:cstheme="majorHAnsi"/>
              </w:rPr>
              <w:t>3 Year Old’s</w:t>
            </w:r>
            <w:r>
              <w:rPr>
                <w:rFonts w:asciiTheme="majorHAnsi" w:hAnsiTheme="majorHAnsi" w:cstheme="majorHAnsi"/>
              </w:rPr>
              <w:t xml:space="preserve"> (15 hours universal entitlement)</w:t>
            </w:r>
          </w:p>
        </w:tc>
        <w:tc>
          <w:tcPr>
            <w:tcW w:w="7371" w:type="dxa"/>
          </w:tcPr>
          <w:p w14:paraId="606B2CB5" w14:textId="224FECCD" w:rsidR="00412D88" w:rsidRDefault="00412D88" w:rsidP="00E557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No </w:t>
            </w:r>
            <w:r w:rsidR="00E5579D">
              <w:rPr>
                <w:rFonts w:asciiTheme="majorHAnsi" w:hAnsiTheme="majorHAnsi" w:cstheme="majorHAnsi"/>
              </w:rPr>
              <w:t>application needed. Preschool will manage the claim process for you. Children become eligible for funding the term after their third birthday.</w:t>
            </w:r>
          </w:p>
        </w:tc>
      </w:tr>
      <w:tr w:rsidR="00412D88" w14:paraId="69D47F30" w14:textId="77777777" w:rsidTr="004543FE">
        <w:trPr>
          <w:jc w:val="center"/>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145F3363" w14:textId="6D880A59" w:rsidR="00412D88" w:rsidRPr="00A66A08" w:rsidRDefault="00412D88" w:rsidP="00E5579D">
            <w:pPr>
              <w:spacing w:line="276" w:lineRule="auto"/>
              <w:rPr>
                <w:rFonts w:asciiTheme="majorHAnsi" w:hAnsiTheme="majorHAnsi" w:cstheme="majorHAnsi"/>
              </w:rPr>
            </w:pPr>
            <w:r w:rsidRPr="00DF5F6E">
              <w:rPr>
                <w:rFonts w:asciiTheme="majorHAnsi" w:hAnsiTheme="majorHAnsi" w:cstheme="majorHAnsi"/>
              </w:rPr>
              <w:t>3 Year Old’s (working parent entitlement</w:t>
            </w:r>
            <w:r>
              <w:rPr>
                <w:rFonts w:asciiTheme="majorHAnsi" w:hAnsiTheme="majorHAnsi" w:cstheme="majorHAnsi"/>
              </w:rPr>
              <w:t>)</w:t>
            </w:r>
          </w:p>
        </w:tc>
        <w:tc>
          <w:tcPr>
            <w:tcW w:w="7371" w:type="dxa"/>
          </w:tcPr>
          <w:p w14:paraId="234325A6" w14:textId="1B4D6008" w:rsidR="00412D88" w:rsidRPr="00A66A08" w:rsidRDefault="00E5579D" w:rsidP="00E557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You will need to apply online through the gov.uk website. If eligible, you will obtain an </w:t>
            </w:r>
            <w:proofErr w:type="gramStart"/>
            <w:r>
              <w:rPr>
                <w:rFonts w:asciiTheme="majorHAnsi" w:hAnsiTheme="majorHAnsi" w:cstheme="majorHAnsi"/>
              </w:rPr>
              <w:t>11 digit</w:t>
            </w:r>
            <w:proofErr w:type="gramEnd"/>
            <w:r>
              <w:rPr>
                <w:rFonts w:asciiTheme="majorHAnsi" w:hAnsiTheme="majorHAnsi" w:cstheme="majorHAnsi"/>
              </w:rPr>
              <w:t xml:space="preserve"> eligibility code. Please provide the preschool with this code and ensure you reconfirm your eligibility every 3 months.</w:t>
            </w:r>
          </w:p>
        </w:tc>
      </w:tr>
      <w:tr w:rsidR="00412D88" w14:paraId="566E4DDB" w14:textId="77777777" w:rsidTr="004543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3AD74406" w14:textId="1701FC49" w:rsidR="00412D88" w:rsidRPr="00DF5F6E" w:rsidRDefault="00412D88" w:rsidP="00E5579D">
            <w:pPr>
              <w:spacing w:line="276" w:lineRule="auto"/>
              <w:rPr>
                <w:rFonts w:asciiTheme="majorHAnsi" w:hAnsiTheme="majorHAnsi" w:cstheme="majorHAnsi"/>
              </w:rPr>
            </w:pPr>
            <w:proofErr w:type="gramStart"/>
            <w:r w:rsidRPr="0019345E">
              <w:rPr>
                <w:rFonts w:asciiTheme="majorHAnsi" w:hAnsiTheme="majorHAnsi" w:cstheme="majorHAnsi"/>
              </w:rPr>
              <w:t>2 &amp; 3 Year</w:t>
            </w:r>
            <w:proofErr w:type="gramEnd"/>
            <w:r w:rsidRPr="0019345E">
              <w:rPr>
                <w:rFonts w:asciiTheme="majorHAnsi" w:hAnsiTheme="majorHAnsi" w:cstheme="majorHAnsi"/>
              </w:rPr>
              <w:t xml:space="preserve"> Old’s (working parent entitlement)</w:t>
            </w:r>
          </w:p>
        </w:tc>
        <w:tc>
          <w:tcPr>
            <w:tcW w:w="7371" w:type="dxa"/>
          </w:tcPr>
          <w:p w14:paraId="6F597870" w14:textId="6120F0C2" w:rsidR="00412D88" w:rsidRPr="00A66A08" w:rsidRDefault="00E5579D" w:rsidP="00E557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You will need to apply online through the gov.uk website. If eligible, you will obtain an </w:t>
            </w:r>
            <w:proofErr w:type="gramStart"/>
            <w:r>
              <w:rPr>
                <w:rFonts w:asciiTheme="majorHAnsi" w:hAnsiTheme="majorHAnsi" w:cstheme="majorHAnsi"/>
              </w:rPr>
              <w:t>11 digit</w:t>
            </w:r>
            <w:proofErr w:type="gramEnd"/>
            <w:r>
              <w:rPr>
                <w:rFonts w:asciiTheme="majorHAnsi" w:hAnsiTheme="majorHAnsi" w:cstheme="majorHAnsi"/>
              </w:rPr>
              <w:t xml:space="preserve"> eligibility code. Please provide the preschool with this code and ensure you reconfirm your eligibility every 3 months.</w:t>
            </w:r>
          </w:p>
        </w:tc>
      </w:tr>
      <w:tr w:rsidR="00412D88" w14:paraId="60D58D5D" w14:textId="77777777" w:rsidTr="004543FE">
        <w:trPr>
          <w:jc w:val="center"/>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76821670" w14:textId="6E219E8C" w:rsidR="00412D88" w:rsidRPr="00DF5F6E" w:rsidRDefault="00412D88" w:rsidP="00E5579D">
            <w:pPr>
              <w:spacing w:line="276" w:lineRule="auto"/>
              <w:rPr>
                <w:rFonts w:asciiTheme="majorHAnsi" w:hAnsiTheme="majorHAnsi" w:cstheme="majorHAnsi"/>
              </w:rPr>
            </w:pPr>
            <w:r w:rsidRPr="0019345E">
              <w:rPr>
                <w:rFonts w:asciiTheme="majorHAnsi" w:hAnsiTheme="majorHAnsi" w:cstheme="majorHAnsi"/>
              </w:rPr>
              <w:t>2 Year Old’s</w:t>
            </w:r>
            <w:r w:rsidR="00733C8F">
              <w:rPr>
                <w:rFonts w:asciiTheme="majorHAnsi" w:hAnsiTheme="majorHAnsi" w:cstheme="majorHAnsi"/>
              </w:rPr>
              <w:t xml:space="preserve"> (2help)</w:t>
            </w:r>
          </w:p>
        </w:tc>
        <w:tc>
          <w:tcPr>
            <w:tcW w:w="7371" w:type="dxa"/>
          </w:tcPr>
          <w:p w14:paraId="77A3C550" w14:textId="6178E0DD" w:rsidR="00412D88" w:rsidRPr="00A66A08" w:rsidRDefault="00677D0E" w:rsidP="00E557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Families receiving some additional forms of government support, such as certain benefits or credits, may be eligible</w:t>
            </w:r>
            <w:r w:rsidR="00733C8F">
              <w:rPr>
                <w:rFonts w:asciiTheme="majorHAnsi" w:hAnsiTheme="majorHAnsi" w:cstheme="majorHAnsi"/>
              </w:rPr>
              <w:t>.</w:t>
            </w:r>
            <w:r w:rsidR="004543FE">
              <w:rPr>
                <w:rFonts w:asciiTheme="majorHAnsi" w:hAnsiTheme="majorHAnsi" w:cstheme="majorHAnsi"/>
              </w:rPr>
              <w:t xml:space="preserve"> Apply online through the gov.uk website.</w:t>
            </w:r>
          </w:p>
        </w:tc>
      </w:tr>
      <w:tr w:rsidR="00E5579D" w14:paraId="271D4920" w14:textId="77777777" w:rsidTr="004543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030A5981" w14:textId="0BFF5327" w:rsidR="00E5579D" w:rsidRPr="0019345E" w:rsidRDefault="00E5579D" w:rsidP="00E5579D">
            <w:pPr>
              <w:spacing w:line="276" w:lineRule="auto"/>
              <w:rPr>
                <w:rFonts w:asciiTheme="majorHAnsi" w:hAnsiTheme="majorHAnsi" w:cstheme="majorHAnsi"/>
              </w:rPr>
            </w:pPr>
            <w:r>
              <w:rPr>
                <w:rFonts w:asciiTheme="majorHAnsi" w:hAnsiTheme="majorHAnsi" w:cstheme="majorHAnsi"/>
              </w:rPr>
              <w:t>EYPP</w:t>
            </w:r>
          </w:p>
        </w:tc>
        <w:tc>
          <w:tcPr>
            <w:tcW w:w="7371" w:type="dxa"/>
          </w:tcPr>
          <w:p w14:paraId="3F186D13" w14:textId="5FC2E9F9" w:rsidR="00E5579D" w:rsidRDefault="00D74EAB" w:rsidP="00E557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EYPP gives providers additional funding to support disadvantaged children accessing entitlement place.</w:t>
            </w:r>
            <w:r w:rsidR="004543FE">
              <w:rPr>
                <w:rFonts w:asciiTheme="majorHAnsi" w:hAnsiTheme="majorHAnsi" w:cstheme="majorHAnsi"/>
              </w:rPr>
              <w:t xml:space="preserve"> Preschool will manage the claim process for you.</w:t>
            </w:r>
          </w:p>
        </w:tc>
      </w:tr>
      <w:tr w:rsidR="00E5579D" w14:paraId="5A69BFBE" w14:textId="77777777" w:rsidTr="004543FE">
        <w:trPr>
          <w:jc w:val="center"/>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3D74D11A" w14:textId="48AE3CDE" w:rsidR="00E5579D" w:rsidRDefault="00E5579D" w:rsidP="00E5579D">
            <w:pPr>
              <w:spacing w:line="276" w:lineRule="auto"/>
              <w:rPr>
                <w:rFonts w:asciiTheme="majorHAnsi" w:hAnsiTheme="majorHAnsi" w:cstheme="majorHAnsi"/>
              </w:rPr>
            </w:pPr>
            <w:r>
              <w:rPr>
                <w:rFonts w:asciiTheme="majorHAnsi" w:hAnsiTheme="majorHAnsi" w:cstheme="majorHAnsi"/>
              </w:rPr>
              <w:t>DAF</w:t>
            </w:r>
          </w:p>
        </w:tc>
        <w:tc>
          <w:tcPr>
            <w:tcW w:w="7371" w:type="dxa"/>
          </w:tcPr>
          <w:p w14:paraId="4586AB63" w14:textId="677921B5" w:rsidR="00E5579D" w:rsidRDefault="00801055" w:rsidP="00E557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A child will be eligible for DAF if the child is in receipt of Dis</w:t>
            </w:r>
            <w:r w:rsidR="00434299">
              <w:rPr>
                <w:rFonts w:asciiTheme="majorHAnsi" w:hAnsiTheme="majorHAnsi" w:cstheme="majorHAnsi"/>
              </w:rPr>
              <w:t>a</w:t>
            </w:r>
            <w:r>
              <w:rPr>
                <w:rFonts w:asciiTheme="majorHAnsi" w:hAnsiTheme="majorHAnsi" w:cstheme="majorHAnsi"/>
              </w:rPr>
              <w:t>bility Living Allowance (DLA) and receiving early years funding entitlement.</w:t>
            </w:r>
            <w:r w:rsidR="004543FE">
              <w:rPr>
                <w:rFonts w:asciiTheme="majorHAnsi" w:hAnsiTheme="majorHAnsi" w:cstheme="majorHAnsi"/>
              </w:rPr>
              <w:t xml:space="preserve"> Apply online through the gov.uk website.</w:t>
            </w:r>
          </w:p>
        </w:tc>
      </w:tr>
    </w:tbl>
    <w:p w14:paraId="7E54C8C9" w14:textId="326D3303" w:rsidR="002E407D" w:rsidRPr="00A66A08" w:rsidRDefault="00801055">
      <w:pPr>
        <w:rPr>
          <w:rFonts w:asciiTheme="majorHAnsi" w:hAnsiTheme="majorHAnsi" w:cstheme="majorHAnsi"/>
        </w:rPr>
      </w:pPr>
      <w:r>
        <w:rPr>
          <w:rFonts w:asciiTheme="majorHAnsi" w:hAnsiTheme="majorHAnsi" w:cstheme="majorHAnsi"/>
          <w:sz w:val="10"/>
        </w:rPr>
        <w:br/>
      </w:r>
      <w:r w:rsidR="005B71B2">
        <w:rPr>
          <w:rFonts w:asciiTheme="majorHAnsi" w:hAnsiTheme="majorHAnsi" w:cstheme="majorHAnsi"/>
          <w:sz w:val="8"/>
        </w:rPr>
        <w:br/>
      </w:r>
      <w:r>
        <w:rPr>
          <w:rFonts w:asciiTheme="majorHAnsi" w:hAnsiTheme="majorHAnsi" w:cstheme="majorHAnsi"/>
        </w:rPr>
        <w:t xml:space="preserve">For more information on how to confirm </w:t>
      </w:r>
      <w:r w:rsidR="00917745">
        <w:rPr>
          <w:rFonts w:asciiTheme="majorHAnsi" w:hAnsiTheme="majorHAnsi" w:cstheme="majorHAnsi"/>
        </w:rPr>
        <w:t xml:space="preserve">funding </w:t>
      </w:r>
      <w:r>
        <w:rPr>
          <w:rFonts w:asciiTheme="majorHAnsi" w:hAnsiTheme="majorHAnsi" w:cstheme="majorHAnsi"/>
        </w:rPr>
        <w:t xml:space="preserve">eligibility or </w:t>
      </w:r>
      <w:r w:rsidR="00917745">
        <w:rPr>
          <w:rFonts w:asciiTheme="majorHAnsi" w:hAnsiTheme="majorHAnsi" w:cstheme="majorHAnsi"/>
        </w:rPr>
        <w:t xml:space="preserve">the process of </w:t>
      </w:r>
      <w:r>
        <w:rPr>
          <w:rFonts w:asciiTheme="majorHAnsi" w:hAnsiTheme="majorHAnsi" w:cstheme="majorHAnsi"/>
        </w:rPr>
        <w:t>applying for early years funding</w:t>
      </w:r>
      <w:r w:rsidR="00917745">
        <w:rPr>
          <w:rFonts w:asciiTheme="majorHAnsi" w:hAnsiTheme="majorHAnsi" w:cstheme="majorHAnsi"/>
        </w:rPr>
        <w:t>,</w:t>
      </w:r>
      <w:r>
        <w:rPr>
          <w:rFonts w:asciiTheme="majorHAnsi" w:hAnsiTheme="majorHAnsi" w:cstheme="majorHAnsi"/>
        </w:rPr>
        <w:t xml:space="preserve"> please visit </w:t>
      </w:r>
      <w:hyperlink r:id="rId11" w:history="1">
        <w:r w:rsidRPr="00150217">
          <w:rPr>
            <w:rStyle w:val="Hyperlink"/>
            <w:rFonts w:asciiTheme="majorHAnsi" w:hAnsiTheme="majorHAnsi" w:cstheme="majorHAnsi"/>
          </w:rPr>
          <w:t>www.childcarechoices.gov.uk/</w:t>
        </w:r>
      </w:hyperlink>
      <w:r>
        <w:rPr>
          <w:rFonts w:asciiTheme="majorHAnsi" w:hAnsiTheme="majorHAnsi" w:cstheme="majorHAnsi"/>
        </w:rPr>
        <w:t xml:space="preserve"> </w:t>
      </w:r>
      <w:r w:rsidR="00917745">
        <w:rPr>
          <w:rFonts w:asciiTheme="majorHAnsi" w:hAnsiTheme="majorHAnsi" w:cstheme="majorHAnsi"/>
        </w:rPr>
        <w:t xml:space="preserve">or </w:t>
      </w:r>
      <w:hyperlink r:id="rId12" w:history="1">
        <w:r w:rsidR="00917745" w:rsidRPr="00150217">
          <w:rPr>
            <w:rStyle w:val="Hyperlink"/>
            <w:rFonts w:asciiTheme="majorHAnsi" w:hAnsiTheme="majorHAnsi" w:cstheme="majorHAnsi"/>
          </w:rPr>
          <w:t>www.warwickshire.gov.uk/childcarecosts</w:t>
        </w:r>
      </w:hyperlink>
      <w:r w:rsidR="00917745">
        <w:rPr>
          <w:rFonts w:asciiTheme="majorHAnsi" w:hAnsiTheme="majorHAnsi" w:cstheme="majorHAnsi"/>
        </w:rPr>
        <w:t xml:space="preserve">. </w:t>
      </w:r>
      <w:r w:rsidR="00FB0D14" w:rsidRPr="00A66A08">
        <w:rPr>
          <w:rFonts w:asciiTheme="majorHAnsi" w:hAnsiTheme="majorHAnsi" w:cstheme="majorHAnsi"/>
        </w:rPr>
        <w:t xml:space="preserve">We are happy to help guide you through </w:t>
      </w:r>
      <w:r w:rsidR="00917745">
        <w:rPr>
          <w:rFonts w:asciiTheme="majorHAnsi" w:hAnsiTheme="majorHAnsi" w:cstheme="majorHAnsi"/>
        </w:rPr>
        <w:t xml:space="preserve">your </w:t>
      </w:r>
      <w:r w:rsidR="00FB0D14" w:rsidRPr="00A66A08">
        <w:rPr>
          <w:rFonts w:asciiTheme="majorHAnsi" w:hAnsiTheme="majorHAnsi" w:cstheme="majorHAnsi"/>
        </w:rPr>
        <w:t xml:space="preserve">funding application and calculate a </w:t>
      </w:r>
      <w:proofErr w:type="spellStart"/>
      <w:r w:rsidR="00FB0D14" w:rsidRPr="00A66A08">
        <w:rPr>
          <w:rFonts w:asciiTheme="majorHAnsi" w:hAnsiTheme="majorHAnsi" w:cstheme="majorHAnsi"/>
        </w:rPr>
        <w:t>personalised</w:t>
      </w:r>
      <w:proofErr w:type="spellEnd"/>
      <w:r w:rsidR="00FB0D14" w:rsidRPr="00A66A08">
        <w:rPr>
          <w:rFonts w:asciiTheme="majorHAnsi" w:hAnsiTheme="majorHAnsi" w:cstheme="majorHAnsi"/>
        </w:rPr>
        <w:t xml:space="preserve"> funding schedule based on your chosen sessions.</w:t>
      </w:r>
    </w:p>
    <w:p w14:paraId="497DABC2" w14:textId="77777777" w:rsidR="003C1FDE" w:rsidRDefault="00FB0D14">
      <w:pPr>
        <w:rPr>
          <w:rFonts w:asciiTheme="majorHAnsi" w:hAnsiTheme="majorHAnsi" w:cstheme="majorHAnsi"/>
        </w:rPr>
      </w:pPr>
      <w:r w:rsidRPr="00A66A08">
        <w:rPr>
          <w:rFonts w:asciiTheme="majorHAnsi" w:hAnsiTheme="majorHAnsi" w:cstheme="majorHAnsi"/>
        </w:rPr>
        <w:t>If you have any questions or would like to discuss your child’s place at Little Oaks Preschool, please do not hesitate to contact us.</w:t>
      </w:r>
    </w:p>
    <w:p w14:paraId="04FEBFAD" w14:textId="2A5832A7" w:rsidR="002E407D" w:rsidRDefault="00385204">
      <w:pPr>
        <w:rPr>
          <w:rFonts w:asciiTheme="majorHAnsi" w:hAnsiTheme="majorHAnsi" w:cstheme="majorHAnsi"/>
          <w:b/>
          <w:i/>
          <w:sz w:val="26"/>
          <w:szCs w:val="26"/>
        </w:rPr>
      </w:pPr>
      <w:r>
        <w:rPr>
          <w:rFonts w:asciiTheme="majorHAnsi" w:hAnsiTheme="majorHAnsi" w:cstheme="majorHAnsi"/>
          <w:b/>
          <w:i/>
          <w:sz w:val="10"/>
          <w:szCs w:val="26"/>
        </w:rPr>
        <w:br/>
      </w:r>
      <w:r w:rsidR="00FB0D14" w:rsidRPr="00192FE0">
        <w:rPr>
          <w:rFonts w:asciiTheme="majorHAnsi" w:hAnsiTheme="majorHAnsi" w:cstheme="majorHAnsi"/>
          <w:b/>
          <w:i/>
          <w:sz w:val="26"/>
          <w:szCs w:val="26"/>
        </w:rPr>
        <w:t>Little Oaks Preschool</w:t>
      </w:r>
      <w:r w:rsidR="00192FE0" w:rsidRPr="00192FE0">
        <w:rPr>
          <w:rFonts w:asciiTheme="majorHAnsi" w:hAnsiTheme="majorHAnsi" w:cstheme="majorHAnsi"/>
          <w:b/>
          <w:i/>
          <w:sz w:val="26"/>
          <w:szCs w:val="26"/>
        </w:rPr>
        <w:t xml:space="preserve">                     littleoaksprechool@welearn365.com</w:t>
      </w:r>
      <w:r w:rsidR="00192FE0">
        <w:rPr>
          <w:rFonts w:asciiTheme="majorHAnsi" w:hAnsiTheme="majorHAnsi" w:cstheme="majorHAnsi"/>
          <w:b/>
          <w:i/>
          <w:sz w:val="26"/>
          <w:szCs w:val="26"/>
        </w:rPr>
        <w:t xml:space="preserve">            </w:t>
      </w:r>
      <w:r w:rsidR="00192FE0" w:rsidRPr="00192FE0">
        <w:rPr>
          <w:rFonts w:asciiTheme="majorHAnsi" w:hAnsiTheme="majorHAnsi" w:cstheme="majorHAnsi"/>
          <w:b/>
          <w:i/>
          <w:sz w:val="26"/>
          <w:szCs w:val="26"/>
        </w:rPr>
        <w:t xml:space="preserve">         0</w:t>
      </w:r>
      <w:r w:rsidR="00B52CEE" w:rsidRPr="00192FE0">
        <w:rPr>
          <w:rFonts w:asciiTheme="majorHAnsi" w:hAnsiTheme="majorHAnsi" w:cstheme="majorHAnsi"/>
          <w:b/>
          <w:i/>
          <w:sz w:val="26"/>
          <w:szCs w:val="26"/>
        </w:rPr>
        <w:t>1564 783225</w:t>
      </w:r>
    </w:p>
    <w:p w14:paraId="6CAEB641" w14:textId="77777777" w:rsidR="00902667" w:rsidRDefault="00902667" w:rsidP="00902667">
      <w:pPr>
        <w:pStyle w:val="Title"/>
      </w:pPr>
      <w:r>
        <w:lastRenderedPageBreak/>
        <w:t>Terms</w:t>
      </w:r>
      <w:r>
        <w:rPr>
          <w:spacing w:val="-4"/>
        </w:rPr>
        <w:t xml:space="preserve"> </w:t>
      </w:r>
      <w:r>
        <w:t>and</w:t>
      </w:r>
      <w:r>
        <w:rPr>
          <w:spacing w:val="-1"/>
        </w:rPr>
        <w:t xml:space="preserve"> </w:t>
      </w:r>
      <w:r>
        <w:t>Conditions</w:t>
      </w:r>
      <w:r>
        <w:rPr>
          <w:spacing w:val="-3"/>
        </w:rPr>
        <w:t xml:space="preserve"> </w:t>
      </w:r>
      <w:r>
        <w:t>/</w:t>
      </w:r>
      <w:r>
        <w:rPr>
          <w:spacing w:val="-3"/>
        </w:rPr>
        <w:t xml:space="preserve"> </w:t>
      </w:r>
      <w:r>
        <w:t>Childcare</w:t>
      </w:r>
      <w:r>
        <w:rPr>
          <w:spacing w:val="-3"/>
        </w:rPr>
        <w:t xml:space="preserve"> </w:t>
      </w:r>
      <w:r>
        <w:rPr>
          <w:spacing w:val="-2"/>
        </w:rPr>
        <w:t>Contract</w:t>
      </w:r>
    </w:p>
    <w:p w14:paraId="6B16948E" w14:textId="6AF893E5" w:rsidR="00902667" w:rsidRPr="00902667" w:rsidRDefault="00902667" w:rsidP="00902667">
      <w:pPr>
        <w:pStyle w:val="Heading1"/>
        <w:spacing w:before="251"/>
        <w:rPr>
          <w:rFonts w:cstheme="majorHAnsi"/>
        </w:rPr>
      </w:pPr>
      <w:r>
        <w:t>Booking</w:t>
      </w:r>
      <w:r>
        <w:rPr>
          <w:spacing w:val="-2"/>
        </w:rPr>
        <w:t xml:space="preserve"> </w:t>
      </w:r>
      <w:r>
        <w:t>and</w:t>
      </w:r>
      <w:r>
        <w:rPr>
          <w:spacing w:val="-3"/>
        </w:rPr>
        <w:t xml:space="preserve"> </w:t>
      </w:r>
      <w:r>
        <w:rPr>
          <w:spacing w:val="-2"/>
        </w:rPr>
        <w:t>Fees:</w:t>
      </w:r>
      <w:r>
        <w:rPr>
          <w:spacing w:val="-2"/>
        </w:rPr>
        <w:br/>
      </w:r>
      <w:r w:rsidRPr="00902667">
        <w:rPr>
          <w:rFonts w:cstheme="majorHAnsi"/>
          <w:b w:val="0"/>
          <w:color w:val="auto"/>
          <w:sz w:val="22"/>
          <w:szCs w:val="22"/>
        </w:rPr>
        <w:t>To reserve</w:t>
      </w:r>
      <w:r w:rsidRPr="00902667">
        <w:rPr>
          <w:rFonts w:cstheme="majorHAnsi"/>
          <w:b w:val="0"/>
          <w:color w:val="auto"/>
          <w:spacing w:val="-3"/>
          <w:sz w:val="22"/>
          <w:szCs w:val="22"/>
        </w:rPr>
        <w:t xml:space="preserve"> </w:t>
      </w:r>
      <w:r w:rsidRPr="00902667">
        <w:rPr>
          <w:rFonts w:cstheme="majorHAnsi"/>
          <w:b w:val="0"/>
          <w:color w:val="auto"/>
          <w:sz w:val="22"/>
          <w:szCs w:val="22"/>
        </w:rPr>
        <w:t>a</w:t>
      </w:r>
      <w:r w:rsidRPr="00902667">
        <w:rPr>
          <w:rFonts w:cstheme="majorHAnsi"/>
          <w:b w:val="0"/>
          <w:color w:val="auto"/>
          <w:spacing w:val="-1"/>
          <w:sz w:val="22"/>
          <w:szCs w:val="22"/>
        </w:rPr>
        <w:t xml:space="preserve"> </w:t>
      </w:r>
      <w:r w:rsidRPr="00902667">
        <w:rPr>
          <w:rFonts w:cstheme="majorHAnsi"/>
          <w:b w:val="0"/>
          <w:color w:val="auto"/>
          <w:sz w:val="22"/>
          <w:szCs w:val="22"/>
        </w:rPr>
        <w:t>place</w:t>
      </w:r>
      <w:r w:rsidRPr="00902667">
        <w:rPr>
          <w:rFonts w:cstheme="majorHAnsi"/>
          <w:b w:val="0"/>
          <w:color w:val="auto"/>
          <w:spacing w:val="-4"/>
          <w:sz w:val="22"/>
          <w:szCs w:val="22"/>
        </w:rPr>
        <w:t xml:space="preserve"> </w:t>
      </w:r>
      <w:r w:rsidRPr="00902667">
        <w:rPr>
          <w:rFonts w:cstheme="majorHAnsi"/>
          <w:b w:val="0"/>
          <w:color w:val="auto"/>
          <w:sz w:val="22"/>
          <w:szCs w:val="22"/>
        </w:rPr>
        <w:t>at</w:t>
      </w:r>
      <w:r w:rsidRPr="00902667">
        <w:rPr>
          <w:rFonts w:cstheme="majorHAnsi"/>
          <w:b w:val="0"/>
          <w:color w:val="auto"/>
          <w:spacing w:val="-2"/>
          <w:sz w:val="22"/>
          <w:szCs w:val="22"/>
        </w:rPr>
        <w:t xml:space="preserve"> </w:t>
      </w:r>
      <w:r w:rsidRPr="00902667">
        <w:rPr>
          <w:rFonts w:cstheme="majorHAnsi"/>
          <w:b w:val="0"/>
          <w:color w:val="auto"/>
          <w:sz w:val="22"/>
          <w:szCs w:val="22"/>
        </w:rPr>
        <w:t>Little</w:t>
      </w:r>
      <w:r w:rsidRPr="00902667">
        <w:rPr>
          <w:rFonts w:cstheme="majorHAnsi"/>
          <w:b w:val="0"/>
          <w:color w:val="auto"/>
          <w:spacing w:val="-3"/>
          <w:sz w:val="22"/>
          <w:szCs w:val="22"/>
        </w:rPr>
        <w:t xml:space="preserve"> </w:t>
      </w:r>
      <w:r w:rsidRPr="00902667">
        <w:rPr>
          <w:rFonts w:cstheme="majorHAnsi"/>
          <w:b w:val="0"/>
          <w:color w:val="auto"/>
          <w:sz w:val="22"/>
          <w:szCs w:val="22"/>
        </w:rPr>
        <w:t>Oaks</w:t>
      </w:r>
      <w:r w:rsidRPr="00902667">
        <w:rPr>
          <w:rFonts w:cstheme="majorHAnsi"/>
          <w:b w:val="0"/>
          <w:color w:val="auto"/>
          <w:spacing w:val="-3"/>
          <w:sz w:val="22"/>
          <w:szCs w:val="22"/>
        </w:rPr>
        <w:t xml:space="preserve"> </w:t>
      </w:r>
      <w:r w:rsidRPr="00902667">
        <w:rPr>
          <w:rFonts w:cstheme="majorHAnsi"/>
          <w:b w:val="0"/>
          <w:color w:val="auto"/>
          <w:sz w:val="22"/>
          <w:szCs w:val="22"/>
        </w:rPr>
        <w:t>Preschool</w:t>
      </w:r>
      <w:r w:rsidRPr="00902667">
        <w:rPr>
          <w:rFonts w:cstheme="majorHAnsi"/>
          <w:b w:val="0"/>
          <w:color w:val="auto"/>
          <w:spacing w:val="-1"/>
          <w:sz w:val="22"/>
          <w:szCs w:val="22"/>
        </w:rPr>
        <w:t xml:space="preserve"> </w:t>
      </w:r>
      <w:r w:rsidRPr="00902667">
        <w:rPr>
          <w:rFonts w:cstheme="majorHAnsi"/>
          <w:b w:val="0"/>
          <w:color w:val="auto"/>
          <w:sz w:val="22"/>
          <w:szCs w:val="22"/>
        </w:rPr>
        <w:t>a</w:t>
      </w:r>
      <w:r w:rsidRPr="00902667">
        <w:rPr>
          <w:rFonts w:cstheme="majorHAnsi"/>
          <w:b w:val="0"/>
          <w:color w:val="auto"/>
          <w:spacing w:val="-3"/>
          <w:sz w:val="22"/>
          <w:szCs w:val="22"/>
        </w:rPr>
        <w:t xml:space="preserve"> </w:t>
      </w:r>
      <w:r w:rsidRPr="00902667">
        <w:rPr>
          <w:rFonts w:cstheme="majorHAnsi"/>
          <w:b w:val="0"/>
          <w:color w:val="auto"/>
          <w:sz w:val="22"/>
          <w:szCs w:val="22"/>
        </w:rPr>
        <w:t>completed</w:t>
      </w:r>
      <w:r w:rsidRPr="00902667">
        <w:rPr>
          <w:rFonts w:cstheme="majorHAnsi"/>
          <w:b w:val="0"/>
          <w:color w:val="auto"/>
          <w:spacing w:val="-2"/>
          <w:sz w:val="22"/>
          <w:szCs w:val="22"/>
        </w:rPr>
        <w:t xml:space="preserve"> </w:t>
      </w:r>
      <w:r w:rsidRPr="00902667">
        <w:rPr>
          <w:rFonts w:cstheme="majorHAnsi"/>
          <w:b w:val="0"/>
          <w:color w:val="auto"/>
          <w:sz w:val="22"/>
          <w:szCs w:val="22"/>
        </w:rPr>
        <w:t>registration</w:t>
      </w:r>
      <w:r w:rsidRPr="00902667">
        <w:rPr>
          <w:rFonts w:cstheme="majorHAnsi"/>
          <w:b w:val="0"/>
          <w:color w:val="auto"/>
          <w:spacing w:val="-2"/>
          <w:sz w:val="22"/>
          <w:szCs w:val="22"/>
        </w:rPr>
        <w:t xml:space="preserve"> </w:t>
      </w:r>
      <w:r w:rsidRPr="00902667">
        <w:rPr>
          <w:rFonts w:cstheme="majorHAnsi"/>
          <w:b w:val="0"/>
          <w:color w:val="auto"/>
          <w:sz w:val="22"/>
          <w:szCs w:val="22"/>
        </w:rPr>
        <w:t>form</w:t>
      </w:r>
      <w:r w:rsidRPr="00902667">
        <w:rPr>
          <w:rFonts w:cstheme="majorHAnsi"/>
          <w:b w:val="0"/>
          <w:color w:val="auto"/>
          <w:spacing w:val="-1"/>
          <w:sz w:val="22"/>
          <w:szCs w:val="22"/>
        </w:rPr>
        <w:t xml:space="preserve"> </w:t>
      </w:r>
      <w:r w:rsidRPr="00902667">
        <w:rPr>
          <w:rFonts w:cstheme="majorHAnsi"/>
          <w:b w:val="0"/>
          <w:color w:val="auto"/>
          <w:sz w:val="22"/>
          <w:szCs w:val="22"/>
        </w:rPr>
        <w:t>is</w:t>
      </w:r>
      <w:r w:rsidRPr="00902667">
        <w:rPr>
          <w:rFonts w:cstheme="majorHAnsi"/>
          <w:b w:val="0"/>
          <w:color w:val="auto"/>
          <w:spacing w:val="-1"/>
          <w:sz w:val="22"/>
          <w:szCs w:val="22"/>
        </w:rPr>
        <w:t xml:space="preserve"> </w:t>
      </w:r>
      <w:r w:rsidRPr="00902667">
        <w:rPr>
          <w:rFonts w:cstheme="majorHAnsi"/>
          <w:b w:val="0"/>
          <w:color w:val="auto"/>
          <w:sz w:val="22"/>
          <w:szCs w:val="22"/>
        </w:rPr>
        <w:t>required.</w:t>
      </w:r>
      <w:r w:rsidRPr="00902667">
        <w:rPr>
          <w:rFonts w:cstheme="majorHAnsi"/>
          <w:b w:val="0"/>
          <w:color w:val="auto"/>
          <w:spacing w:val="-1"/>
          <w:sz w:val="22"/>
          <w:szCs w:val="22"/>
        </w:rPr>
        <w:t xml:space="preserve"> </w:t>
      </w:r>
      <w:r w:rsidRPr="00902667">
        <w:rPr>
          <w:rFonts w:cstheme="majorHAnsi"/>
          <w:b w:val="0"/>
          <w:color w:val="auto"/>
          <w:sz w:val="22"/>
          <w:szCs w:val="22"/>
        </w:rPr>
        <w:t>Once</w:t>
      </w:r>
      <w:r w:rsidRPr="00902667">
        <w:rPr>
          <w:rFonts w:cstheme="majorHAnsi"/>
          <w:b w:val="0"/>
          <w:color w:val="auto"/>
          <w:spacing w:val="-3"/>
          <w:sz w:val="22"/>
          <w:szCs w:val="22"/>
        </w:rPr>
        <w:t xml:space="preserve"> </w:t>
      </w:r>
      <w:r w:rsidRPr="00902667">
        <w:rPr>
          <w:rFonts w:cstheme="majorHAnsi"/>
          <w:b w:val="0"/>
          <w:color w:val="auto"/>
          <w:sz w:val="22"/>
          <w:szCs w:val="22"/>
        </w:rPr>
        <w:t>your</w:t>
      </w:r>
      <w:r w:rsidRPr="00902667">
        <w:rPr>
          <w:rFonts w:cstheme="majorHAnsi"/>
          <w:b w:val="0"/>
          <w:color w:val="auto"/>
          <w:spacing w:val="-3"/>
          <w:sz w:val="22"/>
          <w:szCs w:val="22"/>
        </w:rPr>
        <w:t xml:space="preserve"> </w:t>
      </w:r>
      <w:r w:rsidRPr="00902667">
        <w:rPr>
          <w:rFonts w:cstheme="majorHAnsi"/>
          <w:b w:val="0"/>
          <w:color w:val="auto"/>
          <w:sz w:val="22"/>
          <w:szCs w:val="22"/>
        </w:rPr>
        <w:t>place</w:t>
      </w:r>
      <w:r w:rsidRPr="00902667">
        <w:rPr>
          <w:rFonts w:cstheme="majorHAnsi"/>
          <w:b w:val="0"/>
          <w:color w:val="auto"/>
          <w:spacing w:val="-5"/>
          <w:sz w:val="22"/>
          <w:szCs w:val="22"/>
        </w:rPr>
        <w:t xml:space="preserve"> </w:t>
      </w:r>
      <w:r w:rsidRPr="00902667">
        <w:rPr>
          <w:rFonts w:cstheme="majorHAnsi"/>
          <w:b w:val="0"/>
          <w:color w:val="auto"/>
          <w:sz w:val="22"/>
          <w:szCs w:val="22"/>
        </w:rPr>
        <w:t>has</w:t>
      </w:r>
      <w:r w:rsidRPr="00902667">
        <w:rPr>
          <w:rFonts w:cstheme="majorHAnsi"/>
          <w:b w:val="0"/>
          <w:color w:val="auto"/>
          <w:spacing w:val="-1"/>
          <w:sz w:val="22"/>
          <w:szCs w:val="22"/>
        </w:rPr>
        <w:t xml:space="preserve"> </w:t>
      </w:r>
      <w:r w:rsidRPr="00902667">
        <w:rPr>
          <w:rFonts w:cstheme="majorHAnsi"/>
          <w:b w:val="0"/>
          <w:color w:val="auto"/>
          <w:sz w:val="22"/>
          <w:szCs w:val="22"/>
        </w:rPr>
        <w:t>been confirmed a non-refundable booking and admissions fee of £55.00 which will be used towards a minimum of two settling in sessions.</w:t>
      </w:r>
    </w:p>
    <w:p w14:paraId="4A66D7ED" w14:textId="512B68A5" w:rsidR="00902667" w:rsidRDefault="00902667" w:rsidP="00902667">
      <w:pPr>
        <w:spacing w:before="240"/>
        <w:ind w:left="1"/>
        <w:rPr>
          <w:rFonts w:asciiTheme="majorHAnsi" w:hAnsiTheme="majorHAnsi" w:cstheme="majorHAnsi"/>
        </w:rPr>
      </w:pPr>
      <w:r w:rsidRPr="00902667">
        <w:rPr>
          <w:rFonts w:asciiTheme="majorHAnsi" w:hAnsiTheme="majorHAnsi" w:cstheme="majorHAnsi"/>
        </w:rPr>
        <w:t xml:space="preserve">Additional fees for sundries will be added to all invoices to cover all snacks, drinks, forest school, sun cream, cooking ingredients, cost of visitors and groups, events, celebrations, library and ICT sessions &amp; sports. Parents must be aware that where the fee is not paid children may not be able to take part in various events and activities. Any parent not wishing to pay for these additional services </w:t>
      </w:r>
      <w:r>
        <w:rPr>
          <w:rFonts w:asciiTheme="majorHAnsi" w:hAnsiTheme="majorHAnsi" w:cstheme="majorHAnsi"/>
        </w:rPr>
        <w:t>can</w:t>
      </w:r>
      <w:r w:rsidRPr="00902667">
        <w:rPr>
          <w:rFonts w:asciiTheme="majorHAnsi" w:hAnsiTheme="majorHAnsi" w:cstheme="majorHAnsi"/>
        </w:rPr>
        <w:t xml:space="preserve"> provide snacks and drinks from home that adhere to government guidance for all Early Years settings.</w:t>
      </w:r>
      <w:r>
        <w:rPr>
          <w:rFonts w:asciiTheme="majorHAnsi" w:hAnsiTheme="majorHAnsi" w:cstheme="majorHAnsi"/>
        </w:rPr>
        <w:t xml:space="preserve"> Please use the following link for more details: </w:t>
      </w:r>
      <w:hyperlink r:id="rId13" w:history="1">
        <w:r w:rsidRPr="007568CA">
          <w:rPr>
            <w:rStyle w:val="Hyperlink"/>
            <w:rFonts w:asciiTheme="majorHAnsi" w:hAnsiTheme="majorHAnsi" w:cstheme="majorHAnsi"/>
          </w:rPr>
          <w:t>www.gov.uk/government/publications/early-years-foundation-stage-nutrition</w:t>
        </w:r>
      </w:hyperlink>
    </w:p>
    <w:p w14:paraId="78FAC0D9" w14:textId="08707EDC" w:rsidR="00902667" w:rsidRPr="00902667" w:rsidRDefault="00902667" w:rsidP="00C334EF">
      <w:pPr>
        <w:spacing w:before="240"/>
        <w:ind w:left="1"/>
        <w:rPr>
          <w:rFonts w:asciiTheme="majorHAnsi" w:hAnsiTheme="majorHAnsi" w:cstheme="majorHAnsi"/>
        </w:rPr>
      </w:pPr>
      <w:r w:rsidRPr="00902667">
        <w:rPr>
          <w:rFonts w:asciiTheme="majorHAnsi" w:hAnsiTheme="majorHAnsi" w:cstheme="majorHAnsi"/>
        </w:rPr>
        <w:t>Fees</w:t>
      </w:r>
      <w:r w:rsidRPr="00902667">
        <w:rPr>
          <w:rFonts w:asciiTheme="majorHAnsi" w:hAnsiTheme="majorHAnsi" w:cstheme="majorHAnsi"/>
          <w:spacing w:val="-1"/>
        </w:rPr>
        <w:t xml:space="preserve"> </w:t>
      </w:r>
      <w:r w:rsidRPr="00902667">
        <w:rPr>
          <w:rFonts w:asciiTheme="majorHAnsi" w:hAnsiTheme="majorHAnsi" w:cstheme="majorHAnsi"/>
        </w:rPr>
        <w:t>are</w:t>
      </w:r>
      <w:r w:rsidRPr="00902667">
        <w:rPr>
          <w:rFonts w:asciiTheme="majorHAnsi" w:hAnsiTheme="majorHAnsi" w:cstheme="majorHAnsi"/>
          <w:spacing w:val="-1"/>
        </w:rPr>
        <w:t xml:space="preserve"> </w:t>
      </w:r>
      <w:r w:rsidRPr="00902667">
        <w:rPr>
          <w:rFonts w:asciiTheme="majorHAnsi" w:hAnsiTheme="majorHAnsi" w:cstheme="majorHAnsi"/>
        </w:rPr>
        <w:t>invoiced</w:t>
      </w:r>
      <w:r w:rsidRPr="00902667">
        <w:rPr>
          <w:rFonts w:asciiTheme="majorHAnsi" w:hAnsiTheme="majorHAnsi" w:cstheme="majorHAnsi"/>
          <w:spacing w:val="-5"/>
        </w:rPr>
        <w:t xml:space="preserve"> </w:t>
      </w:r>
      <w:r w:rsidRPr="00902667">
        <w:rPr>
          <w:rFonts w:asciiTheme="majorHAnsi" w:hAnsiTheme="majorHAnsi" w:cstheme="majorHAnsi"/>
        </w:rPr>
        <w:t>on</w:t>
      </w:r>
      <w:r w:rsidRPr="00902667">
        <w:rPr>
          <w:rFonts w:asciiTheme="majorHAnsi" w:hAnsiTheme="majorHAnsi" w:cstheme="majorHAnsi"/>
          <w:spacing w:val="-2"/>
        </w:rPr>
        <w:t xml:space="preserve"> </w:t>
      </w:r>
      <w:r w:rsidRPr="00902667">
        <w:rPr>
          <w:rFonts w:asciiTheme="majorHAnsi" w:hAnsiTheme="majorHAnsi" w:cstheme="majorHAnsi"/>
        </w:rPr>
        <w:t>a</w:t>
      </w:r>
      <w:r w:rsidRPr="00902667">
        <w:rPr>
          <w:rFonts w:asciiTheme="majorHAnsi" w:hAnsiTheme="majorHAnsi" w:cstheme="majorHAnsi"/>
          <w:spacing w:val="-3"/>
        </w:rPr>
        <w:t xml:space="preserve"> </w:t>
      </w:r>
      <w:r w:rsidRPr="00902667">
        <w:rPr>
          <w:rFonts w:asciiTheme="majorHAnsi" w:hAnsiTheme="majorHAnsi" w:cstheme="majorHAnsi"/>
        </w:rPr>
        <w:t>termly</w:t>
      </w:r>
      <w:r w:rsidRPr="00902667">
        <w:rPr>
          <w:rFonts w:asciiTheme="majorHAnsi" w:hAnsiTheme="majorHAnsi" w:cstheme="majorHAnsi"/>
          <w:spacing w:val="-3"/>
        </w:rPr>
        <w:t xml:space="preserve"> </w:t>
      </w:r>
      <w:r w:rsidRPr="00902667">
        <w:rPr>
          <w:rFonts w:asciiTheme="majorHAnsi" w:hAnsiTheme="majorHAnsi" w:cstheme="majorHAnsi"/>
        </w:rPr>
        <w:t>basis.</w:t>
      </w:r>
      <w:r w:rsidRPr="00902667">
        <w:rPr>
          <w:rFonts w:asciiTheme="majorHAnsi" w:hAnsiTheme="majorHAnsi" w:cstheme="majorHAnsi"/>
          <w:spacing w:val="-1"/>
        </w:rPr>
        <w:t xml:space="preserve"> </w:t>
      </w:r>
      <w:r w:rsidRPr="00902667">
        <w:rPr>
          <w:rFonts w:asciiTheme="majorHAnsi" w:hAnsiTheme="majorHAnsi" w:cstheme="majorHAnsi"/>
        </w:rPr>
        <w:t>Payment</w:t>
      </w:r>
      <w:r w:rsidRPr="00902667">
        <w:rPr>
          <w:rFonts w:asciiTheme="majorHAnsi" w:hAnsiTheme="majorHAnsi" w:cstheme="majorHAnsi"/>
          <w:spacing w:val="-3"/>
        </w:rPr>
        <w:t xml:space="preserve"> </w:t>
      </w:r>
      <w:r w:rsidRPr="00902667">
        <w:rPr>
          <w:rFonts w:asciiTheme="majorHAnsi" w:hAnsiTheme="majorHAnsi" w:cstheme="majorHAnsi"/>
        </w:rPr>
        <w:t>can</w:t>
      </w:r>
      <w:r w:rsidRPr="00902667">
        <w:rPr>
          <w:rFonts w:asciiTheme="majorHAnsi" w:hAnsiTheme="majorHAnsi" w:cstheme="majorHAnsi"/>
          <w:spacing w:val="-2"/>
        </w:rPr>
        <w:t xml:space="preserve"> </w:t>
      </w:r>
      <w:r w:rsidRPr="00902667">
        <w:rPr>
          <w:rFonts w:asciiTheme="majorHAnsi" w:hAnsiTheme="majorHAnsi" w:cstheme="majorHAnsi"/>
        </w:rPr>
        <w:t>be</w:t>
      </w:r>
      <w:r w:rsidRPr="00902667">
        <w:rPr>
          <w:rFonts w:asciiTheme="majorHAnsi" w:hAnsiTheme="majorHAnsi" w:cstheme="majorHAnsi"/>
          <w:spacing w:val="-4"/>
        </w:rPr>
        <w:t xml:space="preserve"> </w:t>
      </w:r>
      <w:r w:rsidRPr="00902667">
        <w:rPr>
          <w:rFonts w:asciiTheme="majorHAnsi" w:hAnsiTheme="majorHAnsi" w:cstheme="majorHAnsi"/>
        </w:rPr>
        <w:t>made</w:t>
      </w:r>
      <w:r w:rsidRPr="00902667">
        <w:rPr>
          <w:rFonts w:asciiTheme="majorHAnsi" w:hAnsiTheme="majorHAnsi" w:cstheme="majorHAnsi"/>
          <w:spacing w:val="-1"/>
        </w:rPr>
        <w:t xml:space="preserve"> </w:t>
      </w:r>
      <w:r w:rsidRPr="00902667">
        <w:rPr>
          <w:rFonts w:asciiTheme="majorHAnsi" w:hAnsiTheme="majorHAnsi" w:cstheme="majorHAnsi"/>
        </w:rPr>
        <w:t>in</w:t>
      </w:r>
      <w:r w:rsidRPr="00902667">
        <w:rPr>
          <w:rFonts w:asciiTheme="majorHAnsi" w:hAnsiTheme="majorHAnsi" w:cstheme="majorHAnsi"/>
          <w:spacing w:val="-2"/>
        </w:rPr>
        <w:t xml:space="preserve"> </w:t>
      </w:r>
      <w:r w:rsidRPr="00902667">
        <w:rPr>
          <w:rFonts w:asciiTheme="majorHAnsi" w:hAnsiTheme="majorHAnsi" w:cstheme="majorHAnsi"/>
        </w:rPr>
        <w:t>instalments</w:t>
      </w:r>
      <w:r w:rsidRPr="00902667">
        <w:rPr>
          <w:rFonts w:asciiTheme="majorHAnsi" w:hAnsiTheme="majorHAnsi" w:cstheme="majorHAnsi"/>
          <w:spacing w:val="-1"/>
        </w:rPr>
        <w:t xml:space="preserve"> </w:t>
      </w:r>
      <w:r w:rsidRPr="00902667">
        <w:rPr>
          <w:rFonts w:asciiTheme="majorHAnsi" w:hAnsiTheme="majorHAnsi" w:cstheme="majorHAnsi"/>
        </w:rPr>
        <w:t>but</w:t>
      </w:r>
      <w:r w:rsidRPr="00902667">
        <w:rPr>
          <w:rFonts w:asciiTheme="majorHAnsi" w:hAnsiTheme="majorHAnsi" w:cstheme="majorHAnsi"/>
          <w:spacing w:val="-3"/>
        </w:rPr>
        <w:t xml:space="preserve"> </w:t>
      </w:r>
      <w:r w:rsidRPr="00902667">
        <w:rPr>
          <w:rFonts w:asciiTheme="majorHAnsi" w:hAnsiTheme="majorHAnsi" w:cstheme="majorHAnsi"/>
        </w:rPr>
        <w:t>must be</w:t>
      </w:r>
      <w:r w:rsidRPr="00902667">
        <w:rPr>
          <w:rFonts w:asciiTheme="majorHAnsi" w:hAnsiTheme="majorHAnsi" w:cstheme="majorHAnsi"/>
          <w:spacing w:val="-1"/>
        </w:rPr>
        <w:t xml:space="preserve"> </w:t>
      </w:r>
      <w:r w:rsidRPr="00902667">
        <w:rPr>
          <w:rFonts w:asciiTheme="majorHAnsi" w:hAnsiTheme="majorHAnsi" w:cstheme="majorHAnsi"/>
        </w:rPr>
        <w:t>settled</w:t>
      </w:r>
      <w:r w:rsidRPr="00902667">
        <w:rPr>
          <w:rFonts w:asciiTheme="majorHAnsi" w:hAnsiTheme="majorHAnsi" w:cstheme="majorHAnsi"/>
          <w:spacing w:val="-1"/>
        </w:rPr>
        <w:t xml:space="preserve"> </w:t>
      </w:r>
      <w:r w:rsidRPr="00902667">
        <w:rPr>
          <w:rFonts w:asciiTheme="majorHAnsi" w:hAnsiTheme="majorHAnsi" w:cstheme="majorHAnsi"/>
        </w:rPr>
        <w:t>in</w:t>
      </w:r>
      <w:r w:rsidRPr="00902667">
        <w:rPr>
          <w:rFonts w:asciiTheme="majorHAnsi" w:hAnsiTheme="majorHAnsi" w:cstheme="majorHAnsi"/>
          <w:spacing w:val="-1"/>
        </w:rPr>
        <w:t xml:space="preserve"> </w:t>
      </w:r>
      <w:r w:rsidRPr="00902667">
        <w:rPr>
          <w:rFonts w:asciiTheme="majorHAnsi" w:hAnsiTheme="majorHAnsi" w:cstheme="majorHAnsi"/>
        </w:rPr>
        <w:t>full</w:t>
      </w:r>
      <w:r w:rsidRPr="00902667">
        <w:rPr>
          <w:rFonts w:asciiTheme="majorHAnsi" w:hAnsiTheme="majorHAnsi" w:cstheme="majorHAnsi"/>
          <w:spacing w:val="-1"/>
        </w:rPr>
        <w:t xml:space="preserve"> </w:t>
      </w:r>
      <w:r w:rsidRPr="00902667">
        <w:rPr>
          <w:rFonts w:asciiTheme="majorHAnsi" w:hAnsiTheme="majorHAnsi" w:cstheme="majorHAnsi"/>
        </w:rPr>
        <w:t>by</w:t>
      </w:r>
      <w:r w:rsidRPr="00902667">
        <w:rPr>
          <w:rFonts w:asciiTheme="majorHAnsi" w:hAnsiTheme="majorHAnsi" w:cstheme="majorHAnsi"/>
          <w:spacing w:val="-1"/>
        </w:rPr>
        <w:t xml:space="preserve"> </w:t>
      </w:r>
      <w:r w:rsidRPr="00902667">
        <w:rPr>
          <w:rFonts w:asciiTheme="majorHAnsi" w:hAnsiTheme="majorHAnsi" w:cstheme="majorHAnsi"/>
        </w:rPr>
        <w:t>the</w:t>
      </w:r>
      <w:r w:rsidRPr="00902667">
        <w:rPr>
          <w:rFonts w:asciiTheme="majorHAnsi" w:hAnsiTheme="majorHAnsi" w:cstheme="majorHAnsi"/>
          <w:spacing w:val="-3"/>
        </w:rPr>
        <w:t xml:space="preserve"> </w:t>
      </w:r>
      <w:r w:rsidRPr="00902667">
        <w:rPr>
          <w:rFonts w:asciiTheme="majorHAnsi" w:hAnsiTheme="majorHAnsi" w:cstheme="majorHAnsi"/>
        </w:rPr>
        <w:t>end</w:t>
      </w:r>
      <w:r w:rsidRPr="00902667">
        <w:rPr>
          <w:rFonts w:asciiTheme="majorHAnsi" w:hAnsiTheme="majorHAnsi" w:cstheme="majorHAnsi"/>
          <w:spacing w:val="-2"/>
        </w:rPr>
        <w:t xml:space="preserve"> </w:t>
      </w:r>
      <w:r w:rsidRPr="00902667">
        <w:rPr>
          <w:rFonts w:asciiTheme="majorHAnsi" w:hAnsiTheme="majorHAnsi" w:cstheme="majorHAnsi"/>
        </w:rPr>
        <w:t>of each</w:t>
      </w:r>
      <w:r w:rsidRPr="00902667">
        <w:rPr>
          <w:rFonts w:asciiTheme="majorHAnsi" w:hAnsiTheme="majorHAnsi" w:cstheme="majorHAnsi"/>
          <w:spacing w:val="-1"/>
        </w:rPr>
        <w:t xml:space="preserve"> </w:t>
      </w:r>
      <w:r w:rsidRPr="00902667">
        <w:rPr>
          <w:rFonts w:asciiTheme="majorHAnsi" w:hAnsiTheme="majorHAnsi" w:cstheme="majorHAnsi"/>
        </w:rPr>
        <w:t>term</w:t>
      </w:r>
      <w:r w:rsidRPr="00902667">
        <w:rPr>
          <w:rFonts w:asciiTheme="majorHAnsi" w:hAnsiTheme="majorHAnsi" w:cstheme="majorHAnsi"/>
          <w:spacing w:val="-2"/>
        </w:rPr>
        <w:t xml:space="preserve"> </w:t>
      </w:r>
      <w:r w:rsidRPr="00902667">
        <w:rPr>
          <w:rFonts w:asciiTheme="majorHAnsi" w:hAnsiTheme="majorHAnsi" w:cstheme="majorHAnsi"/>
        </w:rPr>
        <w:t>otherwise a late</w:t>
      </w:r>
      <w:r w:rsidRPr="00902667">
        <w:rPr>
          <w:rFonts w:asciiTheme="majorHAnsi" w:hAnsiTheme="majorHAnsi" w:cstheme="majorHAnsi"/>
          <w:spacing w:val="-2"/>
        </w:rPr>
        <w:t xml:space="preserve"> </w:t>
      </w:r>
      <w:r w:rsidRPr="00902667">
        <w:rPr>
          <w:rFonts w:asciiTheme="majorHAnsi" w:hAnsiTheme="majorHAnsi" w:cstheme="majorHAnsi"/>
        </w:rPr>
        <w:t>payment fee</w:t>
      </w:r>
      <w:r w:rsidRPr="00902667">
        <w:rPr>
          <w:rFonts w:asciiTheme="majorHAnsi" w:hAnsiTheme="majorHAnsi" w:cstheme="majorHAnsi"/>
          <w:spacing w:val="-2"/>
        </w:rPr>
        <w:t xml:space="preserve"> </w:t>
      </w:r>
      <w:r w:rsidRPr="00902667">
        <w:rPr>
          <w:rFonts w:asciiTheme="majorHAnsi" w:hAnsiTheme="majorHAnsi" w:cstheme="majorHAnsi"/>
        </w:rPr>
        <w:t>of</w:t>
      </w:r>
      <w:r w:rsidRPr="00902667">
        <w:rPr>
          <w:rFonts w:asciiTheme="majorHAnsi" w:hAnsiTheme="majorHAnsi" w:cstheme="majorHAnsi"/>
          <w:spacing w:val="-2"/>
        </w:rPr>
        <w:t xml:space="preserve"> </w:t>
      </w:r>
      <w:r w:rsidRPr="00902667">
        <w:rPr>
          <w:rFonts w:asciiTheme="majorHAnsi" w:hAnsiTheme="majorHAnsi" w:cstheme="majorHAnsi"/>
        </w:rPr>
        <w:t>5%</w:t>
      </w:r>
      <w:r w:rsidRPr="00902667">
        <w:rPr>
          <w:rFonts w:asciiTheme="majorHAnsi" w:hAnsiTheme="majorHAnsi" w:cstheme="majorHAnsi"/>
          <w:spacing w:val="-1"/>
        </w:rPr>
        <w:t xml:space="preserve"> </w:t>
      </w:r>
      <w:r w:rsidRPr="00902667">
        <w:rPr>
          <w:rFonts w:asciiTheme="majorHAnsi" w:hAnsiTheme="majorHAnsi" w:cstheme="majorHAnsi"/>
        </w:rPr>
        <w:t>will be incurred.</w:t>
      </w:r>
      <w:r w:rsidRPr="00902667">
        <w:rPr>
          <w:rFonts w:asciiTheme="majorHAnsi" w:hAnsiTheme="majorHAnsi" w:cstheme="majorHAnsi"/>
          <w:spacing w:val="40"/>
        </w:rPr>
        <w:t xml:space="preserve"> </w:t>
      </w:r>
      <w:r w:rsidRPr="00902667">
        <w:rPr>
          <w:rFonts w:asciiTheme="majorHAnsi" w:hAnsiTheme="majorHAnsi" w:cstheme="majorHAnsi"/>
        </w:rPr>
        <w:t>Payment</w:t>
      </w:r>
      <w:r w:rsidRPr="00902667">
        <w:rPr>
          <w:rFonts w:asciiTheme="majorHAnsi" w:hAnsiTheme="majorHAnsi" w:cstheme="majorHAnsi"/>
          <w:spacing w:val="-3"/>
        </w:rPr>
        <w:t xml:space="preserve"> </w:t>
      </w:r>
      <w:r w:rsidRPr="00902667">
        <w:rPr>
          <w:rFonts w:asciiTheme="majorHAnsi" w:hAnsiTheme="majorHAnsi" w:cstheme="majorHAnsi"/>
        </w:rPr>
        <w:t>can</w:t>
      </w:r>
      <w:r w:rsidRPr="00902667">
        <w:rPr>
          <w:rFonts w:asciiTheme="majorHAnsi" w:hAnsiTheme="majorHAnsi" w:cstheme="majorHAnsi"/>
          <w:spacing w:val="-1"/>
        </w:rPr>
        <w:t xml:space="preserve"> </w:t>
      </w:r>
      <w:r w:rsidRPr="00902667">
        <w:rPr>
          <w:rFonts w:asciiTheme="majorHAnsi" w:hAnsiTheme="majorHAnsi" w:cstheme="majorHAnsi"/>
        </w:rPr>
        <w:t>be</w:t>
      </w:r>
      <w:r w:rsidRPr="00902667">
        <w:rPr>
          <w:rFonts w:asciiTheme="majorHAnsi" w:hAnsiTheme="majorHAnsi" w:cstheme="majorHAnsi"/>
          <w:spacing w:val="-2"/>
        </w:rPr>
        <w:t xml:space="preserve"> </w:t>
      </w:r>
      <w:r w:rsidRPr="00902667">
        <w:rPr>
          <w:rFonts w:asciiTheme="majorHAnsi" w:hAnsiTheme="majorHAnsi" w:cstheme="majorHAnsi"/>
        </w:rPr>
        <w:t xml:space="preserve">made </w:t>
      </w:r>
      <w:r w:rsidR="00C334EF">
        <w:rPr>
          <w:rFonts w:asciiTheme="majorHAnsi" w:hAnsiTheme="majorHAnsi" w:cstheme="majorHAnsi"/>
        </w:rPr>
        <w:t>using</w:t>
      </w:r>
      <w:r w:rsidRPr="00902667">
        <w:rPr>
          <w:rFonts w:asciiTheme="majorHAnsi" w:hAnsiTheme="majorHAnsi" w:cstheme="majorHAnsi"/>
        </w:rPr>
        <w:t xml:space="preserve"> childcare vouchers and via </w:t>
      </w:r>
      <w:proofErr w:type="spellStart"/>
      <w:r w:rsidRPr="00902667">
        <w:rPr>
          <w:rFonts w:asciiTheme="majorHAnsi" w:hAnsiTheme="majorHAnsi" w:cstheme="majorHAnsi"/>
        </w:rPr>
        <w:t>ParentPay</w:t>
      </w:r>
      <w:proofErr w:type="spellEnd"/>
      <w:r w:rsidRPr="00902667">
        <w:rPr>
          <w:rFonts w:asciiTheme="majorHAnsi" w:hAnsiTheme="majorHAnsi" w:cstheme="majorHAnsi"/>
        </w:rPr>
        <w:t>.</w:t>
      </w:r>
      <w:r w:rsidR="00C334EF">
        <w:rPr>
          <w:rFonts w:asciiTheme="majorHAnsi" w:hAnsiTheme="majorHAnsi" w:cstheme="majorHAnsi"/>
        </w:rPr>
        <w:t xml:space="preserve"> </w:t>
      </w:r>
      <w:r w:rsidRPr="00902667">
        <w:rPr>
          <w:rFonts w:asciiTheme="majorHAnsi" w:hAnsiTheme="majorHAnsi" w:cstheme="majorHAnsi"/>
        </w:rPr>
        <w:t>The Preschool</w:t>
      </w:r>
      <w:r w:rsidRPr="00902667">
        <w:rPr>
          <w:rFonts w:asciiTheme="majorHAnsi" w:hAnsiTheme="majorHAnsi" w:cstheme="majorHAnsi"/>
          <w:spacing w:val="-5"/>
        </w:rPr>
        <w:t xml:space="preserve"> </w:t>
      </w:r>
      <w:r w:rsidRPr="00902667">
        <w:rPr>
          <w:rFonts w:asciiTheme="majorHAnsi" w:hAnsiTheme="majorHAnsi" w:cstheme="majorHAnsi"/>
        </w:rPr>
        <w:t>is</w:t>
      </w:r>
      <w:r w:rsidRPr="00902667">
        <w:rPr>
          <w:rFonts w:asciiTheme="majorHAnsi" w:hAnsiTheme="majorHAnsi" w:cstheme="majorHAnsi"/>
          <w:spacing w:val="-2"/>
        </w:rPr>
        <w:t xml:space="preserve"> </w:t>
      </w:r>
      <w:r w:rsidRPr="00902667">
        <w:rPr>
          <w:rFonts w:asciiTheme="majorHAnsi" w:hAnsiTheme="majorHAnsi" w:cstheme="majorHAnsi"/>
        </w:rPr>
        <w:t>open term</w:t>
      </w:r>
      <w:r w:rsidRPr="00902667">
        <w:rPr>
          <w:rFonts w:asciiTheme="majorHAnsi" w:hAnsiTheme="majorHAnsi" w:cstheme="majorHAnsi"/>
          <w:spacing w:val="-2"/>
        </w:rPr>
        <w:t xml:space="preserve"> </w:t>
      </w:r>
      <w:r w:rsidRPr="00902667">
        <w:rPr>
          <w:rFonts w:asciiTheme="majorHAnsi" w:hAnsiTheme="majorHAnsi" w:cstheme="majorHAnsi"/>
        </w:rPr>
        <w:t>time</w:t>
      </w:r>
      <w:r w:rsidRPr="00902667">
        <w:rPr>
          <w:rFonts w:asciiTheme="majorHAnsi" w:hAnsiTheme="majorHAnsi" w:cstheme="majorHAnsi"/>
          <w:spacing w:val="-2"/>
        </w:rPr>
        <w:t xml:space="preserve"> </w:t>
      </w:r>
      <w:r w:rsidRPr="00902667">
        <w:rPr>
          <w:rFonts w:asciiTheme="majorHAnsi" w:hAnsiTheme="majorHAnsi" w:cstheme="majorHAnsi"/>
        </w:rPr>
        <w:t>only. If</w:t>
      </w:r>
      <w:r w:rsidRPr="00902667">
        <w:rPr>
          <w:rFonts w:asciiTheme="majorHAnsi" w:hAnsiTheme="majorHAnsi" w:cstheme="majorHAnsi"/>
          <w:spacing w:val="-3"/>
        </w:rPr>
        <w:t xml:space="preserve"> </w:t>
      </w:r>
      <w:r w:rsidRPr="00902667">
        <w:rPr>
          <w:rFonts w:asciiTheme="majorHAnsi" w:hAnsiTheme="majorHAnsi" w:cstheme="majorHAnsi"/>
        </w:rPr>
        <w:t>you</w:t>
      </w:r>
      <w:r w:rsidRPr="00902667">
        <w:rPr>
          <w:rFonts w:asciiTheme="majorHAnsi" w:hAnsiTheme="majorHAnsi" w:cstheme="majorHAnsi"/>
          <w:spacing w:val="-4"/>
        </w:rPr>
        <w:t xml:space="preserve"> </w:t>
      </w:r>
      <w:r w:rsidRPr="00902667">
        <w:rPr>
          <w:rFonts w:asciiTheme="majorHAnsi" w:hAnsiTheme="majorHAnsi" w:cstheme="majorHAnsi"/>
        </w:rPr>
        <w:t>have</w:t>
      </w:r>
      <w:r w:rsidRPr="00902667">
        <w:rPr>
          <w:rFonts w:asciiTheme="majorHAnsi" w:hAnsiTheme="majorHAnsi" w:cstheme="majorHAnsi"/>
          <w:spacing w:val="-3"/>
        </w:rPr>
        <w:t xml:space="preserve"> </w:t>
      </w:r>
      <w:r w:rsidRPr="00902667">
        <w:rPr>
          <w:rFonts w:asciiTheme="majorHAnsi" w:hAnsiTheme="majorHAnsi" w:cstheme="majorHAnsi"/>
        </w:rPr>
        <w:t>booked</w:t>
      </w:r>
      <w:r w:rsidRPr="00902667">
        <w:rPr>
          <w:rFonts w:asciiTheme="majorHAnsi" w:hAnsiTheme="majorHAnsi" w:cstheme="majorHAnsi"/>
          <w:spacing w:val="-1"/>
        </w:rPr>
        <w:t xml:space="preserve"> </w:t>
      </w:r>
      <w:r w:rsidRPr="00902667">
        <w:rPr>
          <w:rFonts w:asciiTheme="majorHAnsi" w:hAnsiTheme="majorHAnsi" w:cstheme="majorHAnsi"/>
        </w:rPr>
        <w:t>/ reserved</w:t>
      </w:r>
      <w:r w:rsidRPr="00902667">
        <w:rPr>
          <w:rFonts w:asciiTheme="majorHAnsi" w:hAnsiTheme="majorHAnsi" w:cstheme="majorHAnsi"/>
          <w:spacing w:val="-1"/>
        </w:rPr>
        <w:t xml:space="preserve"> </w:t>
      </w:r>
      <w:r w:rsidRPr="00902667">
        <w:rPr>
          <w:rFonts w:asciiTheme="majorHAnsi" w:hAnsiTheme="majorHAnsi" w:cstheme="majorHAnsi"/>
        </w:rPr>
        <w:t>your child’s</w:t>
      </w:r>
      <w:r w:rsidRPr="00902667">
        <w:rPr>
          <w:rFonts w:asciiTheme="majorHAnsi" w:hAnsiTheme="majorHAnsi" w:cstheme="majorHAnsi"/>
          <w:spacing w:val="-2"/>
        </w:rPr>
        <w:t xml:space="preserve"> </w:t>
      </w:r>
      <w:r w:rsidRPr="00902667">
        <w:rPr>
          <w:rFonts w:asciiTheme="majorHAnsi" w:hAnsiTheme="majorHAnsi" w:cstheme="majorHAnsi"/>
        </w:rPr>
        <w:t>place in</w:t>
      </w:r>
      <w:r w:rsidRPr="00902667">
        <w:rPr>
          <w:rFonts w:asciiTheme="majorHAnsi" w:hAnsiTheme="majorHAnsi" w:cstheme="majorHAnsi"/>
          <w:spacing w:val="-3"/>
        </w:rPr>
        <w:t xml:space="preserve"> </w:t>
      </w:r>
      <w:r w:rsidRPr="00902667">
        <w:rPr>
          <w:rFonts w:asciiTheme="majorHAnsi" w:hAnsiTheme="majorHAnsi" w:cstheme="majorHAnsi"/>
        </w:rPr>
        <w:t>our Preschool</w:t>
      </w:r>
      <w:r w:rsidRPr="00902667">
        <w:rPr>
          <w:rFonts w:asciiTheme="majorHAnsi" w:hAnsiTheme="majorHAnsi" w:cstheme="majorHAnsi"/>
          <w:spacing w:val="-4"/>
        </w:rPr>
        <w:t xml:space="preserve"> </w:t>
      </w:r>
      <w:r w:rsidRPr="00902667">
        <w:rPr>
          <w:rFonts w:asciiTheme="majorHAnsi" w:hAnsiTheme="majorHAnsi" w:cstheme="majorHAnsi"/>
        </w:rPr>
        <w:t>and</w:t>
      </w:r>
      <w:r w:rsidRPr="00902667">
        <w:rPr>
          <w:rFonts w:asciiTheme="majorHAnsi" w:hAnsiTheme="majorHAnsi" w:cstheme="majorHAnsi"/>
          <w:spacing w:val="-3"/>
        </w:rPr>
        <w:t xml:space="preserve"> </w:t>
      </w:r>
      <w:r w:rsidRPr="00902667">
        <w:rPr>
          <w:rFonts w:asciiTheme="majorHAnsi" w:hAnsiTheme="majorHAnsi" w:cstheme="majorHAnsi"/>
        </w:rPr>
        <w:t>for whatever reasons your child does not attend, fees for those booked places must be paid for in full.</w:t>
      </w:r>
    </w:p>
    <w:p w14:paraId="2B5E5AB9" w14:textId="07452E3D" w:rsidR="00902667" w:rsidRDefault="00902667" w:rsidP="00CD5BA8">
      <w:pPr>
        <w:pStyle w:val="BodyText"/>
        <w:spacing w:before="201"/>
        <w:ind w:right="174"/>
        <w:jc w:val="both"/>
        <w:rPr>
          <w:rFonts w:asciiTheme="majorHAnsi" w:hAnsiTheme="majorHAnsi" w:cstheme="majorHAnsi"/>
        </w:rPr>
      </w:pPr>
      <w:r w:rsidRPr="00902667">
        <w:rPr>
          <w:rFonts w:asciiTheme="majorHAnsi" w:hAnsiTheme="majorHAnsi" w:cstheme="majorHAnsi"/>
        </w:rPr>
        <w:t>This</w:t>
      </w:r>
      <w:r w:rsidRPr="00902667">
        <w:rPr>
          <w:rFonts w:asciiTheme="majorHAnsi" w:hAnsiTheme="majorHAnsi" w:cstheme="majorHAnsi"/>
          <w:spacing w:val="-1"/>
        </w:rPr>
        <w:t xml:space="preserve"> </w:t>
      </w:r>
      <w:r w:rsidRPr="00902667">
        <w:rPr>
          <w:rFonts w:asciiTheme="majorHAnsi" w:hAnsiTheme="majorHAnsi" w:cstheme="majorHAnsi"/>
        </w:rPr>
        <w:t>contract</w:t>
      </w:r>
      <w:r w:rsidRPr="00902667">
        <w:rPr>
          <w:rFonts w:asciiTheme="majorHAnsi" w:hAnsiTheme="majorHAnsi" w:cstheme="majorHAnsi"/>
          <w:spacing w:val="-2"/>
        </w:rPr>
        <w:t xml:space="preserve"> </w:t>
      </w:r>
      <w:r w:rsidRPr="00902667">
        <w:rPr>
          <w:rFonts w:asciiTheme="majorHAnsi" w:hAnsiTheme="majorHAnsi" w:cstheme="majorHAnsi"/>
        </w:rPr>
        <w:t>secures</w:t>
      </w:r>
      <w:r w:rsidRPr="00902667">
        <w:rPr>
          <w:rFonts w:asciiTheme="majorHAnsi" w:hAnsiTheme="majorHAnsi" w:cstheme="majorHAnsi"/>
          <w:spacing w:val="-1"/>
        </w:rPr>
        <w:t xml:space="preserve"> </w:t>
      </w:r>
      <w:r w:rsidRPr="00902667">
        <w:rPr>
          <w:rFonts w:asciiTheme="majorHAnsi" w:hAnsiTheme="majorHAnsi" w:cstheme="majorHAnsi"/>
        </w:rPr>
        <w:t>a</w:t>
      </w:r>
      <w:r w:rsidRPr="00902667">
        <w:rPr>
          <w:rFonts w:asciiTheme="majorHAnsi" w:hAnsiTheme="majorHAnsi" w:cstheme="majorHAnsi"/>
          <w:spacing w:val="-1"/>
        </w:rPr>
        <w:t xml:space="preserve"> </w:t>
      </w:r>
      <w:r w:rsidRPr="00902667">
        <w:rPr>
          <w:rFonts w:asciiTheme="majorHAnsi" w:hAnsiTheme="majorHAnsi" w:cstheme="majorHAnsi"/>
        </w:rPr>
        <w:t>fixed</w:t>
      </w:r>
      <w:r w:rsidRPr="00902667">
        <w:rPr>
          <w:rFonts w:asciiTheme="majorHAnsi" w:hAnsiTheme="majorHAnsi" w:cstheme="majorHAnsi"/>
          <w:spacing w:val="-1"/>
        </w:rPr>
        <w:t xml:space="preserve"> </w:t>
      </w:r>
      <w:r w:rsidRPr="00902667">
        <w:rPr>
          <w:rFonts w:asciiTheme="majorHAnsi" w:hAnsiTheme="majorHAnsi" w:cstheme="majorHAnsi"/>
        </w:rPr>
        <w:t>place</w:t>
      </w:r>
      <w:r w:rsidRPr="00902667">
        <w:rPr>
          <w:rFonts w:asciiTheme="majorHAnsi" w:hAnsiTheme="majorHAnsi" w:cstheme="majorHAnsi"/>
          <w:spacing w:val="-1"/>
        </w:rPr>
        <w:t xml:space="preserve"> </w:t>
      </w:r>
      <w:r w:rsidRPr="00902667">
        <w:rPr>
          <w:rFonts w:asciiTheme="majorHAnsi" w:hAnsiTheme="majorHAnsi" w:cstheme="majorHAnsi"/>
        </w:rPr>
        <w:t>for</w:t>
      </w:r>
      <w:r w:rsidRPr="00902667">
        <w:rPr>
          <w:rFonts w:asciiTheme="majorHAnsi" w:hAnsiTheme="majorHAnsi" w:cstheme="majorHAnsi"/>
          <w:spacing w:val="-3"/>
        </w:rPr>
        <w:t xml:space="preserve"> </w:t>
      </w:r>
      <w:r w:rsidRPr="00902667">
        <w:rPr>
          <w:rFonts w:asciiTheme="majorHAnsi" w:hAnsiTheme="majorHAnsi" w:cstheme="majorHAnsi"/>
        </w:rPr>
        <w:t>the</w:t>
      </w:r>
      <w:r w:rsidRPr="00902667">
        <w:rPr>
          <w:rFonts w:asciiTheme="majorHAnsi" w:hAnsiTheme="majorHAnsi" w:cstheme="majorHAnsi"/>
          <w:spacing w:val="-3"/>
        </w:rPr>
        <w:t xml:space="preserve"> </w:t>
      </w:r>
      <w:r w:rsidRPr="00902667">
        <w:rPr>
          <w:rFonts w:asciiTheme="majorHAnsi" w:hAnsiTheme="majorHAnsi" w:cstheme="majorHAnsi"/>
        </w:rPr>
        <w:t>school</w:t>
      </w:r>
      <w:r w:rsidRPr="00902667">
        <w:rPr>
          <w:rFonts w:asciiTheme="majorHAnsi" w:hAnsiTheme="majorHAnsi" w:cstheme="majorHAnsi"/>
          <w:spacing w:val="-5"/>
        </w:rPr>
        <w:t xml:space="preserve"> </w:t>
      </w:r>
      <w:r w:rsidRPr="00902667">
        <w:rPr>
          <w:rFonts w:asciiTheme="majorHAnsi" w:hAnsiTheme="majorHAnsi" w:cstheme="majorHAnsi"/>
        </w:rPr>
        <w:t>year.</w:t>
      </w:r>
      <w:r w:rsidRPr="00902667">
        <w:rPr>
          <w:rFonts w:asciiTheme="majorHAnsi" w:hAnsiTheme="majorHAnsi" w:cstheme="majorHAnsi"/>
          <w:spacing w:val="-4"/>
        </w:rPr>
        <w:t xml:space="preserve"> </w:t>
      </w:r>
      <w:r w:rsidRPr="00902667">
        <w:rPr>
          <w:rFonts w:asciiTheme="majorHAnsi" w:hAnsiTheme="majorHAnsi" w:cstheme="majorHAnsi"/>
        </w:rPr>
        <w:t>Four</w:t>
      </w:r>
      <w:r w:rsidRPr="00902667">
        <w:rPr>
          <w:rFonts w:asciiTheme="majorHAnsi" w:hAnsiTheme="majorHAnsi" w:cstheme="majorHAnsi"/>
          <w:spacing w:val="-1"/>
        </w:rPr>
        <w:t xml:space="preserve"> </w:t>
      </w:r>
      <w:r w:rsidRPr="00902667">
        <w:rPr>
          <w:rFonts w:asciiTheme="majorHAnsi" w:hAnsiTheme="majorHAnsi" w:cstheme="majorHAnsi"/>
        </w:rPr>
        <w:t>weeks’</w:t>
      </w:r>
      <w:r w:rsidRPr="00902667">
        <w:rPr>
          <w:rFonts w:asciiTheme="majorHAnsi" w:hAnsiTheme="majorHAnsi" w:cstheme="majorHAnsi"/>
          <w:spacing w:val="-3"/>
        </w:rPr>
        <w:t xml:space="preserve"> </w:t>
      </w:r>
      <w:r w:rsidRPr="00902667">
        <w:rPr>
          <w:rFonts w:asciiTheme="majorHAnsi" w:hAnsiTheme="majorHAnsi" w:cstheme="majorHAnsi"/>
        </w:rPr>
        <w:t>notice</w:t>
      </w:r>
      <w:r w:rsidRPr="00902667">
        <w:rPr>
          <w:rFonts w:asciiTheme="majorHAnsi" w:hAnsiTheme="majorHAnsi" w:cstheme="majorHAnsi"/>
          <w:spacing w:val="-4"/>
        </w:rPr>
        <w:t xml:space="preserve"> </w:t>
      </w:r>
      <w:r w:rsidRPr="00902667">
        <w:rPr>
          <w:rFonts w:asciiTheme="majorHAnsi" w:hAnsiTheme="majorHAnsi" w:cstheme="majorHAnsi"/>
        </w:rPr>
        <w:t>is</w:t>
      </w:r>
      <w:r w:rsidRPr="00902667">
        <w:rPr>
          <w:rFonts w:asciiTheme="majorHAnsi" w:hAnsiTheme="majorHAnsi" w:cstheme="majorHAnsi"/>
          <w:spacing w:val="-1"/>
        </w:rPr>
        <w:t xml:space="preserve"> </w:t>
      </w:r>
      <w:r w:rsidRPr="00902667">
        <w:rPr>
          <w:rFonts w:asciiTheme="majorHAnsi" w:hAnsiTheme="majorHAnsi" w:cstheme="majorHAnsi"/>
        </w:rPr>
        <w:t>required</w:t>
      </w:r>
      <w:r w:rsidRPr="00902667">
        <w:rPr>
          <w:rFonts w:asciiTheme="majorHAnsi" w:hAnsiTheme="majorHAnsi" w:cstheme="majorHAnsi"/>
          <w:spacing w:val="-1"/>
        </w:rPr>
        <w:t xml:space="preserve"> </w:t>
      </w:r>
      <w:r w:rsidRPr="00902667">
        <w:rPr>
          <w:rFonts w:asciiTheme="majorHAnsi" w:hAnsiTheme="majorHAnsi" w:cstheme="majorHAnsi"/>
        </w:rPr>
        <w:t>to</w:t>
      </w:r>
      <w:r w:rsidRPr="00902667">
        <w:rPr>
          <w:rFonts w:asciiTheme="majorHAnsi" w:hAnsiTheme="majorHAnsi" w:cstheme="majorHAnsi"/>
          <w:spacing w:val="-3"/>
        </w:rPr>
        <w:t xml:space="preserve"> </w:t>
      </w:r>
      <w:r w:rsidRPr="00902667">
        <w:rPr>
          <w:rFonts w:asciiTheme="majorHAnsi" w:hAnsiTheme="majorHAnsi" w:cstheme="majorHAnsi"/>
        </w:rPr>
        <w:t>cancel</w:t>
      </w:r>
      <w:r w:rsidRPr="00902667">
        <w:rPr>
          <w:rFonts w:asciiTheme="majorHAnsi" w:hAnsiTheme="majorHAnsi" w:cstheme="majorHAnsi"/>
          <w:spacing w:val="-1"/>
        </w:rPr>
        <w:t xml:space="preserve"> </w:t>
      </w:r>
      <w:r w:rsidRPr="00902667">
        <w:rPr>
          <w:rFonts w:asciiTheme="majorHAnsi" w:hAnsiTheme="majorHAnsi" w:cstheme="majorHAnsi"/>
        </w:rPr>
        <w:t>your</w:t>
      </w:r>
      <w:r w:rsidRPr="00902667">
        <w:rPr>
          <w:rFonts w:asciiTheme="majorHAnsi" w:hAnsiTheme="majorHAnsi" w:cstheme="majorHAnsi"/>
          <w:spacing w:val="-1"/>
        </w:rPr>
        <w:t xml:space="preserve"> </w:t>
      </w:r>
      <w:r w:rsidRPr="00902667">
        <w:rPr>
          <w:rFonts w:asciiTheme="majorHAnsi" w:hAnsiTheme="majorHAnsi" w:cstheme="majorHAnsi"/>
        </w:rPr>
        <w:t>child’s</w:t>
      </w:r>
      <w:r w:rsidRPr="00902667">
        <w:rPr>
          <w:rFonts w:asciiTheme="majorHAnsi" w:hAnsiTheme="majorHAnsi" w:cstheme="majorHAnsi"/>
          <w:spacing w:val="-1"/>
        </w:rPr>
        <w:t xml:space="preserve"> </w:t>
      </w:r>
      <w:r w:rsidRPr="00902667">
        <w:rPr>
          <w:rFonts w:asciiTheme="majorHAnsi" w:hAnsiTheme="majorHAnsi" w:cstheme="majorHAnsi"/>
        </w:rPr>
        <w:t>place at Little Oaks Preschool.</w:t>
      </w:r>
      <w:r w:rsidR="00CD5BA8">
        <w:rPr>
          <w:rFonts w:asciiTheme="majorHAnsi" w:hAnsiTheme="majorHAnsi" w:cstheme="majorHAnsi"/>
        </w:rPr>
        <w:t xml:space="preserve"> </w:t>
      </w:r>
      <w:r w:rsidRPr="00902667">
        <w:rPr>
          <w:rFonts w:asciiTheme="majorHAnsi" w:hAnsiTheme="majorHAnsi" w:cstheme="majorHAnsi"/>
        </w:rPr>
        <w:t>If</w:t>
      </w:r>
      <w:r w:rsidRPr="00902667">
        <w:rPr>
          <w:rFonts w:asciiTheme="majorHAnsi" w:hAnsiTheme="majorHAnsi" w:cstheme="majorHAnsi"/>
          <w:spacing w:val="-2"/>
        </w:rPr>
        <w:t xml:space="preserve"> </w:t>
      </w:r>
      <w:r w:rsidRPr="00902667">
        <w:rPr>
          <w:rFonts w:asciiTheme="majorHAnsi" w:hAnsiTheme="majorHAnsi" w:cstheme="majorHAnsi"/>
        </w:rPr>
        <w:t>you</w:t>
      </w:r>
      <w:r w:rsidRPr="00902667">
        <w:rPr>
          <w:rFonts w:asciiTheme="majorHAnsi" w:hAnsiTheme="majorHAnsi" w:cstheme="majorHAnsi"/>
          <w:spacing w:val="-3"/>
        </w:rPr>
        <w:t xml:space="preserve"> </w:t>
      </w:r>
      <w:r w:rsidRPr="00902667">
        <w:rPr>
          <w:rFonts w:asciiTheme="majorHAnsi" w:hAnsiTheme="majorHAnsi" w:cstheme="majorHAnsi"/>
        </w:rPr>
        <w:t>require</w:t>
      </w:r>
      <w:r w:rsidRPr="00902667">
        <w:rPr>
          <w:rFonts w:asciiTheme="majorHAnsi" w:hAnsiTheme="majorHAnsi" w:cstheme="majorHAnsi"/>
          <w:spacing w:val="-1"/>
        </w:rPr>
        <w:t xml:space="preserve"> </w:t>
      </w:r>
      <w:r w:rsidRPr="00902667">
        <w:rPr>
          <w:rFonts w:asciiTheme="majorHAnsi" w:hAnsiTheme="majorHAnsi" w:cstheme="majorHAnsi"/>
        </w:rPr>
        <w:t>additional</w:t>
      </w:r>
      <w:r w:rsidRPr="00902667">
        <w:rPr>
          <w:rFonts w:asciiTheme="majorHAnsi" w:hAnsiTheme="majorHAnsi" w:cstheme="majorHAnsi"/>
          <w:spacing w:val="-3"/>
        </w:rPr>
        <w:t xml:space="preserve"> </w:t>
      </w:r>
      <w:r w:rsidRPr="00902667">
        <w:rPr>
          <w:rFonts w:asciiTheme="majorHAnsi" w:hAnsiTheme="majorHAnsi" w:cstheme="majorHAnsi"/>
        </w:rPr>
        <w:t>ad</w:t>
      </w:r>
      <w:r w:rsidRPr="00902667">
        <w:rPr>
          <w:rFonts w:asciiTheme="majorHAnsi" w:hAnsiTheme="majorHAnsi" w:cstheme="majorHAnsi"/>
          <w:spacing w:val="-6"/>
        </w:rPr>
        <w:t xml:space="preserve"> </w:t>
      </w:r>
      <w:r w:rsidRPr="00902667">
        <w:rPr>
          <w:rFonts w:asciiTheme="majorHAnsi" w:hAnsiTheme="majorHAnsi" w:cstheme="majorHAnsi"/>
        </w:rPr>
        <w:t>hoc</w:t>
      </w:r>
      <w:r w:rsidRPr="00902667">
        <w:rPr>
          <w:rFonts w:asciiTheme="majorHAnsi" w:hAnsiTheme="majorHAnsi" w:cstheme="majorHAnsi"/>
          <w:spacing w:val="-1"/>
        </w:rPr>
        <w:t xml:space="preserve"> </w:t>
      </w:r>
      <w:r w:rsidRPr="00902667">
        <w:rPr>
          <w:rFonts w:asciiTheme="majorHAnsi" w:hAnsiTheme="majorHAnsi" w:cstheme="majorHAnsi"/>
        </w:rPr>
        <w:t>extra</w:t>
      </w:r>
      <w:r w:rsidRPr="00902667">
        <w:rPr>
          <w:rFonts w:asciiTheme="majorHAnsi" w:hAnsiTheme="majorHAnsi" w:cstheme="majorHAnsi"/>
          <w:spacing w:val="-6"/>
        </w:rPr>
        <w:t xml:space="preserve"> </w:t>
      </w:r>
      <w:r w:rsidRPr="00902667">
        <w:rPr>
          <w:rFonts w:asciiTheme="majorHAnsi" w:hAnsiTheme="majorHAnsi" w:cstheme="majorHAnsi"/>
        </w:rPr>
        <w:t>days,</w:t>
      </w:r>
      <w:r w:rsidRPr="00902667">
        <w:rPr>
          <w:rFonts w:asciiTheme="majorHAnsi" w:hAnsiTheme="majorHAnsi" w:cstheme="majorHAnsi"/>
          <w:spacing w:val="-3"/>
        </w:rPr>
        <w:t xml:space="preserve"> </w:t>
      </w:r>
      <w:r w:rsidRPr="00902667">
        <w:rPr>
          <w:rFonts w:asciiTheme="majorHAnsi" w:hAnsiTheme="majorHAnsi" w:cstheme="majorHAnsi"/>
        </w:rPr>
        <w:t>over</w:t>
      </w:r>
      <w:r w:rsidRPr="00902667">
        <w:rPr>
          <w:rFonts w:asciiTheme="majorHAnsi" w:hAnsiTheme="majorHAnsi" w:cstheme="majorHAnsi"/>
          <w:spacing w:val="-3"/>
        </w:rPr>
        <w:t xml:space="preserve"> </w:t>
      </w:r>
      <w:r w:rsidRPr="00902667">
        <w:rPr>
          <w:rFonts w:asciiTheme="majorHAnsi" w:hAnsiTheme="majorHAnsi" w:cstheme="majorHAnsi"/>
        </w:rPr>
        <w:t>and</w:t>
      </w:r>
      <w:r w:rsidRPr="00902667">
        <w:rPr>
          <w:rFonts w:asciiTheme="majorHAnsi" w:hAnsiTheme="majorHAnsi" w:cstheme="majorHAnsi"/>
          <w:spacing w:val="-2"/>
        </w:rPr>
        <w:t xml:space="preserve"> </w:t>
      </w:r>
      <w:r w:rsidRPr="00902667">
        <w:rPr>
          <w:rFonts w:asciiTheme="majorHAnsi" w:hAnsiTheme="majorHAnsi" w:cstheme="majorHAnsi"/>
        </w:rPr>
        <w:t>above</w:t>
      </w:r>
      <w:r w:rsidRPr="00902667">
        <w:rPr>
          <w:rFonts w:asciiTheme="majorHAnsi" w:hAnsiTheme="majorHAnsi" w:cstheme="majorHAnsi"/>
          <w:spacing w:val="-3"/>
        </w:rPr>
        <w:t xml:space="preserve"> </w:t>
      </w:r>
      <w:r w:rsidRPr="00902667">
        <w:rPr>
          <w:rFonts w:asciiTheme="majorHAnsi" w:hAnsiTheme="majorHAnsi" w:cstheme="majorHAnsi"/>
        </w:rPr>
        <w:t>your</w:t>
      </w:r>
      <w:r w:rsidRPr="00902667">
        <w:rPr>
          <w:rFonts w:asciiTheme="majorHAnsi" w:hAnsiTheme="majorHAnsi" w:cstheme="majorHAnsi"/>
          <w:spacing w:val="-1"/>
        </w:rPr>
        <w:t xml:space="preserve"> </w:t>
      </w:r>
      <w:r w:rsidRPr="00902667">
        <w:rPr>
          <w:rFonts w:asciiTheme="majorHAnsi" w:hAnsiTheme="majorHAnsi" w:cstheme="majorHAnsi"/>
        </w:rPr>
        <w:t>contract,</w:t>
      </w:r>
      <w:r w:rsidRPr="00902667">
        <w:rPr>
          <w:rFonts w:asciiTheme="majorHAnsi" w:hAnsiTheme="majorHAnsi" w:cstheme="majorHAnsi"/>
          <w:spacing w:val="-1"/>
        </w:rPr>
        <w:t xml:space="preserve"> </w:t>
      </w:r>
      <w:r w:rsidRPr="00902667">
        <w:rPr>
          <w:rFonts w:asciiTheme="majorHAnsi" w:hAnsiTheme="majorHAnsi" w:cstheme="majorHAnsi"/>
        </w:rPr>
        <w:t>these</w:t>
      </w:r>
      <w:r w:rsidRPr="00902667">
        <w:rPr>
          <w:rFonts w:asciiTheme="majorHAnsi" w:hAnsiTheme="majorHAnsi" w:cstheme="majorHAnsi"/>
          <w:spacing w:val="-3"/>
        </w:rPr>
        <w:t xml:space="preserve"> </w:t>
      </w:r>
      <w:r w:rsidRPr="00902667">
        <w:rPr>
          <w:rFonts w:asciiTheme="majorHAnsi" w:hAnsiTheme="majorHAnsi" w:cstheme="majorHAnsi"/>
        </w:rPr>
        <w:t>can</w:t>
      </w:r>
      <w:r w:rsidRPr="00902667">
        <w:rPr>
          <w:rFonts w:asciiTheme="majorHAnsi" w:hAnsiTheme="majorHAnsi" w:cstheme="majorHAnsi"/>
          <w:spacing w:val="-2"/>
        </w:rPr>
        <w:t xml:space="preserve"> </w:t>
      </w:r>
      <w:r w:rsidRPr="00902667">
        <w:rPr>
          <w:rFonts w:asciiTheme="majorHAnsi" w:hAnsiTheme="majorHAnsi" w:cstheme="majorHAnsi"/>
        </w:rPr>
        <w:t>be</w:t>
      </w:r>
      <w:r w:rsidRPr="00902667">
        <w:rPr>
          <w:rFonts w:asciiTheme="majorHAnsi" w:hAnsiTheme="majorHAnsi" w:cstheme="majorHAnsi"/>
          <w:spacing w:val="-1"/>
        </w:rPr>
        <w:t xml:space="preserve"> </w:t>
      </w:r>
      <w:r w:rsidRPr="00902667">
        <w:rPr>
          <w:rFonts w:asciiTheme="majorHAnsi" w:hAnsiTheme="majorHAnsi" w:cstheme="majorHAnsi"/>
        </w:rPr>
        <w:t>booked</w:t>
      </w:r>
      <w:r w:rsidRPr="00902667">
        <w:rPr>
          <w:rFonts w:asciiTheme="majorHAnsi" w:hAnsiTheme="majorHAnsi" w:cstheme="majorHAnsi"/>
          <w:spacing w:val="-1"/>
        </w:rPr>
        <w:t xml:space="preserve"> </w:t>
      </w:r>
      <w:r w:rsidRPr="00902667">
        <w:rPr>
          <w:rFonts w:asciiTheme="majorHAnsi" w:hAnsiTheme="majorHAnsi" w:cstheme="majorHAnsi"/>
        </w:rPr>
        <w:t>subject</w:t>
      </w:r>
      <w:r w:rsidRPr="00902667">
        <w:rPr>
          <w:rFonts w:asciiTheme="majorHAnsi" w:hAnsiTheme="majorHAnsi" w:cstheme="majorHAnsi"/>
          <w:spacing w:val="-5"/>
        </w:rPr>
        <w:t xml:space="preserve"> </w:t>
      </w:r>
      <w:r w:rsidRPr="00902667">
        <w:rPr>
          <w:rFonts w:asciiTheme="majorHAnsi" w:hAnsiTheme="majorHAnsi" w:cstheme="majorHAnsi"/>
        </w:rPr>
        <w:t>to availability by contacting the Preschool directly.</w:t>
      </w:r>
      <w:r w:rsidR="00CD5BA8">
        <w:rPr>
          <w:rFonts w:asciiTheme="majorHAnsi" w:hAnsiTheme="majorHAnsi" w:cstheme="majorHAnsi"/>
        </w:rPr>
        <w:t xml:space="preserve"> </w:t>
      </w:r>
      <w:r w:rsidRPr="00902667">
        <w:rPr>
          <w:rFonts w:asciiTheme="majorHAnsi" w:hAnsiTheme="majorHAnsi" w:cstheme="majorHAnsi"/>
        </w:rPr>
        <w:t>Little</w:t>
      </w:r>
      <w:r w:rsidRPr="00902667">
        <w:rPr>
          <w:rFonts w:asciiTheme="majorHAnsi" w:hAnsiTheme="majorHAnsi" w:cstheme="majorHAnsi"/>
          <w:spacing w:val="-3"/>
        </w:rPr>
        <w:t xml:space="preserve"> </w:t>
      </w:r>
      <w:r w:rsidRPr="00902667">
        <w:rPr>
          <w:rFonts w:asciiTheme="majorHAnsi" w:hAnsiTheme="majorHAnsi" w:cstheme="majorHAnsi"/>
        </w:rPr>
        <w:t>Oaks</w:t>
      </w:r>
      <w:r w:rsidRPr="00902667">
        <w:rPr>
          <w:rFonts w:asciiTheme="majorHAnsi" w:hAnsiTheme="majorHAnsi" w:cstheme="majorHAnsi"/>
          <w:spacing w:val="-4"/>
        </w:rPr>
        <w:t xml:space="preserve"> </w:t>
      </w:r>
      <w:r w:rsidRPr="00902667">
        <w:rPr>
          <w:rFonts w:asciiTheme="majorHAnsi" w:hAnsiTheme="majorHAnsi" w:cstheme="majorHAnsi"/>
        </w:rPr>
        <w:t>Preschool</w:t>
      </w:r>
      <w:r w:rsidRPr="00902667">
        <w:rPr>
          <w:rFonts w:asciiTheme="majorHAnsi" w:hAnsiTheme="majorHAnsi" w:cstheme="majorHAnsi"/>
          <w:spacing w:val="-5"/>
        </w:rPr>
        <w:t xml:space="preserve"> </w:t>
      </w:r>
      <w:r w:rsidRPr="00902667">
        <w:rPr>
          <w:rFonts w:asciiTheme="majorHAnsi" w:hAnsiTheme="majorHAnsi" w:cstheme="majorHAnsi"/>
        </w:rPr>
        <w:t>will</w:t>
      </w:r>
      <w:r w:rsidRPr="00902667">
        <w:rPr>
          <w:rFonts w:asciiTheme="majorHAnsi" w:hAnsiTheme="majorHAnsi" w:cstheme="majorHAnsi"/>
          <w:spacing w:val="-1"/>
        </w:rPr>
        <w:t xml:space="preserve"> </w:t>
      </w:r>
      <w:r w:rsidRPr="00902667">
        <w:rPr>
          <w:rFonts w:asciiTheme="majorHAnsi" w:hAnsiTheme="majorHAnsi" w:cstheme="majorHAnsi"/>
        </w:rPr>
        <w:t>give</w:t>
      </w:r>
      <w:r w:rsidRPr="00902667">
        <w:rPr>
          <w:rFonts w:asciiTheme="majorHAnsi" w:hAnsiTheme="majorHAnsi" w:cstheme="majorHAnsi"/>
          <w:spacing w:val="-1"/>
        </w:rPr>
        <w:t xml:space="preserve"> </w:t>
      </w:r>
      <w:r w:rsidRPr="00902667">
        <w:rPr>
          <w:rFonts w:asciiTheme="majorHAnsi" w:hAnsiTheme="majorHAnsi" w:cstheme="majorHAnsi"/>
        </w:rPr>
        <w:t>at least four</w:t>
      </w:r>
      <w:r w:rsidRPr="00902667">
        <w:rPr>
          <w:rFonts w:asciiTheme="majorHAnsi" w:hAnsiTheme="majorHAnsi" w:cstheme="majorHAnsi"/>
          <w:spacing w:val="-1"/>
        </w:rPr>
        <w:t xml:space="preserve"> </w:t>
      </w:r>
      <w:r w:rsidRPr="00902667">
        <w:rPr>
          <w:rFonts w:asciiTheme="majorHAnsi" w:hAnsiTheme="majorHAnsi" w:cstheme="majorHAnsi"/>
        </w:rPr>
        <w:t>weeks’</w:t>
      </w:r>
      <w:r w:rsidRPr="00902667">
        <w:rPr>
          <w:rFonts w:asciiTheme="majorHAnsi" w:hAnsiTheme="majorHAnsi" w:cstheme="majorHAnsi"/>
          <w:spacing w:val="-3"/>
        </w:rPr>
        <w:t xml:space="preserve"> </w:t>
      </w:r>
      <w:r w:rsidRPr="00902667">
        <w:rPr>
          <w:rFonts w:asciiTheme="majorHAnsi" w:hAnsiTheme="majorHAnsi" w:cstheme="majorHAnsi"/>
        </w:rPr>
        <w:t>notice</w:t>
      </w:r>
      <w:r w:rsidRPr="00902667">
        <w:rPr>
          <w:rFonts w:asciiTheme="majorHAnsi" w:hAnsiTheme="majorHAnsi" w:cstheme="majorHAnsi"/>
          <w:spacing w:val="-3"/>
        </w:rPr>
        <w:t xml:space="preserve"> </w:t>
      </w:r>
      <w:r w:rsidRPr="00902667">
        <w:rPr>
          <w:rFonts w:asciiTheme="majorHAnsi" w:hAnsiTheme="majorHAnsi" w:cstheme="majorHAnsi"/>
        </w:rPr>
        <w:t>of</w:t>
      </w:r>
      <w:r w:rsidRPr="00902667">
        <w:rPr>
          <w:rFonts w:asciiTheme="majorHAnsi" w:hAnsiTheme="majorHAnsi" w:cstheme="majorHAnsi"/>
          <w:spacing w:val="-1"/>
        </w:rPr>
        <w:t xml:space="preserve"> </w:t>
      </w:r>
      <w:r w:rsidRPr="00902667">
        <w:rPr>
          <w:rFonts w:asciiTheme="majorHAnsi" w:hAnsiTheme="majorHAnsi" w:cstheme="majorHAnsi"/>
        </w:rPr>
        <w:t>any</w:t>
      </w:r>
      <w:r w:rsidRPr="00902667">
        <w:rPr>
          <w:rFonts w:asciiTheme="majorHAnsi" w:hAnsiTheme="majorHAnsi" w:cstheme="majorHAnsi"/>
          <w:spacing w:val="-3"/>
        </w:rPr>
        <w:t xml:space="preserve"> </w:t>
      </w:r>
      <w:r w:rsidRPr="00902667">
        <w:rPr>
          <w:rFonts w:asciiTheme="majorHAnsi" w:hAnsiTheme="majorHAnsi" w:cstheme="majorHAnsi"/>
        </w:rPr>
        <w:t>alteration</w:t>
      </w:r>
      <w:r w:rsidRPr="00902667">
        <w:rPr>
          <w:rFonts w:asciiTheme="majorHAnsi" w:hAnsiTheme="majorHAnsi" w:cstheme="majorHAnsi"/>
          <w:spacing w:val="-4"/>
        </w:rPr>
        <w:t xml:space="preserve"> </w:t>
      </w:r>
      <w:r w:rsidRPr="00902667">
        <w:rPr>
          <w:rFonts w:asciiTheme="majorHAnsi" w:hAnsiTheme="majorHAnsi" w:cstheme="majorHAnsi"/>
        </w:rPr>
        <w:t>to</w:t>
      </w:r>
      <w:r w:rsidRPr="00902667">
        <w:rPr>
          <w:rFonts w:asciiTheme="majorHAnsi" w:hAnsiTheme="majorHAnsi" w:cstheme="majorHAnsi"/>
          <w:spacing w:val="-3"/>
        </w:rPr>
        <w:t xml:space="preserve"> </w:t>
      </w:r>
      <w:r w:rsidRPr="00902667">
        <w:rPr>
          <w:rFonts w:asciiTheme="majorHAnsi" w:hAnsiTheme="majorHAnsi" w:cstheme="majorHAnsi"/>
        </w:rPr>
        <w:t>fees</w:t>
      </w:r>
      <w:r w:rsidRPr="00902667">
        <w:rPr>
          <w:rFonts w:asciiTheme="majorHAnsi" w:hAnsiTheme="majorHAnsi" w:cstheme="majorHAnsi"/>
          <w:spacing w:val="-3"/>
        </w:rPr>
        <w:t xml:space="preserve"> </w:t>
      </w:r>
      <w:r w:rsidRPr="00902667">
        <w:rPr>
          <w:rFonts w:asciiTheme="majorHAnsi" w:hAnsiTheme="majorHAnsi" w:cstheme="majorHAnsi"/>
        </w:rPr>
        <w:t>or</w:t>
      </w:r>
      <w:r w:rsidRPr="00902667">
        <w:rPr>
          <w:rFonts w:asciiTheme="majorHAnsi" w:hAnsiTheme="majorHAnsi" w:cstheme="majorHAnsi"/>
          <w:spacing w:val="-3"/>
        </w:rPr>
        <w:t xml:space="preserve"> </w:t>
      </w:r>
      <w:r w:rsidRPr="00902667">
        <w:rPr>
          <w:rFonts w:asciiTheme="majorHAnsi" w:hAnsiTheme="majorHAnsi" w:cstheme="majorHAnsi"/>
        </w:rPr>
        <w:t>our</w:t>
      </w:r>
      <w:r w:rsidRPr="00902667">
        <w:rPr>
          <w:rFonts w:asciiTheme="majorHAnsi" w:hAnsiTheme="majorHAnsi" w:cstheme="majorHAnsi"/>
          <w:spacing w:val="-1"/>
        </w:rPr>
        <w:t xml:space="preserve"> </w:t>
      </w:r>
      <w:r w:rsidRPr="00902667">
        <w:rPr>
          <w:rFonts w:asciiTheme="majorHAnsi" w:hAnsiTheme="majorHAnsi" w:cstheme="majorHAnsi"/>
        </w:rPr>
        <w:t>agreements</w:t>
      </w:r>
      <w:r w:rsidRPr="00902667">
        <w:rPr>
          <w:rFonts w:asciiTheme="majorHAnsi" w:hAnsiTheme="majorHAnsi" w:cstheme="majorHAnsi"/>
          <w:spacing w:val="-3"/>
        </w:rPr>
        <w:t xml:space="preserve"> </w:t>
      </w:r>
      <w:r w:rsidRPr="00902667">
        <w:rPr>
          <w:rFonts w:asciiTheme="majorHAnsi" w:hAnsiTheme="majorHAnsi" w:cstheme="majorHAnsi"/>
        </w:rPr>
        <w:t>with</w:t>
      </w:r>
      <w:r w:rsidRPr="00902667">
        <w:rPr>
          <w:rFonts w:asciiTheme="majorHAnsi" w:hAnsiTheme="majorHAnsi" w:cstheme="majorHAnsi"/>
          <w:spacing w:val="-4"/>
        </w:rPr>
        <w:t xml:space="preserve"> </w:t>
      </w:r>
      <w:r w:rsidRPr="00902667">
        <w:rPr>
          <w:rFonts w:asciiTheme="majorHAnsi" w:hAnsiTheme="majorHAnsi" w:cstheme="majorHAnsi"/>
        </w:rPr>
        <w:t>you. Four weeks’ notice is also required from parents for any change of days to the agreed pattern.</w:t>
      </w:r>
    </w:p>
    <w:p w14:paraId="51C71FE0" w14:textId="0E991C7D" w:rsidR="00E51E8E" w:rsidRDefault="00E51E8E" w:rsidP="00E51E8E">
      <w:pPr>
        <w:pStyle w:val="Heading1"/>
        <w:spacing w:before="199"/>
        <w:rPr>
          <w:spacing w:val="-2"/>
        </w:rPr>
      </w:pPr>
      <w:r>
        <w:t>Additional Fees</w:t>
      </w:r>
      <w:r>
        <w:rPr>
          <w:spacing w:val="-2"/>
        </w:rPr>
        <w:t>:</w:t>
      </w:r>
    </w:p>
    <w:p w14:paraId="2569469F" w14:textId="77777777" w:rsidR="00E51E8E" w:rsidRDefault="00E51E8E" w:rsidP="00E51E8E">
      <w:pPr>
        <w:rPr>
          <w:rFonts w:asciiTheme="majorHAnsi" w:hAnsiTheme="majorHAnsi" w:cstheme="majorHAnsi"/>
        </w:rPr>
      </w:pPr>
      <w:r w:rsidRPr="00A66A08">
        <w:rPr>
          <w:rFonts w:asciiTheme="majorHAnsi" w:hAnsiTheme="majorHAnsi" w:cstheme="majorHAnsi"/>
        </w:rPr>
        <w:t>These charges contribute towards snacks</w:t>
      </w:r>
      <w:r>
        <w:rPr>
          <w:rFonts w:asciiTheme="majorHAnsi" w:hAnsiTheme="majorHAnsi" w:cstheme="majorHAnsi"/>
        </w:rPr>
        <w:t>**</w:t>
      </w:r>
      <w:r w:rsidRPr="00A66A08">
        <w:rPr>
          <w:rFonts w:asciiTheme="majorHAnsi" w:hAnsiTheme="majorHAnsi" w:cstheme="majorHAnsi"/>
        </w:rPr>
        <w:t xml:space="preserve"> and drinks, sun cream, cooking ingredients, celebration events, visitors, ICT sessions, library time, </w:t>
      </w:r>
      <w:r>
        <w:rPr>
          <w:rFonts w:asciiTheme="majorHAnsi" w:hAnsiTheme="majorHAnsi" w:cstheme="majorHAnsi"/>
        </w:rPr>
        <w:t xml:space="preserve">forest school, </w:t>
      </w:r>
      <w:r w:rsidRPr="00A66A08">
        <w:rPr>
          <w:rFonts w:asciiTheme="majorHAnsi" w:hAnsiTheme="majorHAnsi" w:cstheme="majorHAnsi"/>
        </w:rPr>
        <w:t>sports and more.</w:t>
      </w:r>
      <w:r>
        <w:rPr>
          <w:rFonts w:asciiTheme="majorHAnsi" w:hAnsiTheme="majorHAnsi" w:cstheme="majorHAnsi"/>
        </w:rPr>
        <w:t xml:space="preserve"> </w:t>
      </w:r>
    </w:p>
    <w:p w14:paraId="22E6A7ED" w14:textId="4CEA0F27" w:rsidR="00E51E8E" w:rsidRPr="00E51E8E" w:rsidRDefault="00E51E8E" w:rsidP="00E51E8E">
      <w:r>
        <w:rPr>
          <w:rFonts w:asciiTheme="majorHAnsi" w:hAnsiTheme="majorHAnsi" w:cstheme="majorHAnsi"/>
        </w:rPr>
        <w:t xml:space="preserve">**Parents who choose not to pay the additional charge for snacks and related provisions are welcome to provide their own snacks from home. However, in such cases, the preschool guidelines on food suitability must be strictly followed to ensure the health and safety of all children. These requirements, including restrictions on certain foods and the need for appropriate preparation, are outlined in full within our terms and conditions. We kindly ask all parents to </w:t>
      </w:r>
      <w:proofErr w:type="spellStart"/>
      <w:r>
        <w:rPr>
          <w:rFonts w:asciiTheme="majorHAnsi" w:hAnsiTheme="majorHAnsi" w:cstheme="majorHAnsi"/>
        </w:rPr>
        <w:t>familiari</w:t>
      </w:r>
      <w:r w:rsidR="00C334EF">
        <w:rPr>
          <w:rFonts w:asciiTheme="majorHAnsi" w:hAnsiTheme="majorHAnsi" w:cstheme="majorHAnsi"/>
        </w:rPr>
        <w:t>s</w:t>
      </w:r>
      <w:r>
        <w:rPr>
          <w:rFonts w:asciiTheme="majorHAnsi" w:hAnsiTheme="majorHAnsi" w:cstheme="majorHAnsi"/>
        </w:rPr>
        <w:t>e</w:t>
      </w:r>
      <w:proofErr w:type="spellEnd"/>
      <w:r>
        <w:rPr>
          <w:rFonts w:asciiTheme="majorHAnsi" w:hAnsiTheme="majorHAnsi" w:cstheme="majorHAnsi"/>
        </w:rPr>
        <w:t xml:space="preserve"> themselves with these guidelines prior to sending food into the setting</w:t>
      </w:r>
    </w:p>
    <w:tbl>
      <w:tblPr>
        <w:tblStyle w:val="TableGrid"/>
        <w:tblW w:w="0" w:type="auto"/>
        <w:tblLook w:val="04A0" w:firstRow="1" w:lastRow="0" w:firstColumn="1" w:lastColumn="0" w:noHBand="0" w:noVBand="1"/>
      </w:tblPr>
      <w:tblGrid>
        <w:gridCol w:w="1554"/>
        <w:gridCol w:w="7655"/>
        <w:gridCol w:w="1247"/>
      </w:tblGrid>
      <w:tr w:rsidR="00C334EF" w14:paraId="6AB9F77E" w14:textId="77777777" w:rsidTr="00C334EF">
        <w:trPr>
          <w:trHeight w:val="428"/>
        </w:trPr>
        <w:tc>
          <w:tcPr>
            <w:tcW w:w="10456" w:type="dxa"/>
            <w:gridSpan w:val="3"/>
            <w:vAlign w:val="center"/>
          </w:tcPr>
          <w:p w14:paraId="6BA9C365" w14:textId="1D53C787" w:rsidR="00C334EF" w:rsidRPr="00C334EF" w:rsidRDefault="00C334EF" w:rsidP="00C334EF">
            <w:pPr>
              <w:rPr>
                <w:rFonts w:asciiTheme="majorHAnsi" w:eastAsia="Times New Roman" w:hAnsiTheme="majorHAnsi" w:cstheme="majorHAnsi"/>
                <w:sz w:val="24"/>
                <w:szCs w:val="24"/>
                <w:lang w:val="en-GB" w:eastAsia="en-GB"/>
              </w:rPr>
            </w:pPr>
            <w:r>
              <w:rPr>
                <w:rFonts w:asciiTheme="majorHAnsi" w:eastAsia="Times New Roman" w:hAnsiTheme="majorHAnsi" w:cstheme="majorHAnsi"/>
                <w:sz w:val="24"/>
                <w:szCs w:val="24"/>
                <w:lang w:val="en-GB" w:eastAsia="en-GB"/>
              </w:rPr>
              <w:t>Please tick below:</w:t>
            </w:r>
          </w:p>
        </w:tc>
      </w:tr>
      <w:tr w:rsidR="00E51E8E" w14:paraId="2ED577A3" w14:textId="401396A9" w:rsidTr="00C334EF">
        <w:tc>
          <w:tcPr>
            <w:tcW w:w="1554" w:type="dxa"/>
            <w:vAlign w:val="center"/>
          </w:tcPr>
          <w:p w14:paraId="2DC481A0" w14:textId="6DDEE19B" w:rsidR="00E51E8E" w:rsidRPr="00E51E8E" w:rsidRDefault="00E51E8E" w:rsidP="00C334EF">
            <w:pPr>
              <w:spacing w:line="276" w:lineRule="auto"/>
              <w:rPr>
                <w:rFonts w:asciiTheme="majorHAnsi" w:hAnsiTheme="majorHAnsi" w:cstheme="majorHAnsi"/>
              </w:rPr>
            </w:pPr>
            <w:r w:rsidRPr="00E51E8E">
              <w:rPr>
                <w:rFonts w:asciiTheme="majorHAnsi" w:eastAsia="Times New Roman" w:hAnsiTheme="majorHAnsi" w:cstheme="majorHAnsi"/>
                <w:b/>
                <w:bCs/>
                <w:szCs w:val="24"/>
                <w:lang w:val="en-GB" w:eastAsia="en-GB"/>
              </w:rPr>
              <w:t xml:space="preserve">Option A: </w:t>
            </w:r>
            <w:r>
              <w:rPr>
                <w:rFonts w:asciiTheme="majorHAnsi" w:eastAsia="Times New Roman" w:hAnsiTheme="majorHAnsi" w:cstheme="majorHAnsi"/>
                <w:b/>
                <w:bCs/>
                <w:szCs w:val="24"/>
                <w:lang w:val="en-GB" w:eastAsia="en-GB"/>
              </w:rPr>
              <w:br/>
            </w:r>
            <w:r w:rsidRPr="00E51E8E">
              <w:rPr>
                <w:rFonts w:asciiTheme="majorHAnsi" w:eastAsia="Times New Roman" w:hAnsiTheme="majorHAnsi" w:cstheme="majorHAnsi"/>
                <w:b/>
                <w:bCs/>
                <w:szCs w:val="24"/>
                <w:lang w:val="en-GB" w:eastAsia="en-GB"/>
              </w:rPr>
              <w:t>Opt-</w:t>
            </w:r>
            <w:r w:rsidR="00C334EF">
              <w:rPr>
                <w:rFonts w:asciiTheme="majorHAnsi" w:eastAsia="Times New Roman" w:hAnsiTheme="majorHAnsi" w:cstheme="majorHAnsi"/>
                <w:b/>
                <w:bCs/>
                <w:szCs w:val="24"/>
                <w:lang w:val="en-GB" w:eastAsia="en-GB"/>
              </w:rPr>
              <w:t>i</w:t>
            </w:r>
            <w:r w:rsidRPr="00E51E8E">
              <w:rPr>
                <w:rFonts w:asciiTheme="majorHAnsi" w:eastAsia="Times New Roman" w:hAnsiTheme="majorHAnsi" w:cstheme="majorHAnsi"/>
                <w:b/>
                <w:bCs/>
                <w:szCs w:val="24"/>
                <w:lang w:val="en-GB" w:eastAsia="en-GB"/>
              </w:rPr>
              <w:t>n</w:t>
            </w:r>
          </w:p>
        </w:tc>
        <w:tc>
          <w:tcPr>
            <w:tcW w:w="7655" w:type="dxa"/>
            <w:vAlign w:val="center"/>
          </w:tcPr>
          <w:p w14:paraId="66ADA666" w14:textId="1C6CF523" w:rsidR="00E51E8E" w:rsidRPr="00C334EF" w:rsidRDefault="00E51E8E" w:rsidP="00C334EF">
            <w:pPr>
              <w:spacing w:line="276" w:lineRule="auto"/>
              <w:rPr>
                <w:rFonts w:asciiTheme="majorHAnsi" w:eastAsia="Times New Roman" w:hAnsiTheme="majorHAnsi" w:cstheme="majorHAnsi"/>
                <w:szCs w:val="24"/>
                <w:lang w:val="en-GB" w:eastAsia="en-GB"/>
              </w:rPr>
            </w:pPr>
            <w:r w:rsidRPr="00E51E8E">
              <w:rPr>
                <w:rFonts w:asciiTheme="majorHAnsi" w:eastAsia="Times New Roman" w:hAnsiTheme="majorHAnsi" w:cstheme="majorHAnsi"/>
                <w:szCs w:val="24"/>
                <w:lang w:val="en-GB" w:eastAsia="en-GB"/>
              </w:rPr>
              <w:t>I agree to pay the additional fees for the extra services provided by the school.</w:t>
            </w:r>
          </w:p>
        </w:tc>
        <w:tc>
          <w:tcPr>
            <w:tcW w:w="1247" w:type="dxa"/>
            <w:vAlign w:val="center"/>
          </w:tcPr>
          <w:p w14:paraId="4A87B7AC" w14:textId="34E9A694" w:rsidR="00E51E8E" w:rsidRPr="00E51E8E" w:rsidRDefault="00E51E8E" w:rsidP="00E51E8E">
            <w:pPr>
              <w:spacing w:line="276" w:lineRule="auto"/>
              <w:jc w:val="center"/>
              <w:rPr>
                <w:rFonts w:asciiTheme="majorHAnsi" w:eastAsia="Times New Roman" w:hAnsiTheme="majorHAnsi" w:cstheme="majorHAnsi"/>
                <w:szCs w:val="24"/>
                <w:lang w:val="en-GB" w:eastAsia="en-GB"/>
              </w:rPr>
            </w:pPr>
            <w:r w:rsidRPr="00C334EF">
              <w:rPr>
                <w:rFonts w:asciiTheme="majorHAnsi" w:eastAsia="Times New Roman" w:hAnsiTheme="majorHAnsi" w:cstheme="majorHAnsi"/>
                <w:sz w:val="72"/>
                <w:szCs w:val="24"/>
                <w:lang w:val="en-GB" w:eastAsia="en-GB"/>
              </w:rPr>
              <w:sym w:font="Wingdings" w:char="F0FA"/>
            </w:r>
          </w:p>
        </w:tc>
      </w:tr>
      <w:tr w:rsidR="00E51E8E" w14:paraId="6B9A14BB" w14:textId="5E8A756E" w:rsidTr="00E51E8E">
        <w:tc>
          <w:tcPr>
            <w:tcW w:w="1554" w:type="dxa"/>
          </w:tcPr>
          <w:p w14:paraId="643B51CF" w14:textId="04608C9A" w:rsidR="00E51E8E" w:rsidRPr="00E51E8E" w:rsidRDefault="00E51E8E" w:rsidP="00E51E8E">
            <w:pPr>
              <w:spacing w:line="276" w:lineRule="auto"/>
              <w:rPr>
                <w:rFonts w:asciiTheme="majorHAnsi" w:eastAsia="Times New Roman" w:hAnsiTheme="majorHAnsi" w:cstheme="majorHAnsi"/>
                <w:b/>
                <w:bCs/>
                <w:szCs w:val="24"/>
                <w:lang w:val="en-GB" w:eastAsia="en-GB"/>
              </w:rPr>
            </w:pPr>
            <w:r w:rsidRPr="00E51E8E">
              <w:rPr>
                <w:rFonts w:asciiTheme="majorHAnsi" w:eastAsia="Times New Roman" w:hAnsiTheme="majorHAnsi" w:cstheme="majorHAnsi"/>
                <w:b/>
                <w:bCs/>
                <w:szCs w:val="24"/>
                <w:lang w:val="en-GB" w:eastAsia="en-GB"/>
              </w:rPr>
              <w:t xml:space="preserve">Option B: </w:t>
            </w:r>
            <w:r>
              <w:rPr>
                <w:rFonts w:asciiTheme="majorHAnsi" w:eastAsia="Times New Roman" w:hAnsiTheme="majorHAnsi" w:cstheme="majorHAnsi"/>
                <w:b/>
                <w:bCs/>
                <w:szCs w:val="24"/>
                <w:lang w:val="en-GB" w:eastAsia="en-GB"/>
              </w:rPr>
              <w:br/>
            </w:r>
            <w:r w:rsidRPr="00E51E8E">
              <w:rPr>
                <w:rFonts w:asciiTheme="majorHAnsi" w:eastAsia="Times New Roman" w:hAnsiTheme="majorHAnsi" w:cstheme="majorHAnsi"/>
                <w:b/>
                <w:bCs/>
                <w:szCs w:val="24"/>
                <w:lang w:val="en-GB" w:eastAsia="en-GB"/>
              </w:rPr>
              <w:t>Opt-</w:t>
            </w:r>
            <w:r w:rsidR="00C334EF">
              <w:rPr>
                <w:rFonts w:asciiTheme="majorHAnsi" w:eastAsia="Times New Roman" w:hAnsiTheme="majorHAnsi" w:cstheme="majorHAnsi"/>
                <w:b/>
                <w:bCs/>
                <w:szCs w:val="24"/>
                <w:lang w:val="en-GB" w:eastAsia="en-GB"/>
              </w:rPr>
              <w:t>o</w:t>
            </w:r>
            <w:r w:rsidRPr="00E51E8E">
              <w:rPr>
                <w:rFonts w:asciiTheme="majorHAnsi" w:eastAsia="Times New Roman" w:hAnsiTheme="majorHAnsi" w:cstheme="majorHAnsi"/>
                <w:b/>
                <w:bCs/>
                <w:szCs w:val="24"/>
                <w:lang w:val="en-GB" w:eastAsia="en-GB"/>
              </w:rPr>
              <w:t>ut</w:t>
            </w:r>
          </w:p>
        </w:tc>
        <w:tc>
          <w:tcPr>
            <w:tcW w:w="7655" w:type="dxa"/>
          </w:tcPr>
          <w:p w14:paraId="52BE5A46" w14:textId="1E22029F" w:rsidR="00E51E8E" w:rsidRPr="00E51E8E" w:rsidRDefault="00E51E8E" w:rsidP="00E51E8E">
            <w:pPr>
              <w:spacing w:line="276" w:lineRule="auto"/>
              <w:rPr>
                <w:rFonts w:asciiTheme="majorHAnsi" w:eastAsia="Times New Roman" w:hAnsiTheme="majorHAnsi" w:cstheme="majorHAnsi"/>
                <w:szCs w:val="24"/>
                <w:lang w:val="en-GB" w:eastAsia="en-GB"/>
              </w:rPr>
            </w:pPr>
            <w:r w:rsidRPr="00E51E8E">
              <w:rPr>
                <w:rFonts w:asciiTheme="majorHAnsi" w:eastAsia="Times New Roman" w:hAnsiTheme="majorHAnsi" w:cstheme="majorHAnsi"/>
                <w:szCs w:val="24"/>
                <w:lang w:val="en-GB" w:eastAsia="en-GB"/>
              </w:rPr>
              <w:t xml:space="preserve">I choose not to pay the additional fees. I agree to supply all snacks, </w:t>
            </w:r>
            <w:r w:rsidR="00C334EF">
              <w:rPr>
                <w:rFonts w:asciiTheme="majorHAnsi" w:eastAsia="Times New Roman" w:hAnsiTheme="majorHAnsi" w:cstheme="majorHAnsi"/>
                <w:szCs w:val="24"/>
                <w:lang w:val="en-GB" w:eastAsia="en-GB"/>
              </w:rPr>
              <w:t xml:space="preserve">drinks, </w:t>
            </w:r>
            <w:r w:rsidR="00C334EF" w:rsidRPr="00E51E8E">
              <w:rPr>
                <w:rFonts w:asciiTheme="majorHAnsi" w:eastAsia="Times New Roman" w:hAnsiTheme="majorHAnsi" w:cstheme="majorHAnsi"/>
                <w:szCs w:val="24"/>
                <w:lang w:val="en-GB" w:eastAsia="en-GB"/>
              </w:rPr>
              <w:t>sun cream</w:t>
            </w:r>
            <w:r w:rsidR="00C334EF">
              <w:rPr>
                <w:rFonts w:asciiTheme="majorHAnsi" w:eastAsia="Times New Roman" w:hAnsiTheme="majorHAnsi" w:cstheme="majorHAnsi"/>
                <w:szCs w:val="24"/>
                <w:lang w:val="en-GB" w:eastAsia="en-GB"/>
              </w:rPr>
              <w:t xml:space="preserve"> etc</w:t>
            </w:r>
            <w:r w:rsidRPr="00E51E8E">
              <w:rPr>
                <w:rFonts w:asciiTheme="majorHAnsi" w:eastAsia="Times New Roman" w:hAnsiTheme="majorHAnsi" w:cstheme="majorHAnsi"/>
                <w:szCs w:val="24"/>
                <w:lang w:val="en-GB" w:eastAsia="en-GB"/>
              </w:rPr>
              <w:t xml:space="preserve"> for my child. I understand that my child will not participate in certain activities, such as Forest School. If I fail to provide these daily essentials, I will be charged the additional fees for those days.</w:t>
            </w:r>
          </w:p>
        </w:tc>
        <w:tc>
          <w:tcPr>
            <w:tcW w:w="1247" w:type="dxa"/>
            <w:vAlign w:val="center"/>
          </w:tcPr>
          <w:p w14:paraId="00C7E617" w14:textId="4D443B4F" w:rsidR="00E51E8E" w:rsidRPr="00E51E8E" w:rsidRDefault="00E51E8E" w:rsidP="00E51E8E">
            <w:pPr>
              <w:spacing w:line="276" w:lineRule="auto"/>
              <w:jc w:val="center"/>
              <w:rPr>
                <w:rFonts w:asciiTheme="majorHAnsi" w:eastAsia="Times New Roman" w:hAnsiTheme="majorHAnsi" w:cstheme="majorHAnsi"/>
                <w:szCs w:val="24"/>
                <w:lang w:val="en-GB" w:eastAsia="en-GB"/>
              </w:rPr>
            </w:pPr>
            <w:r w:rsidRPr="00C334EF">
              <w:rPr>
                <w:rFonts w:asciiTheme="majorHAnsi" w:eastAsia="Times New Roman" w:hAnsiTheme="majorHAnsi" w:cstheme="majorHAnsi"/>
                <w:sz w:val="72"/>
                <w:szCs w:val="24"/>
                <w:lang w:val="en-GB" w:eastAsia="en-GB"/>
              </w:rPr>
              <w:sym w:font="Wingdings" w:char="F0FA"/>
            </w:r>
          </w:p>
        </w:tc>
      </w:tr>
    </w:tbl>
    <w:p w14:paraId="223C3699" w14:textId="35DD0F27" w:rsidR="00C334EF" w:rsidRDefault="00C334EF" w:rsidP="00C334EF">
      <w:pPr>
        <w:pStyle w:val="Heading1"/>
        <w:spacing w:before="41"/>
      </w:pPr>
      <w:r>
        <w:br/>
        <w:t>Preschool</w:t>
      </w:r>
      <w:r>
        <w:rPr>
          <w:spacing w:val="-2"/>
        </w:rPr>
        <w:t xml:space="preserve"> </w:t>
      </w:r>
      <w:r>
        <w:t>Policies</w:t>
      </w:r>
      <w:r>
        <w:rPr>
          <w:spacing w:val="-4"/>
        </w:rPr>
        <w:t xml:space="preserve"> </w:t>
      </w:r>
      <w:r>
        <w:t>and</w:t>
      </w:r>
      <w:r>
        <w:rPr>
          <w:spacing w:val="-5"/>
        </w:rPr>
        <w:t xml:space="preserve"> </w:t>
      </w:r>
      <w:r>
        <w:rPr>
          <w:spacing w:val="-2"/>
        </w:rPr>
        <w:t>Procedures:</w:t>
      </w:r>
    </w:p>
    <w:p w14:paraId="7B0762B8" w14:textId="77777777" w:rsidR="00C334EF" w:rsidRPr="00902667" w:rsidRDefault="00C334EF" w:rsidP="00C334EF">
      <w:pPr>
        <w:pStyle w:val="BodyText"/>
        <w:rPr>
          <w:rFonts w:asciiTheme="majorHAnsi" w:hAnsiTheme="majorHAnsi" w:cstheme="majorHAnsi"/>
        </w:rPr>
      </w:pPr>
      <w:r w:rsidRPr="00902667">
        <w:rPr>
          <w:rFonts w:asciiTheme="majorHAnsi" w:hAnsiTheme="majorHAnsi" w:cstheme="majorHAnsi"/>
        </w:rPr>
        <w:t>Parents</w:t>
      </w:r>
      <w:r w:rsidRPr="00902667">
        <w:rPr>
          <w:rFonts w:asciiTheme="majorHAnsi" w:hAnsiTheme="majorHAnsi" w:cstheme="majorHAnsi"/>
          <w:spacing w:val="-4"/>
        </w:rPr>
        <w:t xml:space="preserve"> </w:t>
      </w:r>
      <w:r w:rsidRPr="00902667">
        <w:rPr>
          <w:rFonts w:asciiTheme="majorHAnsi" w:hAnsiTheme="majorHAnsi" w:cstheme="majorHAnsi"/>
        </w:rPr>
        <w:t>are</w:t>
      </w:r>
      <w:r w:rsidRPr="00902667">
        <w:rPr>
          <w:rFonts w:asciiTheme="majorHAnsi" w:hAnsiTheme="majorHAnsi" w:cstheme="majorHAnsi"/>
          <w:spacing w:val="-3"/>
        </w:rPr>
        <w:t xml:space="preserve"> </w:t>
      </w:r>
      <w:r w:rsidRPr="00902667">
        <w:rPr>
          <w:rFonts w:asciiTheme="majorHAnsi" w:hAnsiTheme="majorHAnsi" w:cstheme="majorHAnsi"/>
        </w:rPr>
        <w:t>requested</w:t>
      </w:r>
      <w:r w:rsidRPr="00902667">
        <w:rPr>
          <w:rFonts w:asciiTheme="majorHAnsi" w:hAnsiTheme="majorHAnsi" w:cstheme="majorHAnsi"/>
          <w:spacing w:val="-1"/>
        </w:rPr>
        <w:t xml:space="preserve"> </w:t>
      </w:r>
      <w:r w:rsidRPr="00902667">
        <w:rPr>
          <w:rFonts w:asciiTheme="majorHAnsi" w:hAnsiTheme="majorHAnsi" w:cstheme="majorHAnsi"/>
        </w:rPr>
        <w:t>to</w:t>
      </w:r>
      <w:r w:rsidRPr="00902667">
        <w:rPr>
          <w:rFonts w:asciiTheme="majorHAnsi" w:hAnsiTheme="majorHAnsi" w:cstheme="majorHAnsi"/>
          <w:spacing w:val="-1"/>
        </w:rPr>
        <w:t xml:space="preserve"> </w:t>
      </w:r>
      <w:r w:rsidRPr="00902667">
        <w:rPr>
          <w:rFonts w:asciiTheme="majorHAnsi" w:hAnsiTheme="majorHAnsi" w:cstheme="majorHAnsi"/>
        </w:rPr>
        <w:t>read</w:t>
      </w:r>
      <w:r w:rsidRPr="00902667">
        <w:rPr>
          <w:rFonts w:asciiTheme="majorHAnsi" w:hAnsiTheme="majorHAnsi" w:cstheme="majorHAnsi"/>
          <w:spacing w:val="-2"/>
        </w:rPr>
        <w:t xml:space="preserve"> </w:t>
      </w:r>
      <w:r w:rsidRPr="00902667">
        <w:rPr>
          <w:rFonts w:asciiTheme="majorHAnsi" w:hAnsiTheme="majorHAnsi" w:cstheme="majorHAnsi"/>
        </w:rPr>
        <w:t>and</w:t>
      </w:r>
      <w:r w:rsidRPr="00902667">
        <w:rPr>
          <w:rFonts w:asciiTheme="majorHAnsi" w:hAnsiTheme="majorHAnsi" w:cstheme="majorHAnsi"/>
          <w:spacing w:val="-1"/>
        </w:rPr>
        <w:t xml:space="preserve"> </w:t>
      </w:r>
      <w:r w:rsidRPr="00902667">
        <w:rPr>
          <w:rFonts w:asciiTheme="majorHAnsi" w:hAnsiTheme="majorHAnsi" w:cstheme="majorHAnsi"/>
        </w:rPr>
        <w:t>adhere</w:t>
      </w:r>
      <w:r w:rsidRPr="00902667">
        <w:rPr>
          <w:rFonts w:asciiTheme="majorHAnsi" w:hAnsiTheme="majorHAnsi" w:cstheme="majorHAnsi"/>
          <w:spacing w:val="-3"/>
        </w:rPr>
        <w:t xml:space="preserve"> </w:t>
      </w:r>
      <w:r w:rsidRPr="00902667">
        <w:rPr>
          <w:rFonts w:asciiTheme="majorHAnsi" w:hAnsiTheme="majorHAnsi" w:cstheme="majorHAnsi"/>
        </w:rPr>
        <w:t>to</w:t>
      </w:r>
      <w:r w:rsidRPr="00902667">
        <w:rPr>
          <w:rFonts w:asciiTheme="majorHAnsi" w:hAnsiTheme="majorHAnsi" w:cstheme="majorHAnsi"/>
          <w:spacing w:val="-3"/>
        </w:rPr>
        <w:t xml:space="preserve"> </w:t>
      </w:r>
      <w:r w:rsidRPr="00902667">
        <w:rPr>
          <w:rFonts w:asciiTheme="majorHAnsi" w:hAnsiTheme="majorHAnsi" w:cstheme="majorHAnsi"/>
        </w:rPr>
        <w:t>all</w:t>
      </w:r>
      <w:r w:rsidRPr="00902667">
        <w:rPr>
          <w:rFonts w:asciiTheme="majorHAnsi" w:hAnsiTheme="majorHAnsi" w:cstheme="majorHAnsi"/>
          <w:spacing w:val="-1"/>
        </w:rPr>
        <w:t xml:space="preserve"> </w:t>
      </w:r>
      <w:r w:rsidRPr="00902667">
        <w:rPr>
          <w:rFonts w:asciiTheme="majorHAnsi" w:hAnsiTheme="majorHAnsi" w:cstheme="majorHAnsi"/>
        </w:rPr>
        <w:t>relevant</w:t>
      </w:r>
      <w:r w:rsidRPr="00902667">
        <w:rPr>
          <w:rFonts w:asciiTheme="majorHAnsi" w:hAnsiTheme="majorHAnsi" w:cstheme="majorHAnsi"/>
          <w:spacing w:val="-1"/>
        </w:rPr>
        <w:t xml:space="preserve"> </w:t>
      </w:r>
      <w:r w:rsidRPr="00902667">
        <w:rPr>
          <w:rFonts w:asciiTheme="majorHAnsi" w:hAnsiTheme="majorHAnsi" w:cstheme="majorHAnsi"/>
        </w:rPr>
        <w:t>policies</w:t>
      </w:r>
      <w:r w:rsidRPr="00902667">
        <w:rPr>
          <w:rFonts w:asciiTheme="majorHAnsi" w:hAnsiTheme="majorHAnsi" w:cstheme="majorHAnsi"/>
          <w:spacing w:val="-3"/>
        </w:rPr>
        <w:t xml:space="preserve"> </w:t>
      </w:r>
      <w:r w:rsidRPr="00902667">
        <w:rPr>
          <w:rFonts w:asciiTheme="majorHAnsi" w:hAnsiTheme="majorHAnsi" w:cstheme="majorHAnsi"/>
        </w:rPr>
        <w:t>and</w:t>
      </w:r>
      <w:r w:rsidRPr="00902667">
        <w:rPr>
          <w:rFonts w:asciiTheme="majorHAnsi" w:hAnsiTheme="majorHAnsi" w:cstheme="majorHAnsi"/>
          <w:spacing w:val="-1"/>
        </w:rPr>
        <w:t xml:space="preserve"> </w:t>
      </w:r>
      <w:r w:rsidRPr="00902667">
        <w:rPr>
          <w:rFonts w:asciiTheme="majorHAnsi" w:hAnsiTheme="majorHAnsi" w:cstheme="majorHAnsi"/>
        </w:rPr>
        <w:t>procedures.</w:t>
      </w:r>
      <w:r w:rsidRPr="00902667">
        <w:rPr>
          <w:rFonts w:asciiTheme="majorHAnsi" w:hAnsiTheme="majorHAnsi" w:cstheme="majorHAnsi"/>
          <w:spacing w:val="-3"/>
        </w:rPr>
        <w:t xml:space="preserve"> </w:t>
      </w:r>
      <w:r w:rsidRPr="00902667">
        <w:rPr>
          <w:rFonts w:asciiTheme="majorHAnsi" w:hAnsiTheme="majorHAnsi" w:cstheme="majorHAnsi"/>
        </w:rPr>
        <w:t>These</w:t>
      </w:r>
      <w:r w:rsidRPr="00902667">
        <w:rPr>
          <w:rFonts w:asciiTheme="majorHAnsi" w:hAnsiTheme="majorHAnsi" w:cstheme="majorHAnsi"/>
          <w:spacing w:val="-4"/>
        </w:rPr>
        <w:t xml:space="preserve"> </w:t>
      </w:r>
      <w:r w:rsidRPr="00902667">
        <w:rPr>
          <w:rFonts w:asciiTheme="majorHAnsi" w:hAnsiTheme="majorHAnsi" w:cstheme="majorHAnsi"/>
        </w:rPr>
        <w:t>are</w:t>
      </w:r>
      <w:r w:rsidRPr="00902667">
        <w:rPr>
          <w:rFonts w:asciiTheme="majorHAnsi" w:hAnsiTheme="majorHAnsi" w:cstheme="majorHAnsi"/>
          <w:spacing w:val="-3"/>
        </w:rPr>
        <w:t xml:space="preserve"> </w:t>
      </w:r>
      <w:r w:rsidRPr="00902667">
        <w:rPr>
          <w:rFonts w:asciiTheme="majorHAnsi" w:hAnsiTheme="majorHAnsi" w:cstheme="majorHAnsi"/>
        </w:rPr>
        <w:t>available</w:t>
      </w:r>
      <w:r w:rsidRPr="00902667">
        <w:rPr>
          <w:rFonts w:asciiTheme="majorHAnsi" w:hAnsiTheme="majorHAnsi" w:cstheme="majorHAnsi"/>
          <w:spacing w:val="-3"/>
        </w:rPr>
        <w:t xml:space="preserve"> on the school website</w:t>
      </w:r>
      <w:r w:rsidRPr="00902667">
        <w:rPr>
          <w:rFonts w:asciiTheme="majorHAnsi" w:hAnsiTheme="majorHAnsi" w:cstheme="majorHAnsi"/>
        </w:rPr>
        <w:t>.</w:t>
      </w:r>
    </w:p>
    <w:p w14:paraId="50F43EBB" w14:textId="77777777" w:rsidR="00E51E8E" w:rsidRPr="00902667" w:rsidRDefault="00E51E8E" w:rsidP="00CD5BA8">
      <w:pPr>
        <w:pStyle w:val="BodyText"/>
        <w:spacing w:before="201"/>
        <w:ind w:right="174"/>
        <w:jc w:val="both"/>
        <w:rPr>
          <w:rFonts w:asciiTheme="majorHAnsi" w:hAnsiTheme="majorHAnsi" w:cstheme="majorHAnsi"/>
        </w:rPr>
      </w:pPr>
    </w:p>
    <w:p w14:paraId="5DCB42A6" w14:textId="77777777" w:rsidR="00902667" w:rsidRDefault="00902667" w:rsidP="00E51E8E">
      <w:pPr>
        <w:pStyle w:val="Heading1"/>
        <w:spacing w:before="201"/>
        <w:jc w:val="both"/>
      </w:pPr>
      <w:r>
        <w:lastRenderedPageBreak/>
        <w:t>Children’s</w:t>
      </w:r>
      <w:r>
        <w:rPr>
          <w:spacing w:val="-5"/>
        </w:rPr>
        <w:t xml:space="preserve"> </w:t>
      </w:r>
      <w:r>
        <w:t>Information</w:t>
      </w:r>
      <w:r>
        <w:rPr>
          <w:spacing w:val="-5"/>
        </w:rPr>
        <w:t xml:space="preserve"> </w:t>
      </w:r>
      <w:r>
        <w:t>and</w:t>
      </w:r>
      <w:r>
        <w:rPr>
          <w:spacing w:val="-6"/>
        </w:rPr>
        <w:t xml:space="preserve"> </w:t>
      </w:r>
      <w:r>
        <w:t>Personal</w:t>
      </w:r>
      <w:r>
        <w:rPr>
          <w:spacing w:val="-3"/>
        </w:rPr>
        <w:t xml:space="preserve"> </w:t>
      </w:r>
      <w:r>
        <w:rPr>
          <w:spacing w:val="-2"/>
        </w:rPr>
        <w:t>Records:</w:t>
      </w:r>
    </w:p>
    <w:p w14:paraId="038E62CC" w14:textId="3A0E2943" w:rsidR="00902667" w:rsidRPr="00902667" w:rsidRDefault="00902667" w:rsidP="00C334EF">
      <w:pPr>
        <w:pStyle w:val="BodyText"/>
        <w:ind w:right="43"/>
        <w:rPr>
          <w:rFonts w:asciiTheme="majorHAnsi" w:hAnsiTheme="majorHAnsi" w:cstheme="majorHAnsi"/>
        </w:rPr>
      </w:pPr>
      <w:r w:rsidRPr="00902667">
        <w:rPr>
          <w:rFonts w:asciiTheme="majorHAnsi" w:hAnsiTheme="majorHAnsi" w:cstheme="majorHAnsi"/>
        </w:rPr>
        <w:t>You</w:t>
      </w:r>
      <w:r w:rsidRPr="00902667">
        <w:rPr>
          <w:rFonts w:asciiTheme="majorHAnsi" w:hAnsiTheme="majorHAnsi" w:cstheme="majorHAnsi"/>
          <w:spacing w:val="-1"/>
        </w:rPr>
        <w:t xml:space="preserve"> </w:t>
      </w:r>
      <w:r w:rsidRPr="00902667">
        <w:rPr>
          <w:rFonts w:asciiTheme="majorHAnsi" w:hAnsiTheme="majorHAnsi" w:cstheme="majorHAnsi"/>
        </w:rPr>
        <w:t>are</w:t>
      </w:r>
      <w:r w:rsidRPr="00902667">
        <w:rPr>
          <w:rFonts w:asciiTheme="majorHAnsi" w:hAnsiTheme="majorHAnsi" w:cstheme="majorHAnsi"/>
          <w:spacing w:val="-1"/>
        </w:rPr>
        <w:t xml:space="preserve"> </w:t>
      </w:r>
      <w:r w:rsidRPr="00902667">
        <w:rPr>
          <w:rFonts w:asciiTheme="majorHAnsi" w:hAnsiTheme="majorHAnsi" w:cstheme="majorHAnsi"/>
        </w:rPr>
        <w:t>required</w:t>
      </w:r>
      <w:r w:rsidRPr="00902667">
        <w:rPr>
          <w:rFonts w:asciiTheme="majorHAnsi" w:hAnsiTheme="majorHAnsi" w:cstheme="majorHAnsi"/>
          <w:spacing w:val="-4"/>
        </w:rPr>
        <w:t xml:space="preserve"> </w:t>
      </w:r>
      <w:r w:rsidRPr="00902667">
        <w:rPr>
          <w:rFonts w:asciiTheme="majorHAnsi" w:hAnsiTheme="majorHAnsi" w:cstheme="majorHAnsi"/>
        </w:rPr>
        <w:t>to</w:t>
      </w:r>
      <w:r w:rsidRPr="00902667">
        <w:rPr>
          <w:rFonts w:asciiTheme="majorHAnsi" w:hAnsiTheme="majorHAnsi" w:cstheme="majorHAnsi"/>
          <w:spacing w:val="-3"/>
        </w:rPr>
        <w:t xml:space="preserve"> </w:t>
      </w:r>
      <w:r w:rsidRPr="00902667">
        <w:rPr>
          <w:rFonts w:asciiTheme="majorHAnsi" w:hAnsiTheme="majorHAnsi" w:cstheme="majorHAnsi"/>
        </w:rPr>
        <w:t>complete</w:t>
      </w:r>
      <w:r w:rsidRPr="00902667">
        <w:rPr>
          <w:rFonts w:asciiTheme="majorHAnsi" w:hAnsiTheme="majorHAnsi" w:cstheme="majorHAnsi"/>
          <w:spacing w:val="-1"/>
        </w:rPr>
        <w:t xml:space="preserve"> </w:t>
      </w:r>
      <w:r w:rsidRPr="00902667">
        <w:rPr>
          <w:rFonts w:asciiTheme="majorHAnsi" w:hAnsiTheme="majorHAnsi" w:cstheme="majorHAnsi"/>
        </w:rPr>
        <w:t>and</w:t>
      </w:r>
      <w:r w:rsidRPr="00902667">
        <w:rPr>
          <w:rFonts w:asciiTheme="majorHAnsi" w:hAnsiTheme="majorHAnsi" w:cstheme="majorHAnsi"/>
          <w:spacing w:val="-2"/>
        </w:rPr>
        <w:t xml:space="preserve"> </w:t>
      </w:r>
      <w:r w:rsidRPr="00902667">
        <w:rPr>
          <w:rFonts w:asciiTheme="majorHAnsi" w:hAnsiTheme="majorHAnsi" w:cstheme="majorHAnsi"/>
        </w:rPr>
        <w:t>sign</w:t>
      </w:r>
      <w:r w:rsidRPr="00902667">
        <w:rPr>
          <w:rFonts w:asciiTheme="majorHAnsi" w:hAnsiTheme="majorHAnsi" w:cstheme="majorHAnsi"/>
          <w:spacing w:val="-2"/>
        </w:rPr>
        <w:t xml:space="preserve"> </w:t>
      </w:r>
      <w:r w:rsidRPr="00902667">
        <w:rPr>
          <w:rFonts w:asciiTheme="majorHAnsi" w:hAnsiTheme="majorHAnsi" w:cstheme="majorHAnsi"/>
        </w:rPr>
        <w:t>a</w:t>
      </w:r>
      <w:r w:rsidRPr="00902667">
        <w:rPr>
          <w:rFonts w:asciiTheme="majorHAnsi" w:hAnsiTheme="majorHAnsi" w:cstheme="majorHAnsi"/>
          <w:spacing w:val="-3"/>
        </w:rPr>
        <w:t xml:space="preserve"> </w:t>
      </w:r>
      <w:r w:rsidRPr="00902667">
        <w:rPr>
          <w:rFonts w:asciiTheme="majorHAnsi" w:hAnsiTheme="majorHAnsi" w:cstheme="majorHAnsi"/>
        </w:rPr>
        <w:t>comprehensive</w:t>
      </w:r>
      <w:r w:rsidRPr="00902667">
        <w:rPr>
          <w:rFonts w:asciiTheme="majorHAnsi" w:hAnsiTheme="majorHAnsi" w:cstheme="majorHAnsi"/>
          <w:spacing w:val="-3"/>
        </w:rPr>
        <w:t xml:space="preserve"> </w:t>
      </w:r>
      <w:r w:rsidRPr="00902667">
        <w:rPr>
          <w:rFonts w:asciiTheme="majorHAnsi" w:hAnsiTheme="majorHAnsi" w:cstheme="majorHAnsi"/>
        </w:rPr>
        <w:t>admission</w:t>
      </w:r>
      <w:r w:rsidRPr="00902667">
        <w:rPr>
          <w:rFonts w:asciiTheme="majorHAnsi" w:hAnsiTheme="majorHAnsi" w:cstheme="majorHAnsi"/>
          <w:spacing w:val="-2"/>
        </w:rPr>
        <w:t xml:space="preserve"> </w:t>
      </w:r>
      <w:r w:rsidRPr="00902667">
        <w:rPr>
          <w:rFonts w:asciiTheme="majorHAnsi" w:hAnsiTheme="majorHAnsi" w:cstheme="majorHAnsi"/>
        </w:rPr>
        <w:t>form prior</w:t>
      </w:r>
      <w:r w:rsidRPr="00902667">
        <w:rPr>
          <w:rFonts w:asciiTheme="majorHAnsi" w:hAnsiTheme="majorHAnsi" w:cstheme="majorHAnsi"/>
          <w:spacing w:val="-1"/>
        </w:rPr>
        <w:t xml:space="preserve"> </w:t>
      </w:r>
      <w:r w:rsidRPr="00902667">
        <w:rPr>
          <w:rFonts w:asciiTheme="majorHAnsi" w:hAnsiTheme="majorHAnsi" w:cstheme="majorHAnsi"/>
        </w:rPr>
        <w:t>to</w:t>
      </w:r>
      <w:r w:rsidRPr="00902667">
        <w:rPr>
          <w:rFonts w:asciiTheme="majorHAnsi" w:hAnsiTheme="majorHAnsi" w:cstheme="majorHAnsi"/>
          <w:spacing w:val="-3"/>
        </w:rPr>
        <w:t xml:space="preserve"> </w:t>
      </w:r>
      <w:r w:rsidRPr="00902667">
        <w:rPr>
          <w:rFonts w:asciiTheme="majorHAnsi" w:hAnsiTheme="majorHAnsi" w:cstheme="majorHAnsi"/>
        </w:rPr>
        <w:t>your</w:t>
      </w:r>
      <w:r w:rsidRPr="00902667">
        <w:rPr>
          <w:rFonts w:asciiTheme="majorHAnsi" w:hAnsiTheme="majorHAnsi" w:cstheme="majorHAnsi"/>
          <w:spacing w:val="-1"/>
        </w:rPr>
        <w:t xml:space="preserve"> </w:t>
      </w:r>
      <w:r w:rsidRPr="00902667">
        <w:rPr>
          <w:rFonts w:asciiTheme="majorHAnsi" w:hAnsiTheme="majorHAnsi" w:cstheme="majorHAnsi"/>
        </w:rPr>
        <w:t>child</w:t>
      </w:r>
      <w:r w:rsidRPr="00902667">
        <w:rPr>
          <w:rFonts w:asciiTheme="majorHAnsi" w:hAnsiTheme="majorHAnsi" w:cstheme="majorHAnsi"/>
          <w:spacing w:val="-2"/>
        </w:rPr>
        <w:t xml:space="preserve"> </w:t>
      </w:r>
      <w:r w:rsidRPr="00902667">
        <w:rPr>
          <w:rFonts w:asciiTheme="majorHAnsi" w:hAnsiTheme="majorHAnsi" w:cstheme="majorHAnsi"/>
        </w:rPr>
        <w:t>starting</w:t>
      </w:r>
      <w:r w:rsidRPr="00902667">
        <w:rPr>
          <w:rFonts w:asciiTheme="majorHAnsi" w:hAnsiTheme="majorHAnsi" w:cstheme="majorHAnsi"/>
          <w:spacing w:val="-3"/>
        </w:rPr>
        <w:t xml:space="preserve"> </w:t>
      </w:r>
      <w:r w:rsidRPr="00902667">
        <w:rPr>
          <w:rFonts w:asciiTheme="majorHAnsi" w:hAnsiTheme="majorHAnsi" w:cstheme="majorHAnsi"/>
        </w:rPr>
        <w:t>the</w:t>
      </w:r>
      <w:r w:rsidRPr="00902667">
        <w:rPr>
          <w:rFonts w:asciiTheme="majorHAnsi" w:hAnsiTheme="majorHAnsi" w:cstheme="majorHAnsi"/>
          <w:spacing w:val="-3"/>
        </w:rPr>
        <w:t xml:space="preserve"> </w:t>
      </w:r>
      <w:r w:rsidRPr="00902667">
        <w:rPr>
          <w:rFonts w:asciiTheme="majorHAnsi" w:hAnsiTheme="majorHAnsi" w:cstheme="majorHAnsi"/>
        </w:rPr>
        <w:t>Preschool. This information will be kept on file and referred to when necessary. It is parent’s responsibility to update a</w:t>
      </w:r>
      <w:r w:rsidRPr="00902667">
        <w:rPr>
          <w:rFonts w:asciiTheme="majorHAnsi" w:hAnsiTheme="majorHAnsi" w:cstheme="majorHAnsi"/>
          <w:spacing w:val="40"/>
        </w:rPr>
        <w:t xml:space="preserve"> </w:t>
      </w:r>
      <w:r w:rsidRPr="00902667">
        <w:rPr>
          <w:rFonts w:asciiTheme="majorHAnsi" w:hAnsiTheme="majorHAnsi" w:cstheme="majorHAnsi"/>
        </w:rPr>
        <w:t>child’s contact or medical information with Little Oaks Preschool.</w:t>
      </w:r>
      <w:r w:rsidR="00C334EF">
        <w:rPr>
          <w:rFonts w:asciiTheme="majorHAnsi" w:hAnsiTheme="majorHAnsi" w:cstheme="majorHAnsi"/>
        </w:rPr>
        <w:t xml:space="preserve"> I</w:t>
      </w:r>
      <w:r w:rsidRPr="00902667">
        <w:rPr>
          <w:rFonts w:asciiTheme="majorHAnsi" w:hAnsiTheme="majorHAnsi" w:cstheme="majorHAnsi"/>
        </w:rPr>
        <w:t>n</w:t>
      </w:r>
      <w:r w:rsidRPr="00902667">
        <w:rPr>
          <w:rFonts w:asciiTheme="majorHAnsi" w:hAnsiTheme="majorHAnsi" w:cstheme="majorHAnsi"/>
          <w:spacing w:val="-2"/>
        </w:rPr>
        <w:t xml:space="preserve"> </w:t>
      </w:r>
      <w:r w:rsidRPr="00902667">
        <w:rPr>
          <w:rFonts w:asciiTheme="majorHAnsi" w:hAnsiTheme="majorHAnsi" w:cstheme="majorHAnsi"/>
        </w:rPr>
        <w:t>line</w:t>
      </w:r>
      <w:r w:rsidRPr="00902667">
        <w:rPr>
          <w:rFonts w:asciiTheme="majorHAnsi" w:hAnsiTheme="majorHAnsi" w:cstheme="majorHAnsi"/>
          <w:spacing w:val="-1"/>
        </w:rPr>
        <w:t xml:space="preserve"> </w:t>
      </w:r>
      <w:r w:rsidRPr="00902667">
        <w:rPr>
          <w:rFonts w:asciiTheme="majorHAnsi" w:hAnsiTheme="majorHAnsi" w:cstheme="majorHAnsi"/>
        </w:rPr>
        <w:t>with</w:t>
      </w:r>
      <w:r w:rsidRPr="00902667">
        <w:rPr>
          <w:rFonts w:asciiTheme="majorHAnsi" w:hAnsiTheme="majorHAnsi" w:cstheme="majorHAnsi"/>
          <w:spacing w:val="-4"/>
        </w:rPr>
        <w:t xml:space="preserve"> </w:t>
      </w:r>
      <w:r w:rsidRPr="00902667">
        <w:rPr>
          <w:rFonts w:asciiTheme="majorHAnsi" w:hAnsiTheme="majorHAnsi" w:cstheme="majorHAnsi"/>
        </w:rPr>
        <w:t>current Safeguarding</w:t>
      </w:r>
      <w:r w:rsidRPr="00902667">
        <w:rPr>
          <w:rFonts w:asciiTheme="majorHAnsi" w:hAnsiTheme="majorHAnsi" w:cstheme="majorHAnsi"/>
          <w:spacing w:val="-1"/>
        </w:rPr>
        <w:t xml:space="preserve"> </w:t>
      </w:r>
      <w:r w:rsidRPr="00902667">
        <w:rPr>
          <w:rFonts w:asciiTheme="majorHAnsi" w:hAnsiTheme="majorHAnsi" w:cstheme="majorHAnsi"/>
        </w:rPr>
        <w:t>and</w:t>
      </w:r>
      <w:r w:rsidRPr="00902667">
        <w:rPr>
          <w:rFonts w:asciiTheme="majorHAnsi" w:hAnsiTheme="majorHAnsi" w:cstheme="majorHAnsi"/>
          <w:spacing w:val="-1"/>
        </w:rPr>
        <w:t xml:space="preserve"> </w:t>
      </w:r>
      <w:r w:rsidRPr="00902667">
        <w:rPr>
          <w:rFonts w:asciiTheme="majorHAnsi" w:hAnsiTheme="majorHAnsi" w:cstheme="majorHAnsi"/>
        </w:rPr>
        <w:t>Welfare</w:t>
      </w:r>
      <w:r w:rsidRPr="00902667">
        <w:rPr>
          <w:rFonts w:asciiTheme="majorHAnsi" w:hAnsiTheme="majorHAnsi" w:cstheme="majorHAnsi"/>
          <w:spacing w:val="-3"/>
        </w:rPr>
        <w:t xml:space="preserve"> </w:t>
      </w:r>
      <w:r w:rsidRPr="00902667">
        <w:rPr>
          <w:rFonts w:asciiTheme="majorHAnsi" w:hAnsiTheme="majorHAnsi" w:cstheme="majorHAnsi"/>
        </w:rPr>
        <w:t>requirements,</w:t>
      </w:r>
      <w:r w:rsidRPr="00902667">
        <w:rPr>
          <w:rFonts w:asciiTheme="majorHAnsi" w:hAnsiTheme="majorHAnsi" w:cstheme="majorHAnsi"/>
          <w:spacing w:val="-1"/>
        </w:rPr>
        <w:t xml:space="preserve"> </w:t>
      </w:r>
      <w:r w:rsidRPr="00902667">
        <w:rPr>
          <w:rFonts w:asciiTheme="majorHAnsi" w:hAnsiTheme="majorHAnsi" w:cstheme="majorHAnsi"/>
        </w:rPr>
        <w:t>you</w:t>
      </w:r>
      <w:r w:rsidRPr="00902667">
        <w:rPr>
          <w:rFonts w:asciiTheme="majorHAnsi" w:hAnsiTheme="majorHAnsi" w:cstheme="majorHAnsi"/>
          <w:spacing w:val="-4"/>
        </w:rPr>
        <w:t xml:space="preserve"> </w:t>
      </w:r>
      <w:r w:rsidRPr="00902667">
        <w:rPr>
          <w:rFonts w:asciiTheme="majorHAnsi" w:hAnsiTheme="majorHAnsi" w:cstheme="majorHAnsi"/>
        </w:rPr>
        <w:t>will</w:t>
      </w:r>
      <w:r w:rsidRPr="00902667">
        <w:rPr>
          <w:rFonts w:asciiTheme="majorHAnsi" w:hAnsiTheme="majorHAnsi" w:cstheme="majorHAnsi"/>
          <w:spacing w:val="-1"/>
        </w:rPr>
        <w:t xml:space="preserve"> </w:t>
      </w:r>
      <w:r w:rsidRPr="00902667">
        <w:rPr>
          <w:rFonts w:asciiTheme="majorHAnsi" w:hAnsiTheme="majorHAnsi" w:cstheme="majorHAnsi"/>
        </w:rPr>
        <w:t>be</w:t>
      </w:r>
      <w:r w:rsidRPr="00902667">
        <w:rPr>
          <w:rFonts w:asciiTheme="majorHAnsi" w:hAnsiTheme="majorHAnsi" w:cstheme="majorHAnsi"/>
          <w:spacing w:val="-1"/>
        </w:rPr>
        <w:t xml:space="preserve"> </w:t>
      </w:r>
      <w:r w:rsidRPr="00902667">
        <w:rPr>
          <w:rFonts w:asciiTheme="majorHAnsi" w:hAnsiTheme="majorHAnsi" w:cstheme="majorHAnsi"/>
        </w:rPr>
        <w:t>required</w:t>
      </w:r>
      <w:r w:rsidRPr="00902667">
        <w:rPr>
          <w:rFonts w:asciiTheme="majorHAnsi" w:hAnsiTheme="majorHAnsi" w:cstheme="majorHAnsi"/>
          <w:spacing w:val="-5"/>
        </w:rPr>
        <w:t xml:space="preserve"> </w:t>
      </w:r>
      <w:r w:rsidRPr="00902667">
        <w:rPr>
          <w:rFonts w:asciiTheme="majorHAnsi" w:hAnsiTheme="majorHAnsi" w:cstheme="majorHAnsi"/>
        </w:rPr>
        <w:t>to indicate</w:t>
      </w:r>
      <w:r w:rsidRPr="00902667">
        <w:rPr>
          <w:rFonts w:asciiTheme="majorHAnsi" w:hAnsiTheme="majorHAnsi" w:cstheme="majorHAnsi"/>
          <w:spacing w:val="-3"/>
        </w:rPr>
        <w:t xml:space="preserve"> </w:t>
      </w:r>
      <w:r w:rsidRPr="00902667">
        <w:rPr>
          <w:rFonts w:asciiTheme="majorHAnsi" w:hAnsiTheme="majorHAnsi" w:cstheme="majorHAnsi"/>
        </w:rPr>
        <w:t>which</w:t>
      </w:r>
      <w:r w:rsidRPr="00902667">
        <w:rPr>
          <w:rFonts w:asciiTheme="majorHAnsi" w:hAnsiTheme="majorHAnsi" w:cstheme="majorHAnsi"/>
          <w:spacing w:val="-2"/>
        </w:rPr>
        <w:t xml:space="preserve"> </w:t>
      </w:r>
      <w:r w:rsidRPr="00902667">
        <w:rPr>
          <w:rFonts w:asciiTheme="majorHAnsi" w:hAnsiTheme="majorHAnsi" w:cstheme="majorHAnsi"/>
        </w:rPr>
        <w:t>parents</w:t>
      </w:r>
      <w:r w:rsidRPr="00902667">
        <w:rPr>
          <w:rFonts w:asciiTheme="majorHAnsi" w:hAnsiTheme="majorHAnsi" w:cstheme="majorHAnsi"/>
          <w:spacing w:val="-5"/>
        </w:rPr>
        <w:t xml:space="preserve"> </w:t>
      </w:r>
      <w:r w:rsidRPr="00902667">
        <w:rPr>
          <w:rFonts w:asciiTheme="majorHAnsi" w:hAnsiTheme="majorHAnsi" w:cstheme="majorHAnsi"/>
        </w:rPr>
        <w:t>have Parental</w:t>
      </w:r>
      <w:r w:rsidRPr="00902667">
        <w:rPr>
          <w:rFonts w:asciiTheme="majorHAnsi" w:hAnsiTheme="majorHAnsi" w:cstheme="majorHAnsi"/>
          <w:spacing w:val="-1"/>
        </w:rPr>
        <w:t xml:space="preserve"> </w:t>
      </w:r>
      <w:r w:rsidRPr="00902667">
        <w:rPr>
          <w:rFonts w:asciiTheme="majorHAnsi" w:hAnsiTheme="majorHAnsi" w:cstheme="majorHAnsi"/>
        </w:rPr>
        <w:t>Responsibilities for the child. It is vital that the information we hold on</w:t>
      </w:r>
      <w:r w:rsidRPr="00902667">
        <w:rPr>
          <w:rFonts w:asciiTheme="majorHAnsi" w:hAnsiTheme="majorHAnsi" w:cstheme="majorHAnsi"/>
          <w:spacing w:val="-1"/>
        </w:rPr>
        <w:t xml:space="preserve"> </w:t>
      </w:r>
      <w:r w:rsidRPr="00902667">
        <w:rPr>
          <w:rFonts w:asciiTheme="majorHAnsi" w:hAnsiTheme="majorHAnsi" w:cstheme="majorHAnsi"/>
        </w:rPr>
        <w:t xml:space="preserve">file is current and </w:t>
      </w:r>
      <w:r w:rsidRPr="00902667">
        <w:rPr>
          <w:rFonts w:asciiTheme="majorHAnsi" w:hAnsiTheme="majorHAnsi" w:cstheme="majorHAnsi"/>
          <w:spacing w:val="-2"/>
        </w:rPr>
        <w:t>correct.</w:t>
      </w:r>
    </w:p>
    <w:p w14:paraId="0870EE5A" w14:textId="77777777" w:rsidR="00902667" w:rsidRDefault="00902667" w:rsidP="00902667">
      <w:pPr>
        <w:pStyle w:val="Heading1"/>
        <w:spacing w:before="199"/>
      </w:pPr>
      <w:r>
        <w:t>Illness</w:t>
      </w:r>
      <w:r>
        <w:rPr>
          <w:spacing w:val="-2"/>
        </w:rPr>
        <w:t xml:space="preserve"> </w:t>
      </w:r>
      <w:r>
        <w:t>and</w:t>
      </w:r>
      <w:r>
        <w:rPr>
          <w:spacing w:val="-1"/>
        </w:rPr>
        <w:t xml:space="preserve"> </w:t>
      </w:r>
      <w:r>
        <w:rPr>
          <w:spacing w:val="-2"/>
        </w:rPr>
        <w:t>Absence:</w:t>
      </w:r>
    </w:p>
    <w:p w14:paraId="6F7495AF" w14:textId="77777777" w:rsidR="00902667" w:rsidRPr="00902667" w:rsidRDefault="00902667" w:rsidP="00902667">
      <w:pPr>
        <w:pStyle w:val="BodyText"/>
        <w:rPr>
          <w:rFonts w:asciiTheme="majorHAnsi" w:hAnsiTheme="majorHAnsi" w:cstheme="majorHAnsi"/>
        </w:rPr>
      </w:pPr>
      <w:r w:rsidRPr="00902667">
        <w:rPr>
          <w:rFonts w:asciiTheme="majorHAnsi" w:hAnsiTheme="majorHAnsi" w:cstheme="majorHAnsi"/>
        </w:rPr>
        <w:t>It</w:t>
      </w:r>
      <w:r w:rsidRPr="00902667">
        <w:rPr>
          <w:rFonts w:asciiTheme="majorHAnsi" w:hAnsiTheme="majorHAnsi" w:cstheme="majorHAnsi"/>
          <w:spacing w:val="-2"/>
        </w:rPr>
        <w:t xml:space="preserve"> </w:t>
      </w:r>
      <w:r w:rsidRPr="00902667">
        <w:rPr>
          <w:rFonts w:asciiTheme="majorHAnsi" w:hAnsiTheme="majorHAnsi" w:cstheme="majorHAnsi"/>
        </w:rPr>
        <w:t>is</w:t>
      </w:r>
      <w:r w:rsidRPr="00902667">
        <w:rPr>
          <w:rFonts w:asciiTheme="majorHAnsi" w:hAnsiTheme="majorHAnsi" w:cstheme="majorHAnsi"/>
          <w:spacing w:val="-2"/>
        </w:rPr>
        <w:t xml:space="preserve"> </w:t>
      </w:r>
      <w:r w:rsidRPr="00902667">
        <w:rPr>
          <w:rFonts w:asciiTheme="majorHAnsi" w:hAnsiTheme="majorHAnsi" w:cstheme="majorHAnsi"/>
        </w:rPr>
        <w:t>the</w:t>
      </w:r>
      <w:r w:rsidRPr="00902667">
        <w:rPr>
          <w:rFonts w:asciiTheme="majorHAnsi" w:hAnsiTheme="majorHAnsi" w:cstheme="majorHAnsi"/>
          <w:spacing w:val="-3"/>
        </w:rPr>
        <w:t xml:space="preserve"> </w:t>
      </w:r>
      <w:r w:rsidRPr="00902667">
        <w:rPr>
          <w:rFonts w:asciiTheme="majorHAnsi" w:hAnsiTheme="majorHAnsi" w:cstheme="majorHAnsi"/>
        </w:rPr>
        <w:t>responsibility</w:t>
      </w:r>
      <w:r w:rsidRPr="00902667">
        <w:rPr>
          <w:rFonts w:asciiTheme="majorHAnsi" w:hAnsiTheme="majorHAnsi" w:cstheme="majorHAnsi"/>
          <w:spacing w:val="-4"/>
        </w:rPr>
        <w:t xml:space="preserve"> </w:t>
      </w:r>
      <w:r w:rsidRPr="00902667">
        <w:rPr>
          <w:rFonts w:asciiTheme="majorHAnsi" w:hAnsiTheme="majorHAnsi" w:cstheme="majorHAnsi"/>
        </w:rPr>
        <w:t>of</w:t>
      </w:r>
      <w:r w:rsidRPr="00902667">
        <w:rPr>
          <w:rFonts w:asciiTheme="majorHAnsi" w:hAnsiTheme="majorHAnsi" w:cstheme="majorHAnsi"/>
          <w:spacing w:val="-1"/>
        </w:rPr>
        <w:t xml:space="preserve"> </w:t>
      </w:r>
      <w:r w:rsidRPr="00902667">
        <w:rPr>
          <w:rFonts w:asciiTheme="majorHAnsi" w:hAnsiTheme="majorHAnsi" w:cstheme="majorHAnsi"/>
        </w:rPr>
        <w:t>parents</w:t>
      </w:r>
      <w:r w:rsidRPr="00902667">
        <w:rPr>
          <w:rFonts w:asciiTheme="majorHAnsi" w:hAnsiTheme="majorHAnsi" w:cstheme="majorHAnsi"/>
          <w:spacing w:val="-4"/>
        </w:rPr>
        <w:t xml:space="preserve"> </w:t>
      </w:r>
      <w:r w:rsidRPr="00902667">
        <w:rPr>
          <w:rFonts w:asciiTheme="majorHAnsi" w:hAnsiTheme="majorHAnsi" w:cstheme="majorHAnsi"/>
        </w:rPr>
        <w:t>/</w:t>
      </w:r>
      <w:r w:rsidRPr="00902667">
        <w:rPr>
          <w:rFonts w:asciiTheme="majorHAnsi" w:hAnsiTheme="majorHAnsi" w:cstheme="majorHAnsi"/>
          <w:spacing w:val="-1"/>
        </w:rPr>
        <w:t xml:space="preserve"> </w:t>
      </w:r>
      <w:proofErr w:type="spellStart"/>
      <w:r w:rsidRPr="00902667">
        <w:rPr>
          <w:rFonts w:asciiTheme="majorHAnsi" w:hAnsiTheme="majorHAnsi" w:cstheme="majorHAnsi"/>
        </w:rPr>
        <w:t>carers</w:t>
      </w:r>
      <w:proofErr w:type="spellEnd"/>
      <w:r w:rsidRPr="00902667">
        <w:rPr>
          <w:rFonts w:asciiTheme="majorHAnsi" w:hAnsiTheme="majorHAnsi" w:cstheme="majorHAnsi"/>
          <w:spacing w:val="-2"/>
        </w:rPr>
        <w:t xml:space="preserve"> </w:t>
      </w:r>
      <w:r w:rsidRPr="00902667">
        <w:rPr>
          <w:rFonts w:asciiTheme="majorHAnsi" w:hAnsiTheme="majorHAnsi" w:cstheme="majorHAnsi"/>
        </w:rPr>
        <w:t>to</w:t>
      </w:r>
      <w:r w:rsidRPr="00902667">
        <w:rPr>
          <w:rFonts w:asciiTheme="majorHAnsi" w:hAnsiTheme="majorHAnsi" w:cstheme="majorHAnsi"/>
          <w:spacing w:val="-5"/>
        </w:rPr>
        <w:t xml:space="preserve"> </w:t>
      </w:r>
      <w:r w:rsidRPr="00902667">
        <w:rPr>
          <w:rFonts w:asciiTheme="majorHAnsi" w:hAnsiTheme="majorHAnsi" w:cstheme="majorHAnsi"/>
        </w:rPr>
        <w:t>keep</w:t>
      </w:r>
      <w:r w:rsidRPr="00902667">
        <w:rPr>
          <w:rFonts w:asciiTheme="majorHAnsi" w:hAnsiTheme="majorHAnsi" w:cstheme="majorHAnsi"/>
          <w:spacing w:val="-4"/>
        </w:rPr>
        <w:t xml:space="preserve"> </w:t>
      </w:r>
      <w:r w:rsidRPr="00902667">
        <w:rPr>
          <w:rFonts w:asciiTheme="majorHAnsi" w:hAnsiTheme="majorHAnsi" w:cstheme="majorHAnsi"/>
        </w:rPr>
        <w:t>any</w:t>
      </w:r>
      <w:r w:rsidRPr="00902667">
        <w:rPr>
          <w:rFonts w:asciiTheme="majorHAnsi" w:hAnsiTheme="majorHAnsi" w:cstheme="majorHAnsi"/>
          <w:spacing w:val="-1"/>
        </w:rPr>
        <w:t xml:space="preserve"> </w:t>
      </w:r>
      <w:r w:rsidRPr="00902667">
        <w:rPr>
          <w:rFonts w:asciiTheme="majorHAnsi" w:hAnsiTheme="majorHAnsi" w:cstheme="majorHAnsi"/>
        </w:rPr>
        <w:t>child</w:t>
      </w:r>
      <w:r w:rsidRPr="00902667">
        <w:rPr>
          <w:rFonts w:asciiTheme="majorHAnsi" w:hAnsiTheme="majorHAnsi" w:cstheme="majorHAnsi"/>
          <w:spacing w:val="-2"/>
        </w:rPr>
        <w:t xml:space="preserve"> </w:t>
      </w:r>
      <w:r w:rsidRPr="00902667">
        <w:rPr>
          <w:rFonts w:asciiTheme="majorHAnsi" w:hAnsiTheme="majorHAnsi" w:cstheme="majorHAnsi"/>
        </w:rPr>
        <w:t>away</w:t>
      </w:r>
      <w:r w:rsidRPr="00902667">
        <w:rPr>
          <w:rFonts w:asciiTheme="majorHAnsi" w:hAnsiTheme="majorHAnsi" w:cstheme="majorHAnsi"/>
          <w:spacing w:val="-2"/>
        </w:rPr>
        <w:t xml:space="preserve"> </w:t>
      </w:r>
      <w:r w:rsidRPr="00902667">
        <w:rPr>
          <w:rFonts w:asciiTheme="majorHAnsi" w:hAnsiTheme="majorHAnsi" w:cstheme="majorHAnsi"/>
        </w:rPr>
        <w:t>from</w:t>
      </w:r>
      <w:r w:rsidRPr="00902667">
        <w:rPr>
          <w:rFonts w:asciiTheme="majorHAnsi" w:hAnsiTheme="majorHAnsi" w:cstheme="majorHAnsi"/>
          <w:spacing w:val="-1"/>
        </w:rPr>
        <w:t xml:space="preserve"> </w:t>
      </w:r>
      <w:r w:rsidRPr="00902667">
        <w:rPr>
          <w:rFonts w:asciiTheme="majorHAnsi" w:hAnsiTheme="majorHAnsi" w:cstheme="majorHAnsi"/>
        </w:rPr>
        <w:t>the</w:t>
      </w:r>
      <w:r w:rsidRPr="00902667">
        <w:rPr>
          <w:rFonts w:asciiTheme="majorHAnsi" w:hAnsiTheme="majorHAnsi" w:cstheme="majorHAnsi"/>
          <w:spacing w:val="-1"/>
        </w:rPr>
        <w:t xml:space="preserve"> </w:t>
      </w:r>
      <w:r w:rsidRPr="00902667">
        <w:rPr>
          <w:rFonts w:asciiTheme="majorHAnsi" w:hAnsiTheme="majorHAnsi" w:cstheme="majorHAnsi"/>
        </w:rPr>
        <w:t>Preschool</w:t>
      </w:r>
      <w:r w:rsidRPr="00902667">
        <w:rPr>
          <w:rFonts w:asciiTheme="majorHAnsi" w:hAnsiTheme="majorHAnsi" w:cstheme="majorHAnsi"/>
          <w:spacing w:val="-2"/>
        </w:rPr>
        <w:t xml:space="preserve"> </w:t>
      </w:r>
      <w:r w:rsidRPr="00902667">
        <w:rPr>
          <w:rFonts w:asciiTheme="majorHAnsi" w:hAnsiTheme="majorHAnsi" w:cstheme="majorHAnsi"/>
        </w:rPr>
        <w:t>if</w:t>
      </w:r>
      <w:r w:rsidRPr="00902667">
        <w:rPr>
          <w:rFonts w:asciiTheme="majorHAnsi" w:hAnsiTheme="majorHAnsi" w:cstheme="majorHAnsi"/>
          <w:spacing w:val="-1"/>
        </w:rPr>
        <w:t xml:space="preserve"> </w:t>
      </w:r>
      <w:r w:rsidRPr="00902667">
        <w:rPr>
          <w:rFonts w:asciiTheme="majorHAnsi" w:hAnsiTheme="majorHAnsi" w:cstheme="majorHAnsi"/>
        </w:rPr>
        <w:t>they</w:t>
      </w:r>
      <w:r w:rsidRPr="00902667">
        <w:rPr>
          <w:rFonts w:asciiTheme="majorHAnsi" w:hAnsiTheme="majorHAnsi" w:cstheme="majorHAnsi"/>
          <w:spacing w:val="-2"/>
        </w:rPr>
        <w:t xml:space="preserve"> </w:t>
      </w:r>
      <w:r w:rsidRPr="00902667">
        <w:rPr>
          <w:rFonts w:asciiTheme="majorHAnsi" w:hAnsiTheme="majorHAnsi" w:cstheme="majorHAnsi"/>
        </w:rPr>
        <w:t>are</w:t>
      </w:r>
      <w:r w:rsidRPr="00902667">
        <w:rPr>
          <w:rFonts w:asciiTheme="majorHAnsi" w:hAnsiTheme="majorHAnsi" w:cstheme="majorHAnsi"/>
          <w:spacing w:val="-1"/>
        </w:rPr>
        <w:t xml:space="preserve"> </w:t>
      </w:r>
      <w:r w:rsidRPr="00902667">
        <w:rPr>
          <w:rFonts w:asciiTheme="majorHAnsi" w:hAnsiTheme="majorHAnsi" w:cstheme="majorHAnsi"/>
          <w:spacing w:val="-2"/>
        </w:rPr>
        <w:t>unwell.</w:t>
      </w:r>
    </w:p>
    <w:p w14:paraId="669F541B" w14:textId="3E670C40" w:rsidR="00902667" w:rsidRPr="00902667" w:rsidRDefault="00902667" w:rsidP="00902667">
      <w:pPr>
        <w:pStyle w:val="BodyText"/>
        <w:rPr>
          <w:rFonts w:asciiTheme="majorHAnsi" w:hAnsiTheme="majorHAnsi" w:cstheme="majorHAnsi"/>
        </w:rPr>
      </w:pPr>
      <w:r w:rsidRPr="00902667">
        <w:rPr>
          <w:rFonts w:asciiTheme="majorHAnsi" w:hAnsiTheme="majorHAnsi" w:cstheme="majorHAnsi"/>
        </w:rPr>
        <w:t>Any</w:t>
      </w:r>
      <w:r w:rsidRPr="00902667">
        <w:rPr>
          <w:rFonts w:asciiTheme="majorHAnsi" w:hAnsiTheme="majorHAnsi" w:cstheme="majorHAnsi"/>
          <w:spacing w:val="-1"/>
        </w:rPr>
        <w:t xml:space="preserve"> </w:t>
      </w:r>
      <w:r w:rsidRPr="00902667">
        <w:rPr>
          <w:rFonts w:asciiTheme="majorHAnsi" w:hAnsiTheme="majorHAnsi" w:cstheme="majorHAnsi"/>
        </w:rPr>
        <w:t>child</w:t>
      </w:r>
      <w:r w:rsidRPr="00902667">
        <w:rPr>
          <w:rFonts w:asciiTheme="majorHAnsi" w:hAnsiTheme="majorHAnsi" w:cstheme="majorHAnsi"/>
          <w:spacing w:val="-2"/>
        </w:rPr>
        <w:t xml:space="preserve"> </w:t>
      </w:r>
      <w:r w:rsidRPr="00902667">
        <w:rPr>
          <w:rFonts w:asciiTheme="majorHAnsi" w:hAnsiTheme="majorHAnsi" w:cstheme="majorHAnsi"/>
        </w:rPr>
        <w:t>suffering</w:t>
      </w:r>
      <w:r w:rsidRPr="00902667">
        <w:rPr>
          <w:rFonts w:asciiTheme="majorHAnsi" w:hAnsiTheme="majorHAnsi" w:cstheme="majorHAnsi"/>
          <w:spacing w:val="-1"/>
        </w:rPr>
        <w:t xml:space="preserve"> </w:t>
      </w:r>
      <w:r w:rsidRPr="00902667">
        <w:rPr>
          <w:rFonts w:asciiTheme="majorHAnsi" w:hAnsiTheme="majorHAnsi" w:cstheme="majorHAnsi"/>
        </w:rPr>
        <w:t>from</w:t>
      </w:r>
      <w:r w:rsidRPr="00902667">
        <w:rPr>
          <w:rFonts w:asciiTheme="majorHAnsi" w:hAnsiTheme="majorHAnsi" w:cstheme="majorHAnsi"/>
          <w:spacing w:val="-1"/>
        </w:rPr>
        <w:t xml:space="preserve"> </w:t>
      </w:r>
      <w:r w:rsidRPr="00902667">
        <w:rPr>
          <w:rFonts w:asciiTheme="majorHAnsi" w:hAnsiTheme="majorHAnsi" w:cstheme="majorHAnsi"/>
        </w:rPr>
        <w:t>any</w:t>
      </w:r>
      <w:r w:rsidRPr="00902667">
        <w:rPr>
          <w:rFonts w:asciiTheme="majorHAnsi" w:hAnsiTheme="majorHAnsi" w:cstheme="majorHAnsi"/>
          <w:spacing w:val="-1"/>
        </w:rPr>
        <w:t xml:space="preserve"> </w:t>
      </w:r>
      <w:r w:rsidRPr="00902667">
        <w:rPr>
          <w:rFonts w:asciiTheme="majorHAnsi" w:hAnsiTheme="majorHAnsi" w:cstheme="majorHAnsi"/>
        </w:rPr>
        <w:t>illness,</w:t>
      </w:r>
      <w:r w:rsidRPr="00902667">
        <w:rPr>
          <w:rFonts w:asciiTheme="majorHAnsi" w:hAnsiTheme="majorHAnsi" w:cstheme="majorHAnsi"/>
          <w:spacing w:val="-3"/>
        </w:rPr>
        <w:t xml:space="preserve"> </w:t>
      </w:r>
      <w:r w:rsidRPr="00902667">
        <w:rPr>
          <w:rFonts w:asciiTheme="majorHAnsi" w:hAnsiTheme="majorHAnsi" w:cstheme="majorHAnsi"/>
        </w:rPr>
        <w:t>should</w:t>
      </w:r>
      <w:r w:rsidRPr="00902667">
        <w:rPr>
          <w:rFonts w:asciiTheme="majorHAnsi" w:hAnsiTheme="majorHAnsi" w:cstheme="majorHAnsi"/>
          <w:spacing w:val="-2"/>
        </w:rPr>
        <w:t xml:space="preserve"> </w:t>
      </w:r>
      <w:r w:rsidRPr="00902667">
        <w:rPr>
          <w:rFonts w:asciiTheme="majorHAnsi" w:hAnsiTheme="majorHAnsi" w:cstheme="majorHAnsi"/>
        </w:rPr>
        <w:t>be</w:t>
      </w:r>
      <w:r w:rsidRPr="00902667">
        <w:rPr>
          <w:rFonts w:asciiTheme="majorHAnsi" w:hAnsiTheme="majorHAnsi" w:cstheme="majorHAnsi"/>
          <w:spacing w:val="-3"/>
        </w:rPr>
        <w:t xml:space="preserve"> </w:t>
      </w:r>
      <w:r w:rsidRPr="00902667">
        <w:rPr>
          <w:rFonts w:asciiTheme="majorHAnsi" w:hAnsiTheme="majorHAnsi" w:cstheme="majorHAnsi"/>
        </w:rPr>
        <w:t>kept</w:t>
      </w:r>
      <w:r w:rsidRPr="00902667">
        <w:rPr>
          <w:rFonts w:asciiTheme="majorHAnsi" w:hAnsiTheme="majorHAnsi" w:cstheme="majorHAnsi"/>
          <w:spacing w:val="-3"/>
        </w:rPr>
        <w:t xml:space="preserve"> </w:t>
      </w:r>
      <w:r w:rsidRPr="00902667">
        <w:rPr>
          <w:rFonts w:asciiTheme="majorHAnsi" w:hAnsiTheme="majorHAnsi" w:cstheme="majorHAnsi"/>
        </w:rPr>
        <w:t>away</w:t>
      </w:r>
      <w:r w:rsidRPr="00902667">
        <w:rPr>
          <w:rFonts w:asciiTheme="majorHAnsi" w:hAnsiTheme="majorHAnsi" w:cstheme="majorHAnsi"/>
          <w:spacing w:val="-1"/>
        </w:rPr>
        <w:t xml:space="preserve"> </w:t>
      </w:r>
      <w:r w:rsidRPr="00902667">
        <w:rPr>
          <w:rFonts w:asciiTheme="majorHAnsi" w:hAnsiTheme="majorHAnsi" w:cstheme="majorHAnsi"/>
        </w:rPr>
        <w:t>from</w:t>
      </w:r>
      <w:r w:rsidRPr="00902667">
        <w:rPr>
          <w:rFonts w:asciiTheme="majorHAnsi" w:hAnsiTheme="majorHAnsi" w:cstheme="majorHAnsi"/>
          <w:spacing w:val="-1"/>
        </w:rPr>
        <w:t xml:space="preserve"> </w:t>
      </w:r>
      <w:r w:rsidRPr="00902667">
        <w:rPr>
          <w:rFonts w:asciiTheme="majorHAnsi" w:hAnsiTheme="majorHAnsi" w:cstheme="majorHAnsi"/>
        </w:rPr>
        <w:t>Preschool</w:t>
      </w:r>
      <w:r w:rsidRPr="00902667">
        <w:rPr>
          <w:rFonts w:asciiTheme="majorHAnsi" w:hAnsiTheme="majorHAnsi" w:cstheme="majorHAnsi"/>
          <w:spacing w:val="-5"/>
        </w:rPr>
        <w:t xml:space="preserve"> </w:t>
      </w:r>
      <w:r w:rsidRPr="00902667">
        <w:rPr>
          <w:rFonts w:asciiTheme="majorHAnsi" w:hAnsiTheme="majorHAnsi" w:cstheme="majorHAnsi"/>
        </w:rPr>
        <w:t>and</w:t>
      </w:r>
      <w:r w:rsidRPr="00902667">
        <w:rPr>
          <w:rFonts w:asciiTheme="majorHAnsi" w:hAnsiTheme="majorHAnsi" w:cstheme="majorHAnsi"/>
          <w:spacing w:val="-1"/>
        </w:rPr>
        <w:t xml:space="preserve"> </w:t>
      </w:r>
      <w:r w:rsidRPr="00902667">
        <w:rPr>
          <w:rFonts w:asciiTheme="majorHAnsi" w:hAnsiTheme="majorHAnsi" w:cstheme="majorHAnsi"/>
        </w:rPr>
        <w:t>not</w:t>
      </w:r>
      <w:r w:rsidRPr="00902667">
        <w:rPr>
          <w:rFonts w:asciiTheme="majorHAnsi" w:hAnsiTheme="majorHAnsi" w:cstheme="majorHAnsi"/>
          <w:spacing w:val="-5"/>
        </w:rPr>
        <w:t xml:space="preserve"> </w:t>
      </w:r>
      <w:r w:rsidRPr="00902667">
        <w:rPr>
          <w:rFonts w:asciiTheme="majorHAnsi" w:hAnsiTheme="majorHAnsi" w:cstheme="majorHAnsi"/>
        </w:rPr>
        <w:t>return</w:t>
      </w:r>
      <w:r w:rsidRPr="00902667">
        <w:rPr>
          <w:rFonts w:asciiTheme="majorHAnsi" w:hAnsiTheme="majorHAnsi" w:cstheme="majorHAnsi"/>
          <w:spacing w:val="-2"/>
        </w:rPr>
        <w:t xml:space="preserve"> </w:t>
      </w:r>
      <w:r w:rsidRPr="00902667">
        <w:rPr>
          <w:rFonts w:asciiTheme="majorHAnsi" w:hAnsiTheme="majorHAnsi" w:cstheme="majorHAnsi"/>
        </w:rPr>
        <w:t>until</w:t>
      </w:r>
      <w:r w:rsidRPr="00902667">
        <w:rPr>
          <w:rFonts w:asciiTheme="majorHAnsi" w:hAnsiTheme="majorHAnsi" w:cstheme="majorHAnsi"/>
          <w:spacing w:val="-1"/>
        </w:rPr>
        <w:t xml:space="preserve"> </w:t>
      </w:r>
      <w:r w:rsidRPr="00902667">
        <w:rPr>
          <w:rFonts w:asciiTheme="majorHAnsi" w:hAnsiTheme="majorHAnsi" w:cstheme="majorHAnsi"/>
        </w:rPr>
        <w:t>well enough or</w:t>
      </w:r>
      <w:r w:rsidRPr="00902667">
        <w:rPr>
          <w:rFonts w:asciiTheme="majorHAnsi" w:hAnsiTheme="majorHAnsi" w:cstheme="majorHAnsi"/>
          <w:spacing w:val="-1"/>
        </w:rPr>
        <w:t xml:space="preserve"> </w:t>
      </w:r>
      <w:r w:rsidRPr="00902667">
        <w:rPr>
          <w:rFonts w:asciiTheme="majorHAnsi" w:hAnsiTheme="majorHAnsi" w:cstheme="majorHAnsi"/>
        </w:rPr>
        <w:t>have completed</w:t>
      </w:r>
      <w:r w:rsidRPr="00902667">
        <w:rPr>
          <w:rFonts w:asciiTheme="majorHAnsi" w:hAnsiTheme="majorHAnsi" w:cstheme="majorHAnsi"/>
          <w:spacing w:val="-3"/>
        </w:rPr>
        <w:t xml:space="preserve"> </w:t>
      </w:r>
      <w:r w:rsidRPr="00902667">
        <w:rPr>
          <w:rFonts w:asciiTheme="majorHAnsi" w:hAnsiTheme="majorHAnsi" w:cstheme="majorHAnsi"/>
        </w:rPr>
        <w:t>their isolation as required</w:t>
      </w:r>
      <w:r w:rsidRPr="00902667">
        <w:rPr>
          <w:rFonts w:asciiTheme="majorHAnsi" w:hAnsiTheme="majorHAnsi" w:cstheme="majorHAnsi"/>
          <w:spacing w:val="-2"/>
        </w:rPr>
        <w:t xml:space="preserve"> </w:t>
      </w:r>
      <w:r w:rsidRPr="00902667">
        <w:rPr>
          <w:rFonts w:asciiTheme="majorHAnsi" w:hAnsiTheme="majorHAnsi" w:cstheme="majorHAnsi"/>
        </w:rPr>
        <w:t>following NHS</w:t>
      </w:r>
      <w:r w:rsidRPr="00902667">
        <w:rPr>
          <w:rFonts w:asciiTheme="majorHAnsi" w:hAnsiTheme="majorHAnsi" w:cstheme="majorHAnsi"/>
          <w:spacing w:val="-1"/>
        </w:rPr>
        <w:t xml:space="preserve"> </w:t>
      </w:r>
      <w:r w:rsidRPr="00902667">
        <w:rPr>
          <w:rFonts w:asciiTheme="majorHAnsi" w:hAnsiTheme="majorHAnsi" w:cstheme="majorHAnsi"/>
        </w:rPr>
        <w:t>advice. Should a child become ill</w:t>
      </w:r>
      <w:r w:rsidRPr="00902667">
        <w:rPr>
          <w:rFonts w:asciiTheme="majorHAnsi" w:hAnsiTheme="majorHAnsi" w:cstheme="majorHAnsi"/>
          <w:spacing w:val="-1"/>
        </w:rPr>
        <w:t xml:space="preserve"> </w:t>
      </w:r>
      <w:r w:rsidRPr="00902667">
        <w:rPr>
          <w:rFonts w:asciiTheme="majorHAnsi" w:hAnsiTheme="majorHAnsi" w:cstheme="majorHAnsi"/>
        </w:rPr>
        <w:t>whilst</w:t>
      </w:r>
      <w:r w:rsidRPr="00902667">
        <w:rPr>
          <w:rFonts w:asciiTheme="majorHAnsi" w:hAnsiTheme="majorHAnsi" w:cstheme="majorHAnsi"/>
          <w:spacing w:val="-1"/>
        </w:rPr>
        <w:t xml:space="preserve"> </w:t>
      </w:r>
      <w:r w:rsidRPr="00902667">
        <w:rPr>
          <w:rFonts w:asciiTheme="majorHAnsi" w:hAnsiTheme="majorHAnsi" w:cstheme="majorHAnsi"/>
        </w:rPr>
        <w:t xml:space="preserve">at Preschool, every effort will be made to contact the parents / </w:t>
      </w:r>
      <w:proofErr w:type="spellStart"/>
      <w:r w:rsidRPr="00902667">
        <w:rPr>
          <w:rFonts w:asciiTheme="majorHAnsi" w:hAnsiTheme="majorHAnsi" w:cstheme="majorHAnsi"/>
        </w:rPr>
        <w:t>carer</w:t>
      </w:r>
      <w:proofErr w:type="spellEnd"/>
      <w:r w:rsidRPr="00902667">
        <w:rPr>
          <w:rFonts w:asciiTheme="majorHAnsi" w:hAnsiTheme="majorHAnsi" w:cstheme="majorHAnsi"/>
        </w:rPr>
        <w:t xml:space="preserve"> and to keep the child comfortable. Other exclusions apply.</w:t>
      </w:r>
    </w:p>
    <w:p w14:paraId="096A81A1" w14:textId="77777777" w:rsidR="00902667" w:rsidRPr="00902667" w:rsidRDefault="00902667" w:rsidP="00902667">
      <w:pPr>
        <w:pStyle w:val="BodyText"/>
        <w:spacing w:before="200"/>
        <w:rPr>
          <w:rFonts w:asciiTheme="majorHAnsi" w:hAnsiTheme="majorHAnsi" w:cstheme="majorHAnsi"/>
        </w:rPr>
      </w:pPr>
      <w:r w:rsidRPr="00902667">
        <w:rPr>
          <w:rFonts w:asciiTheme="majorHAnsi" w:hAnsiTheme="majorHAnsi" w:cstheme="majorHAnsi"/>
        </w:rPr>
        <w:t>Fees</w:t>
      </w:r>
      <w:r w:rsidRPr="00902667">
        <w:rPr>
          <w:rFonts w:asciiTheme="majorHAnsi" w:hAnsiTheme="majorHAnsi" w:cstheme="majorHAnsi"/>
          <w:spacing w:val="-1"/>
        </w:rPr>
        <w:t xml:space="preserve"> </w:t>
      </w:r>
      <w:r w:rsidRPr="00902667">
        <w:rPr>
          <w:rFonts w:asciiTheme="majorHAnsi" w:hAnsiTheme="majorHAnsi" w:cstheme="majorHAnsi"/>
        </w:rPr>
        <w:t>for</w:t>
      </w:r>
      <w:r w:rsidRPr="00902667">
        <w:rPr>
          <w:rFonts w:asciiTheme="majorHAnsi" w:hAnsiTheme="majorHAnsi" w:cstheme="majorHAnsi"/>
          <w:spacing w:val="-1"/>
        </w:rPr>
        <w:t xml:space="preserve"> </w:t>
      </w:r>
      <w:r w:rsidRPr="00902667">
        <w:rPr>
          <w:rFonts w:asciiTheme="majorHAnsi" w:hAnsiTheme="majorHAnsi" w:cstheme="majorHAnsi"/>
        </w:rPr>
        <w:t>absences</w:t>
      </w:r>
      <w:r w:rsidRPr="00902667">
        <w:rPr>
          <w:rFonts w:asciiTheme="majorHAnsi" w:hAnsiTheme="majorHAnsi" w:cstheme="majorHAnsi"/>
          <w:spacing w:val="-3"/>
        </w:rPr>
        <w:t xml:space="preserve"> </w:t>
      </w:r>
      <w:r w:rsidRPr="00902667">
        <w:rPr>
          <w:rFonts w:asciiTheme="majorHAnsi" w:hAnsiTheme="majorHAnsi" w:cstheme="majorHAnsi"/>
        </w:rPr>
        <w:t>will</w:t>
      </w:r>
      <w:r w:rsidRPr="00902667">
        <w:rPr>
          <w:rFonts w:asciiTheme="majorHAnsi" w:hAnsiTheme="majorHAnsi" w:cstheme="majorHAnsi"/>
          <w:spacing w:val="-1"/>
        </w:rPr>
        <w:t xml:space="preserve"> </w:t>
      </w:r>
      <w:r w:rsidRPr="00902667">
        <w:rPr>
          <w:rFonts w:asciiTheme="majorHAnsi" w:hAnsiTheme="majorHAnsi" w:cstheme="majorHAnsi"/>
        </w:rPr>
        <w:t>not</w:t>
      </w:r>
      <w:r w:rsidRPr="00902667">
        <w:rPr>
          <w:rFonts w:asciiTheme="majorHAnsi" w:hAnsiTheme="majorHAnsi" w:cstheme="majorHAnsi"/>
          <w:spacing w:val="-3"/>
        </w:rPr>
        <w:t xml:space="preserve"> </w:t>
      </w:r>
      <w:r w:rsidRPr="00902667">
        <w:rPr>
          <w:rFonts w:asciiTheme="majorHAnsi" w:hAnsiTheme="majorHAnsi" w:cstheme="majorHAnsi"/>
        </w:rPr>
        <w:t>be</w:t>
      </w:r>
      <w:r w:rsidRPr="00902667">
        <w:rPr>
          <w:rFonts w:asciiTheme="majorHAnsi" w:hAnsiTheme="majorHAnsi" w:cstheme="majorHAnsi"/>
          <w:spacing w:val="-1"/>
        </w:rPr>
        <w:t xml:space="preserve"> </w:t>
      </w:r>
      <w:r w:rsidRPr="00902667">
        <w:rPr>
          <w:rFonts w:asciiTheme="majorHAnsi" w:hAnsiTheme="majorHAnsi" w:cstheme="majorHAnsi"/>
        </w:rPr>
        <w:t>reimbursed.</w:t>
      </w:r>
      <w:r w:rsidRPr="00902667">
        <w:rPr>
          <w:rFonts w:asciiTheme="majorHAnsi" w:hAnsiTheme="majorHAnsi" w:cstheme="majorHAnsi"/>
          <w:spacing w:val="-1"/>
        </w:rPr>
        <w:t xml:space="preserve"> </w:t>
      </w:r>
      <w:r w:rsidRPr="00902667">
        <w:rPr>
          <w:rFonts w:asciiTheme="majorHAnsi" w:hAnsiTheme="majorHAnsi" w:cstheme="majorHAnsi"/>
        </w:rPr>
        <w:t>If</w:t>
      </w:r>
      <w:r w:rsidRPr="00902667">
        <w:rPr>
          <w:rFonts w:asciiTheme="majorHAnsi" w:hAnsiTheme="majorHAnsi" w:cstheme="majorHAnsi"/>
          <w:spacing w:val="-3"/>
        </w:rPr>
        <w:t xml:space="preserve"> </w:t>
      </w:r>
      <w:r w:rsidRPr="00902667">
        <w:rPr>
          <w:rFonts w:asciiTheme="majorHAnsi" w:hAnsiTheme="majorHAnsi" w:cstheme="majorHAnsi"/>
        </w:rPr>
        <w:t>your</w:t>
      </w:r>
      <w:r w:rsidRPr="00902667">
        <w:rPr>
          <w:rFonts w:asciiTheme="majorHAnsi" w:hAnsiTheme="majorHAnsi" w:cstheme="majorHAnsi"/>
          <w:spacing w:val="-3"/>
        </w:rPr>
        <w:t xml:space="preserve"> </w:t>
      </w:r>
      <w:r w:rsidRPr="00902667">
        <w:rPr>
          <w:rFonts w:asciiTheme="majorHAnsi" w:hAnsiTheme="majorHAnsi" w:cstheme="majorHAnsi"/>
        </w:rPr>
        <w:t>child</w:t>
      </w:r>
      <w:r w:rsidRPr="00902667">
        <w:rPr>
          <w:rFonts w:asciiTheme="majorHAnsi" w:hAnsiTheme="majorHAnsi" w:cstheme="majorHAnsi"/>
          <w:spacing w:val="-2"/>
        </w:rPr>
        <w:t xml:space="preserve"> </w:t>
      </w:r>
      <w:r w:rsidRPr="00902667">
        <w:rPr>
          <w:rFonts w:asciiTheme="majorHAnsi" w:hAnsiTheme="majorHAnsi" w:cstheme="majorHAnsi"/>
        </w:rPr>
        <w:t>cannot attend</w:t>
      </w:r>
      <w:r w:rsidRPr="00902667">
        <w:rPr>
          <w:rFonts w:asciiTheme="majorHAnsi" w:hAnsiTheme="majorHAnsi" w:cstheme="majorHAnsi"/>
          <w:spacing w:val="-2"/>
        </w:rPr>
        <w:t xml:space="preserve"> </w:t>
      </w:r>
      <w:r w:rsidRPr="00902667">
        <w:rPr>
          <w:rFonts w:asciiTheme="majorHAnsi" w:hAnsiTheme="majorHAnsi" w:cstheme="majorHAnsi"/>
        </w:rPr>
        <w:t>due</w:t>
      </w:r>
      <w:r w:rsidRPr="00902667">
        <w:rPr>
          <w:rFonts w:asciiTheme="majorHAnsi" w:hAnsiTheme="majorHAnsi" w:cstheme="majorHAnsi"/>
          <w:spacing w:val="-3"/>
        </w:rPr>
        <w:t xml:space="preserve"> </w:t>
      </w:r>
      <w:r w:rsidRPr="00902667">
        <w:rPr>
          <w:rFonts w:asciiTheme="majorHAnsi" w:hAnsiTheme="majorHAnsi" w:cstheme="majorHAnsi"/>
        </w:rPr>
        <w:t>to</w:t>
      </w:r>
      <w:r w:rsidRPr="00902667">
        <w:rPr>
          <w:rFonts w:asciiTheme="majorHAnsi" w:hAnsiTheme="majorHAnsi" w:cstheme="majorHAnsi"/>
          <w:spacing w:val="-1"/>
        </w:rPr>
        <w:t xml:space="preserve"> </w:t>
      </w:r>
      <w:r w:rsidRPr="00902667">
        <w:rPr>
          <w:rFonts w:asciiTheme="majorHAnsi" w:hAnsiTheme="majorHAnsi" w:cstheme="majorHAnsi"/>
        </w:rPr>
        <w:t>unexpected</w:t>
      </w:r>
      <w:r w:rsidRPr="00902667">
        <w:rPr>
          <w:rFonts w:asciiTheme="majorHAnsi" w:hAnsiTheme="majorHAnsi" w:cstheme="majorHAnsi"/>
          <w:spacing w:val="-5"/>
        </w:rPr>
        <w:t xml:space="preserve"> </w:t>
      </w:r>
      <w:r w:rsidRPr="00902667">
        <w:rPr>
          <w:rFonts w:asciiTheme="majorHAnsi" w:hAnsiTheme="majorHAnsi" w:cstheme="majorHAnsi"/>
        </w:rPr>
        <w:t>closure</w:t>
      </w:r>
      <w:r w:rsidRPr="00902667">
        <w:rPr>
          <w:rFonts w:asciiTheme="majorHAnsi" w:hAnsiTheme="majorHAnsi" w:cstheme="majorHAnsi"/>
          <w:spacing w:val="-1"/>
        </w:rPr>
        <w:t xml:space="preserve"> </w:t>
      </w:r>
      <w:r w:rsidRPr="00902667">
        <w:rPr>
          <w:rFonts w:asciiTheme="majorHAnsi" w:hAnsiTheme="majorHAnsi" w:cstheme="majorHAnsi"/>
        </w:rPr>
        <w:t>then</w:t>
      </w:r>
      <w:r w:rsidRPr="00902667">
        <w:rPr>
          <w:rFonts w:asciiTheme="majorHAnsi" w:hAnsiTheme="majorHAnsi" w:cstheme="majorHAnsi"/>
          <w:spacing w:val="-1"/>
        </w:rPr>
        <w:t xml:space="preserve"> </w:t>
      </w:r>
      <w:r w:rsidRPr="00902667">
        <w:rPr>
          <w:rFonts w:asciiTheme="majorHAnsi" w:hAnsiTheme="majorHAnsi" w:cstheme="majorHAnsi"/>
        </w:rPr>
        <w:t>refunds</w:t>
      </w:r>
      <w:r w:rsidRPr="00902667">
        <w:rPr>
          <w:rFonts w:asciiTheme="majorHAnsi" w:hAnsiTheme="majorHAnsi" w:cstheme="majorHAnsi"/>
          <w:spacing w:val="-1"/>
        </w:rPr>
        <w:t xml:space="preserve"> </w:t>
      </w:r>
      <w:r w:rsidRPr="00902667">
        <w:rPr>
          <w:rFonts w:asciiTheme="majorHAnsi" w:hAnsiTheme="majorHAnsi" w:cstheme="majorHAnsi"/>
        </w:rPr>
        <w:t>will be considered upon request.</w:t>
      </w:r>
    </w:p>
    <w:p w14:paraId="01838F4E" w14:textId="77777777" w:rsidR="00902667" w:rsidRDefault="00902667" w:rsidP="00902667">
      <w:pPr>
        <w:pStyle w:val="Heading1"/>
        <w:spacing w:before="201"/>
      </w:pPr>
      <w:r>
        <w:t>Termination</w:t>
      </w:r>
      <w:r>
        <w:rPr>
          <w:spacing w:val="-3"/>
        </w:rPr>
        <w:t xml:space="preserve"> </w:t>
      </w:r>
      <w:r>
        <w:t>of</w:t>
      </w:r>
      <w:r>
        <w:rPr>
          <w:spacing w:val="-3"/>
        </w:rPr>
        <w:t xml:space="preserve"> </w:t>
      </w:r>
      <w:r>
        <w:rPr>
          <w:spacing w:val="-2"/>
        </w:rPr>
        <w:t>placements:</w:t>
      </w:r>
    </w:p>
    <w:p w14:paraId="2F1D4DBF" w14:textId="77777777" w:rsidR="00902667" w:rsidRPr="00902667" w:rsidRDefault="00902667" w:rsidP="00902667">
      <w:pPr>
        <w:pStyle w:val="BodyText"/>
        <w:rPr>
          <w:rFonts w:asciiTheme="majorHAnsi" w:hAnsiTheme="majorHAnsi" w:cstheme="majorHAnsi"/>
        </w:rPr>
      </w:pPr>
      <w:r w:rsidRPr="00902667">
        <w:rPr>
          <w:rFonts w:asciiTheme="majorHAnsi" w:hAnsiTheme="majorHAnsi" w:cstheme="majorHAnsi"/>
        </w:rPr>
        <w:t>The Preschool reserves the right to terminate a place if payment terms and conditions are not adhered to. Termination</w:t>
      </w:r>
      <w:r w:rsidRPr="00902667">
        <w:rPr>
          <w:rFonts w:asciiTheme="majorHAnsi" w:hAnsiTheme="majorHAnsi" w:cstheme="majorHAnsi"/>
          <w:spacing w:val="-4"/>
        </w:rPr>
        <w:t xml:space="preserve"> </w:t>
      </w:r>
      <w:r w:rsidRPr="00902667">
        <w:rPr>
          <w:rFonts w:asciiTheme="majorHAnsi" w:hAnsiTheme="majorHAnsi" w:cstheme="majorHAnsi"/>
        </w:rPr>
        <w:t>of</w:t>
      </w:r>
      <w:r w:rsidRPr="00902667">
        <w:rPr>
          <w:rFonts w:asciiTheme="majorHAnsi" w:hAnsiTheme="majorHAnsi" w:cstheme="majorHAnsi"/>
          <w:spacing w:val="-1"/>
        </w:rPr>
        <w:t xml:space="preserve"> </w:t>
      </w:r>
      <w:r w:rsidRPr="00902667">
        <w:rPr>
          <w:rFonts w:asciiTheme="majorHAnsi" w:hAnsiTheme="majorHAnsi" w:cstheme="majorHAnsi"/>
        </w:rPr>
        <w:t>places</w:t>
      </w:r>
      <w:r w:rsidRPr="00902667">
        <w:rPr>
          <w:rFonts w:asciiTheme="majorHAnsi" w:hAnsiTheme="majorHAnsi" w:cstheme="majorHAnsi"/>
          <w:spacing w:val="-3"/>
        </w:rPr>
        <w:t xml:space="preserve"> </w:t>
      </w:r>
      <w:r w:rsidRPr="00902667">
        <w:rPr>
          <w:rFonts w:asciiTheme="majorHAnsi" w:hAnsiTheme="majorHAnsi" w:cstheme="majorHAnsi"/>
        </w:rPr>
        <w:t>will</w:t>
      </w:r>
      <w:r w:rsidRPr="00902667">
        <w:rPr>
          <w:rFonts w:asciiTheme="majorHAnsi" w:hAnsiTheme="majorHAnsi" w:cstheme="majorHAnsi"/>
          <w:spacing w:val="-3"/>
        </w:rPr>
        <w:t xml:space="preserve"> </w:t>
      </w:r>
      <w:r w:rsidRPr="00902667">
        <w:rPr>
          <w:rFonts w:asciiTheme="majorHAnsi" w:hAnsiTheme="majorHAnsi" w:cstheme="majorHAnsi"/>
        </w:rPr>
        <w:t>also</w:t>
      </w:r>
      <w:r w:rsidRPr="00902667">
        <w:rPr>
          <w:rFonts w:asciiTheme="majorHAnsi" w:hAnsiTheme="majorHAnsi" w:cstheme="majorHAnsi"/>
          <w:spacing w:val="-1"/>
        </w:rPr>
        <w:t xml:space="preserve"> </w:t>
      </w:r>
      <w:r w:rsidRPr="00902667">
        <w:rPr>
          <w:rFonts w:asciiTheme="majorHAnsi" w:hAnsiTheme="majorHAnsi" w:cstheme="majorHAnsi"/>
        </w:rPr>
        <w:t>be</w:t>
      </w:r>
      <w:r w:rsidRPr="00902667">
        <w:rPr>
          <w:rFonts w:asciiTheme="majorHAnsi" w:hAnsiTheme="majorHAnsi" w:cstheme="majorHAnsi"/>
          <w:spacing w:val="-3"/>
        </w:rPr>
        <w:t xml:space="preserve"> </w:t>
      </w:r>
      <w:r w:rsidRPr="00902667">
        <w:rPr>
          <w:rFonts w:asciiTheme="majorHAnsi" w:hAnsiTheme="majorHAnsi" w:cstheme="majorHAnsi"/>
        </w:rPr>
        <w:t>applied</w:t>
      </w:r>
      <w:r w:rsidRPr="00902667">
        <w:rPr>
          <w:rFonts w:asciiTheme="majorHAnsi" w:hAnsiTheme="majorHAnsi" w:cstheme="majorHAnsi"/>
          <w:spacing w:val="-1"/>
        </w:rPr>
        <w:t xml:space="preserve"> </w:t>
      </w:r>
      <w:r w:rsidRPr="00902667">
        <w:rPr>
          <w:rFonts w:asciiTheme="majorHAnsi" w:hAnsiTheme="majorHAnsi" w:cstheme="majorHAnsi"/>
        </w:rPr>
        <w:t>as</w:t>
      </w:r>
      <w:r w:rsidRPr="00902667">
        <w:rPr>
          <w:rFonts w:asciiTheme="majorHAnsi" w:hAnsiTheme="majorHAnsi" w:cstheme="majorHAnsi"/>
          <w:spacing w:val="-1"/>
        </w:rPr>
        <w:t xml:space="preserve"> </w:t>
      </w:r>
      <w:r w:rsidRPr="00902667">
        <w:rPr>
          <w:rFonts w:asciiTheme="majorHAnsi" w:hAnsiTheme="majorHAnsi" w:cstheme="majorHAnsi"/>
        </w:rPr>
        <w:t>a</w:t>
      </w:r>
      <w:r w:rsidRPr="00902667">
        <w:rPr>
          <w:rFonts w:asciiTheme="majorHAnsi" w:hAnsiTheme="majorHAnsi" w:cstheme="majorHAnsi"/>
          <w:spacing w:val="-3"/>
        </w:rPr>
        <w:t xml:space="preserve"> </w:t>
      </w:r>
      <w:r w:rsidRPr="00902667">
        <w:rPr>
          <w:rFonts w:asciiTheme="majorHAnsi" w:hAnsiTheme="majorHAnsi" w:cstheme="majorHAnsi"/>
        </w:rPr>
        <w:t>result</w:t>
      </w:r>
      <w:r w:rsidRPr="00902667">
        <w:rPr>
          <w:rFonts w:asciiTheme="majorHAnsi" w:hAnsiTheme="majorHAnsi" w:cstheme="majorHAnsi"/>
          <w:spacing w:val="-5"/>
        </w:rPr>
        <w:t xml:space="preserve"> </w:t>
      </w:r>
      <w:r w:rsidRPr="00902667">
        <w:rPr>
          <w:rFonts w:asciiTheme="majorHAnsi" w:hAnsiTheme="majorHAnsi" w:cstheme="majorHAnsi"/>
        </w:rPr>
        <w:t>of</w:t>
      </w:r>
      <w:r w:rsidRPr="00902667">
        <w:rPr>
          <w:rFonts w:asciiTheme="majorHAnsi" w:hAnsiTheme="majorHAnsi" w:cstheme="majorHAnsi"/>
          <w:spacing w:val="-5"/>
        </w:rPr>
        <w:t xml:space="preserve"> </w:t>
      </w:r>
      <w:r w:rsidRPr="00902667">
        <w:rPr>
          <w:rFonts w:asciiTheme="majorHAnsi" w:hAnsiTheme="majorHAnsi" w:cstheme="majorHAnsi"/>
        </w:rPr>
        <w:t xml:space="preserve">any inappropriate </w:t>
      </w:r>
      <w:proofErr w:type="spellStart"/>
      <w:r w:rsidRPr="00902667">
        <w:rPr>
          <w:rFonts w:asciiTheme="majorHAnsi" w:hAnsiTheme="majorHAnsi" w:cstheme="majorHAnsi"/>
        </w:rPr>
        <w:t>behaviour</w:t>
      </w:r>
      <w:proofErr w:type="spellEnd"/>
      <w:r w:rsidRPr="00902667">
        <w:rPr>
          <w:rFonts w:asciiTheme="majorHAnsi" w:hAnsiTheme="majorHAnsi" w:cstheme="majorHAnsi"/>
          <w:spacing w:val="-1"/>
        </w:rPr>
        <w:t xml:space="preserve"> </w:t>
      </w:r>
      <w:r w:rsidRPr="00902667">
        <w:rPr>
          <w:rFonts w:asciiTheme="majorHAnsi" w:hAnsiTheme="majorHAnsi" w:cstheme="majorHAnsi"/>
        </w:rPr>
        <w:t>by parents,</w:t>
      </w:r>
      <w:r w:rsidRPr="00902667">
        <w:rPr>
          <w:rFonts w:asciiTheme="majorHAnsi" w:hAnsiTheme="majorHAnsi" w:cstheme="majorHAnsi"/>
          <w:spacing w:val="-1"/>
        </w:rPr>
        <w:t xml:space="preserve"> </w:t>
      </w:r>
      <w:proofErr w:type="spellStart"/>
      <w:r w:rsidRPr="00902667">
        <w:rPr>
          <w:rFonts w:asciiTheme="majorHAnsi" w:hAnsiTheme="majorHAnsi" w:cstheme="majorHAnsi"/>
        </w:rPr>
        <w:t>carers</w:t>
      </w:r>
      <w:proofErr w:type="spellEnd"/>
      <w:r w:rsidRPr="00902667">
        <w:rPr>
          <w:rFonts w:asciiTheme="majorHAnsi" w:hAnsiTheme="majorHAnsi" w:cstheme="majorHAnsi"/>
          <w:spacing w:val="-3"/>
        </w:rPr>
        <w:t xml:space="preserve"> </w:t>
      </w:r>
      <w:r w:rsidRPr="00902667">
        <w:rPr>
          <w:rFonts w:asciiTheme="majorHAnsi" w:hAnsiTheme="majorHAnsi" w:cstheme="majorHAnsi"/>
        </w:rPr>
        <w:t>or</w:t>
      </w:r>
      <w:r w:rsidRPr="00902667">
        <w:rPr>
          <w:rFonts w:asciiTheme="majorHAnsi" w:hAnsiTheme="majorHAnsi" w:cstheme="majorHAnsi"/>
          <w:spacing w:val="-1"/>
        </w:rPr>
        <w:t xml:space="preserve"> </w:t>
      </w:r>
      <w:r w:rsidRPr="00902667">
        <w:rPr>
          <w:rFonts w:asciiTheme="majorHAnsi" w:hAnsiTheme="majorHAnsi" w:cstheme="majorHAnsi"/>
        </w:rPr>
        <w:t>children.</w:t>
      </w:r>
    </w:p>
    <w:p w14:paraId="5A928B0C" w14:textId="32BFB7E9" w:rsidR="00902667" w:rsidRPr="00902667" w:rsidRDefault="00902667" w:rsidP="00902667">
      <w:pPr>
        <w:pStyle w:val="Heading1"/>
        <w:spacing w:before="199"/>
      </w:pPr>
      <w:r>
        <w:t>Collecting</w:t>
      </w:r>
      <w:r>
        <w:rPr>
          <w:spacing w:val="-2"/>
        </w:rPr>
        <w:t xml:space="preserve"> Children</w:t>
      </w:r>
      <w:r>
        <w:rPr>
          <w:b w:val="0"/>
          <w:spacing w:val="-2"/>
        </w:rPr>
        <w:t>:</w:t>
      </w:r>
    </w:p>
    <w:p w14:paraId="42ED42F2" w14:textId="1E9D57E1" w:rsidR="00902667" w:rsidRPr="00902667" w:rsidRDefault="00902667" w:rsidP="00902667">
      <w:pPr>
        <w:pStyle w:val="BodyText"/>
        <w:rPr>
          <w:rFonts w:asciiTheme="majorHAnsi" w:hAnsiTheme="majorHAnsi" w:cstheme="majorHAnsi"/>
        </w:rPr>
      </w:pPr>
      <w:r w:rsidRPr="00902667">
        <w:rPr>
          <w:rFonts w:asciiTheme="majorHAnsi" w:hAnsiTheme="majorHAnsi" w:cstheme="majorHAnsi"/>
          <w:u w:val="single"/>
        </w:rPr>
        <w:t>Little Oaks</w:t>
      </w:r>
      <w:r w:rsidRPr="00902667">
        <w:rPr>
          <w:rFonts w:asciiTheme="majorHAnsi" w:hAnsiTheme="majorHAnsi" w:cstheme="majorHAnsi"/>
          <w:spacing w:val="-1"/>
          <w:u w:val="single"/>
        </w:rPr>
        <w:t xml:space="preserve"> </w:t>
      </w:r>
      <w:r w:rsidRPr="00902667">
        <w:rPr>
          <w:rFonts w:asciiTheme="majorHAnsi" w:hAnsiTheme="majorHAnsi" w:cstheme="majorHAnsi"/>
          <w:u w:val="single"/>
        </w:rPr>
        <w:t>Preschool</w:t>
      </w:r>
      <w:r w:rsidRPr="00902667">
        <w:rPr>
          <w:rFonts w:asciiTheme="majorHAnsi" w:hAnsiTheme="majorHAnsi" w:cstheme="majorHAnsi"/>
          <w:spacing w:val="-2"/>
          <w:u w:val="single"/>
        </w:rPr>
        <w:t xml:space="preserve"> </w:t>
      </w:r>
      <w:r w:rsidRPr="00902667">
        <w:rPr>
          <w:rFonts w:asciiTheme="majorHAnsi" w:hAnsiTheme="majorHAnsi" w:cstheme="majorHAnsi"/>
          <w:u w:val="single"/>
        </w:rPr>
        <w:t>staff</w:t>
      </w:r>
      <w:r w:rsidRPr="00902667">
        <w:rPr>
          <w:rFonts w:asciiTheme="majorHAnsi" w:hAnsiTheme="majorHAnsi" w:cstheme="majorHAnsi"/>
          <w:spacing w:val="-1"/>
          <w:u w:val="single"/>
        </w:rPr>
        <w:t xml:space="preserve"> </w:t>
      </w:r>
      <w:r w:rsidRPr="00902667">
        <w:rPr>
          <w:rFonts w:asciiTheme="majorHAnsi" w:hAnsiTheme="majorHAnsi" w:cstheme="majorHAnsi"/>
          <w:u w:val="single"/>
        </w:rPr>
        <w:t>must be notified by yourselves if</w:t>
      </w:r>
      <w:r w:rsidRPr="00902667">
        <w:rPr>
          <w:rFonts w:asciiTheme="majorHAnsi" w:hAnsiTheme="majorHAnsi" w:cstheme="majorHAnsi"/>
          <w:spacing w:val="-2"/>
          <w:u w:val="single"/>
        </w:rPr>
        <w:t xml:space="preserve"> </w:t>
      </w:r>
      <w:r w:rsidRPr="00902667">
        <w:rPr>
          <w:rFonts w:asciiTheme="majorHAnsi" w:hAnsiTheme="majorHAnsi" w:cstheme="majorHAnsi"/>
          <w:u w:val="single"/>
        </w:rPr>
        <w:t>you</w:t>
      </w:r>
      <w:r w:rsidRPr="00902667">
        <w:rPr>
          <w:rFonts w:asciiTheme="majorHAnsi" w:hAnsiTheme="majorHAnsi" w:cstheme="majorHAnsi"/>
          <w:spacing w:val="-1"/>
          <w:u w:val="single"/>
        </w:rPr>
        <w:t xml:space="preserve"> </w:t>
      </w:r>
      <w:r w:rsidR="00A6388B" w:rsidRPr="00902667">
        <w:rPr>
          <w:rFonts w:asciiTheme="majorHAnsi" w:hAnsiTheme="majorHAnsi" w:cstheme="majorHAnsi"/>
          <w:u w:val="single"/>
        </w:rPr>
        <w:t>plan</w:t>
      </w:r>
      <w:r w:rsidRPr="00902667">
        <w:rPr>
          <w:rFonts w:asciiTheme="majorHAnsi" w:hAnsiTheme="majorHAnsi" w:cstheme="majorHAnsi"/>
          <w:u w:val="single"/>
        </w:rPr>
        <w:t xml:space="preserve"> for</w:t>
      </w:r>
      <w:r w:rsidRPr="00902667">
        <w:rPr>
          <w:rFonts w:asciiTheme="majorHAnsi" w:hAnsiTheme="majorHAnsi" w:cstheme="majorHAnsi"/>
          <w:spacing w:val="-2"/>
          <w:u w:val="single"/>
        </w:rPr>
        <w:t xml:space="preserve"> </w:t>
      </w:r>
      <w:r w:rsidRPr="00902667">
        <w:rPr>
          <w:rFonts w:asciiTheme="majorHAnsi" w:hAnsiTheme="majorHAnsi" w:cstheme="majorHAnsi"/>
          <w:u w:val="single"/>
        </w:rPr>
        <w:t>your child to be collected</w:t>
      </w:r>
      <w:r w:rsidRPr="00902667">
        <w:rPr>
          <w:rFonts w:asciiTheme="majorHAnsi" w:hAnsiTheme="majorHAnsi" w:cstheme="majorHAnsi"/>
        </w:rPr>
        <w:t xml:space="preserve"> </w:t>
      </w:r>
      <w:r w:rsidRPr="00902667">
        <w:rPr>
          <w:rFonts w:asciiTheme="majorHAnsi" w:hAnsiTheme="majorHAnsi" w:cstheme="majorHAnsi"/>
          <w:u w:val="single"/>
        </w:rPr>
        <w:t>by</w:t>
      </w:r>
      <w:r w:rsidRPr="00902667">
        <w:rPr>
          <w:rFonts w:asciiTheme="majorHAnsi" w:hAnsiTheme="majorHAnsi" w:cstheme="majorHAnsi"/>
          <w:spacing w:val="-1"/>
          <w:u w:val="single"/>
        </w:rPr>
        <w:t xml:space="preserve"> </w:t>
      </w:r>
      <w:r w:rsidRPr="00902667">
        <w:rPr>
          <w:rFonts w:asciiTheme="majorHAnsi" w:hAnsiTheme="majorHAnsi" w:cstheme="majorHAnsi"/>
          <w:u w:val="single"/>
        </w:rPr>
        <w:t>anyone</w:t>
      </w:r>
      <w:r w:rsidRPr="00902667">
        <w:rPr>
          <w:rFonts w:asciiTheme="majorHAnsi" w:hAnsiTheme="majorHAnsi" w:cstheme="majorHAnsi"/>
          <w:spacing w:val="-4"/>
          <w:u w:val="single"/>
        </w:rPr>
        <w:t xml:space="preserve"> </w:t>
      </w:r>
      <w:r w:rsidRPr="00902667">
        <w:rPr>
          <w:rFonts w:asciiTheme="majorHAnsi" w:hAnsiTheme="majorHAnsi" w:cstheme="majorHAnsi"/>
          <w:u w:val="single"/>
        </w:rPr>
        <w:t>other</w:t>
      </w:r>
      <w:r w:rsidRPr="00902667">
        <w:rPr>
          <w:rFonts w:asciiTheme="majorHAnsi" w:hAnsiTheme="majorHAnsi" w:cstheme="majorHAnsi"/>
          <w:spacing w:val="-4"/>
          <w:u w:val="single"/>
        </w:rPr>
        <w:t xml:space="preserve"> </w:t>
      </w:r>
      <w:r w:rsidRPr="00902667">
        <w:rPr>
          <w:rFonts w:asciiTheme="majorHAnsi" w:hAnsiTheme="majorHAnsi" w:cstheme="majorHAnsi"/>
          <w:u w:val="single"/>
        </w:rPr>
        <w:t>than</w:t>
      </w:r>
      <w:r w:rsidRPr="00902667">
        <w:rPr>
          <w:rFonts w:asciiTheme="majorHAnsi" w:hAnsiTheme="majorHAnsi" w:cstheme="majorHAnsi"/>
          <w:spacing w:val="-3"/>
          <w:u w:val="single"/>
        </w:rPr>
        <w:t xml:space="preserve"> </w:t>
      </w:r>
      <w:r w:rsidRPr="00902667">
        <w:rPr>
          <w:rFonts w:asciiTheme="majorHAnsi" w:hAnsiTheme="majorHAnsi" w:cstheme="majorHAnsi"/>
          <w:u w:val="single"/>
        </w:rPr>
        <w:t>those</w:t>
      </w:r>
      <w:r w:rsidRPr="00902667">
        <w:rPr>
          <w:rFonts w:asciiTheme="majorHAnsi" w:hAnsiTheme="majorHAnsi" w:cstheme="majorHAnsi"/>
          <w:spacing w:val="-2"/>
          <w:u w:val="single"/>
        </w:rPr>
        <w:t xml:space="preserve"> </w:t>
      </w:r>
      <w:r w:rsidRPr="00902667">
        <w:rPr>
          <w:rFonts w:asciiTheme="majorHAnsi" w:hAnsiTheme="majorHAnsi" w:cstheme="majorHAnsi"/>
          <w:u w:val="single"/>
        </w:rPr>
        <w:t>detailed</w:t>
      </w:r>
      <w:r w:rsidRPr="00902667">
        <w:rPr>
          <w:rFonts w:asciiTheme="majorHAnsi" w:hAnsiTheme="majorHAnsi" w:cstheme="majorHAnsi"/>
          <w:spacing w:val="-3"/>
          <w:u w:val="single"/>
        </w:rPr>
        <w:t xml:space="preserve"> </w:t>
      </w:r>
      <w:r w:rsidRPr="00902667">
        <w:rPr>
          <w:rFonts w:asciiTheme="majorHAnsi" w:hAnsiTheme="majorHAnsi" w:cstheme="majorHAnsi"/>
          <w:u w:val="single"/>
        </w:rPr>
        <w:t>on</w:t>
      </w:r>
      <w:r w:rsidRPr="00902667">
        <w:rPr>
          <w:rFonts w:asciiTheme="majorHAnsi" w:hAnsiTheme="majorHAnsi" w:cstheme="majorHAnsi"/>
          <w:spacing w:val="-6"/>
          <w:u w:val="single"/>
        </w:rPr>
        <w:t xml:space="preserve"> </w:t>
      </w:r>
      <w:r w:rsidRPr="00902667">
        <w:rPr>
          <w:rFonts w:asciiTheme="majorHAnsi" w:hAnsiTheme="majorHAnsi" w:cstheme="majorHAnsi"/>
          <w:u w:val="single"/>
        </w:rPr>
        <w:t>your</w:t>
      </w:r>
      <w:r w:rsidRPr="00902667">
        <w:rPr>
          <w:rFonts w:asciiTheme="majorHAnsi" w:hAnsiTheme="majorHAnsi" w:cstheme="majorHAnsi"/>
          <w:spacing w:val="-2"/>
          <w:u w:val="single"/>
        </w:rPr>
        <w:t xml:space="preserve"> </w:t>
      </w:r>
      <w:r w:rsidRPr="00902667">
        <w:rPr>
          <w:rFonts w:asciiTheme="majorHAnsi" w:hAnsiTheme="majorHAnsi" w:cstheme="majorHAnsi"/>
          <w:u w:val="single"/>
        </w:rPr>
        <w:t>admission</w:t>
      </w:r>
      <w:r w:rsidRPr="00902667">
        <w:rPr>
          <w:rFonts w:asciiTheme="majorHAnsi" w:hAnsiTheme="majorHAnsi" w:cstheme="majorHAnsi"/>
          <w:spacing w:val="-2"/>
          <w:u w:val="single"/>
        </w:rPr>
        <w:t xml:space="preserve"> </w:t>
      </w:r>
      <w:r w:rsidRPr="00902667">
        <w:rPr>
          <w:rFonts w:asciiTheme="majorHAnsi" w:hAnsiTheme="majorHAnsi" w:cstheme="majorHAnsi"/>
          <w:u w:val="single"/>
        </w:rPr>
        <w:t>form</w:t>
      </w:r>
      <w:r w:rsidRPr="00902667">
        <w:rPr>
          <w:rFonts w:asciiTheme="majorHAnsi" w:hAnsiTheme="majorHAnsi" w:cstheme="majorHAnsi"/>
          <w:spacing w:val="-2"/>
          <w:u w:val="single"/>
        </w:rPr>
        <w:t xml:space="preserve"> </w:t>
      </w:r>
      <w:r w:rsidRPr="00902667">
        <w:rPr>
          <w:rFonts w:asciiTheme="majorHAnsi" w:hAnsiTheme="majorHAnsi" w:cstheme="majorHAnsi"/>
          <w:u w:val="single"/>
        </w:rPr>
        <w:t>as</w:t>
      </w:r>
      <w:r w:rsidRPr="00902667">
        <w:rPr>
          <w:rFonts w:asciiTheme="majorHAnsi" w:hAnsiTheme="majorHAnsi" w:cstheme="majorHAnsi"/>
          <w:spacing w:val="-2"/>
          <w:u w:val="single"/>
        </w:rPr>
        <w:t xml:space="preserve"> </w:t>
      </w:r>
      <w:r w:rsidRPr="00902667">
        <w:rPr>
          <w:rFonts w:asciiTheme="majorHAnsi" w:hAnsiTheme="majorHAnsi" w:cstheme="majorHAnsi"/>
          <w:u w:val="single"/>
        </w:rPr>
        <w:t>having</w:t>
      </w:r>
      <w:r w:rsidRPr="00902667">
        <w:rPr>
          <w:rFonts w:asciiTheme="majorHAnsi" w:hAnsiTheme="majorHAnsi" w:cstheme="majorHAnsi"/>
          <w:spacing w:val="-4"/>
          <w:u w:val="single"/>
        </w:rPr>
        <w:t xml:space="preserve"> </w:t>
      </w:r>
      <w:r w:rsidRPr="00902667">
        <w:rPr>
          <w:rFonts w:asciiTheme="majorHAnsi" w:hAnsiTheme="majorHAnsi" w:cstheme="majorHAnsi"/>
          <w:u w:val="single"/>
        </w:rPr>
        <w:t>responsibility,</w:t>
      </w:r>
      <w:r w:rsidRPr="00902667">
        <w:rPr>
          <w:rFonts w:asciiTheme="majorHAnsi" w:hAnsiTheme="majorHAnsi" w:cstheme="majorHAnsi"/>
          <w:spacing w:val="-2"/>
          <w:u w:val="single"/>
        </w:rPr>
        <w:t xml:space="preserve"> </w:t>
      </w:r>
      <w:r w:rsidRPr="00902667">
        <w:rPr>
          <w:rFonts w:asciiTheme="majorHAnsi" w:hAnsiTheme="majorHAnsi" w:cstheme="majorHAnsi"/>
          <w:u w:val="single"/>
        </w:rPr>
        <w:t>we</w:t>
      </w:r>
      <w:r w:rsidRPr="00902667">
        <w:rPr>
          <w:rFonts w:asciiTheme="majorHAnsi" w:hAnsiTheme="majorHAnsi" w:cstheme="majorHAnsi"/>
          <w:spacing w:val="-4"/>
          <w:u w:val="single"/>
        </w:rPr>
        <w:t xml:space="preserve"> </w:t>
      </w:r>
      <w:r w:rsidRPr="00902667">
        <w:rPr>
          <w:rFonts w:asciiTheme="majorHAnsi" w:hAnsiTheme="majorHAnsi" w:cstheme="majorHAnsi"/>
          <w:u w:val="single"/>
        </w:rPr>
        <w:t>must</w:t>
      </w:r>
      <w:r w:rsidRPr="00902667">
        <w:rPr>
          <w:rFonts w:asciiTheme="majorHAnsi" w:hAnsiTheme="majorHAnsi" w:cstheme="majorHAnsi"/>
          <w:spacing w:val="-1"/>
          <w:u w:val="single"/>
        </w:rPr>
        <w:t xml:space="preserve"> </w:t>
      </w:r>
      <w:r w:rsidRPr="00902667">
        <w:rPr>
          <w:rFonts w:asciiTheme="majorHAnsi" w:hAnsiTheme="majorHAnsi" w:cstheme="majorHAnsi"/>
          <w:u w:val="single"/>
        </w:rPr>
        <w:t>be</w:t>
      </w:r>
      <w:r w:rsidRPr="00902667">
        <w:rPr>
          <w:rFonts w:asciiTheme="majorHAnsi" w:hAnsiTheme="majorHAnsi" w:cstheme="majorHAnsi"/>
          <w:spacing w:val="-2"/>
          <w:u w:val="single"/>
        </w:rPr>
        <w:t xml:space="preserve"> </w:t>
      </w:r>
      <w:r w:rsidRPr="00902667">
        <w:rPr>
          <w:rFonts w:asciiTheme="majorHAnsi" w:hAnsiTheme="majorHAnsi" w:cstheme="majorHAnsi"/>
          <w:u w:val="single"/>
        </w:rPr>
        <w:t>informed</w:t>
      </w:r>
      <w:r w:rsidRPr="00902667">
        <w:rPr>
          <w:rFonts w:asciiTheme="majorHAnsi" w:hAnsiTheme="majorHAnsi" w:cstheme="majorHAnsi"/>
          <w:spacing w:val="-3"/>
          <w:u w:val="single"/>
        </w:rPr>
        <w:t xml:space="preserve"> </w:t>
      </w:r>
      <w:r w:rsidRPr="00902667">
        <w:rPr>
          <w:rFonts w:asciiTheme="majorHAnsi" w:hAnsiTheme="majorHAnsi" w:cstheme="majorHAnsi"/>
          <w:u w:val="single"/>
        </w:rPr>
        <w:t>of</w:t>
      </w:r>
      <w:r w:rsidRPr="00902667">
        <w:rPr>
          <w:rFonts w:asciiTheme="majorHAnsi" w:hAnsiTheme="majorHAnsi" w:cstheme="majorHAnsi"/>
          <w:spacing w:val="-2"/>
          <w:u w:val="single"/>
        </w:rPr>
        <w:t xml:space="preserve"> </w:t>
      </w:r>
      <w:r w:rsidRPr="00902667">
        <w:rPr>
          <w:rFonts w:asciiTheme="majorHAnsi" w:hAnsiTheme="majorHAnsi" w:cstheme="majorHAnsi"/>
          <w:u w:val="single"/>
        </w:rPr>
        <w:t>the</w:t>
      </w:r>
      <w:r w:rsidRPr="00902667">
        <w:rPr>
          <w:rFonts w:asciiTheme="majorHAnsi" w:hAnsiTheme="majorHAnsi" w:cstheme="majorHAnsi"/>
        </w:rPr>
        <w:t xml:space="preserve"> </w:t>
      </w:r>
      <w:r w:rsidRPr="00902667">
        <w:rPr>
          <w:rFonts w:asciiTheme="majorHAnsi" w:hAnsiTheme="majorHAnsi" w:cstheme="majorHAnsi"/>
          <w:u w:val="single"/>
        </w:rPr>
        <w:t>person collecting as soon as possible and before the actual time of collection</w:t>
      </w:r>
      <w:r w:rsidRPr="00902667">
        <w:rPr>
          <w:rFonts w:asciiTheme="majorHAnsi" w:hAnsiTheme="majorHAnsi" w:cstheme="majorHAnsi"/>
        </w:rPr>
        <w:t>. The safety and wellbeing of the children in our care is of the utmost importance.</w:t>
      </w:r>
    </w:p>
    <w:p w14:paraId="232E13DC" w14:textId="77777777" w:rsidR="00902667" w:rsidRDefault="00902667" w:rsidP="00902667">
      <w:pPr>
        <w:pStyle w:val="Heading1"/>
        <w:spacing w:before="200"/>
        <w:rPr>
          <w:b w:val="0"/>
        </w:rPr>
      </w:pPr>
      <w:r>
        <w:t>Opening</w:t>
      </w:r>
      <w:r>
        <w:rPr>
          <w:spacing w:val="-2"/>
        </w:rPr>
        <w:t xml:space="preserve"> </w:t>
      </w:r>
      <w:r>
        <w:t>and</w:t>
      </w:r>
      <w:r>
        <w:rPr>
          <w:spacing w:val="-5"/>
        </w:rPr>
        <w:t xml:space="preserve"> </w:t>
      </w:r>
      <w:r>
        <w:t>Closing</w:t>
      </w:r>
      <w:r>
        <w:rPr>
          <w:spacing w:val="-2"/>
        </w:rPr>
        <w:t xml:space="preserve"> times</w:t>
      </w:r>
      <w:r>
        <w:rPr>
          <w:b w:val="0"/>
          <w:spacing w:val="-2"/>
        </w:rPr>
        <w:t>:</w:t>
      </w:r>
    </w:p>
    <w:p w14:paraId="368405D1" w14:textId="77777777" w:rsidR="00BE2B6D" w:rsidRPr="00902667" w:rsidRDefault="00902667" w:rsidP="00BE2B6D">
      <w:pPr>
        <w:pStyle w:val="BodyText"/>
        <w:rPr>
          <w:rFonts w:asciiTheme="majorHAnsi" w:hAnsiTheme="majorHAnsi" w:cstheme="majorHAnsi"/>
        </w:rPr>
      </w:pPr>
      <w:r w:rsidRPr="00902667">
        <w:rPr>
          <w:rFonts w:asciiTheme="majorHAnsi" w:hAnsiTheme="majorHAnsi" w:cstheme="majorHAnsi"/>
        </w:rPr>
        <w:t>The opening time of 7.45am or 8.30am and closing time of 1pm, 3.45pm or 6.00pm must be adhered to in order to</w:t>
      </w:r>
      <w:r w:rsidRPr="00902667">
        <w:rPr>
          <w:rFonts w:asciiTheme="majorHAnsi" w:hAnsiTheme="majorHAnsi" w:cstheme="majorHAnsi"/>
          <w:spacing w:val="-3"/>
        </w:rPr>
        <w:t xml:space="preserve"> </w:t>
      </w:r>
      <w:r w:rsidRPr="00902667">
        <w:rPr>
          <w:rFonts w:asciiTheme="majorHAnsi" w:hAnsiTheme="majorHAnsi" w:cstheme="majorHAnsi"/>
        </w:rPr>
        <w:t>enable</w:t>
      </w:r>
      <w:r w:rsidRPr="00902667">
        <w:rPr>
          <w:rFonts w:asciiTheme="majorHAnsi" w:hAnsiTheme="majorHAnsi" w:cstheme="majorHAnsi"/>
          <w:spacing w:val="-1"/>
        </w:rPr>
        <w:t xml:space="preserve"> </w:t>
      </w:r>
      <w:r w:rsidRPr="00902667">
        <w:rPr>
          <w:rFonts w:asciiTheme="majorHAnsi" w:hAnsiTheme="majorHAnsi" w:cstheme="majorHAnsi"/>
        </w:rPr>
        <w:t>the</w:t>
      </w:r>
      <w:r w:rsidRPr="00902667">
        <w:rPr>
          <w:rFonts w:asciiTheme="majorHAnsi" w:hAnsiTheme="majorHAnsi" w:cstheme="majorHAnsi"/>
          <w:spacing w:val="-1"/>
        </w:rPr>
        <w:t xml:space="preserve"> </w:t>
      </w:r>
      <w:r w:rsidRPr="00902667">
        <w:rPr>
          <w:rFonts w:asciiTheme="majorHAnsi" w:hAnsiTheme="majorHAnsi" w:cstheme="majorHAnsi"/>
        </w:rPr>
        <w:t>correct</w:t>
      </w:r>
      <w:r w:rsidRPr="00902667">
        <w:rPr>
          <w:rFonts w:asciiTheme="majorHAnsi" w:hAnsiTheme="majorHAnsi" w:cstheme="majorHAnsi"/>
          <w:spacing w:val="-1"/>
        </w:rPr>
        <w:t xml:space="preserve"> </w:t>
      </w:r>
      <w:r w:rsidRPr="00902667">
        <w:rPr>
          <w:rFonts w:asciiTheme="majorHAnsi" w:hAnsiTheme="majorHAnsi" w:cstheme="majorHAnsi"/>
        </w:rPr>
        <w:t>child</w:t>
      </w:r>
      <w:r w:rsidRPr="00902667">
        <w:rPr>
          <w:rFonts w:asciiTheme="majorHAnsi" w:hAnsiTheme="majorHAnsi" w:cstheme="majorHAnsi"/>
          <w:spacing w:val="-4"/>
        </w:rPr>
        <w:t xml:space="preserve"> </w:t>
      </w:r>
      <w:r w:rsidRPr="00902667">
        <w:rPr>
          <w:rFonts w:asciiTheme="majorHAnsi" w:hAnsiTheme="majorHAnsi" w:cstheme="majorHAnsi"/>
        </w:rPr>
        <w:t>adult ratios</w:t>
      </w:r>
      <w:r w:rsidRPr="00902667">
        <w:rPr>
          <w:rFonts w:asciiTheme="majorHAnsi" w:hAnsiTheme="majorHAnsi" w:cstheme="majorHAnsi"/>
          <w:spacing w:val="-5"/>
        </w:rPr>
        <w:t xml:space="preserve"> </w:t>
      </w:r>
      <w:r w:rsidRPr="00902667">
        <w:rPr>
          <w:rFonts w:asciiTheme="majorHAnsi" w:hAnsiTheme="majorHAnsi" w:cstheme="majorHAnsi"/>
        </w:rPr>
        <w:t>can</w:t>
      </w:r>
      <w:r w:rsidRPr="00902667">
        <w:rPr>
          <w:rFonts w:asciiTheme="majorHAnsi" w:hAnsiTheme="majorHAnsi" w:cstheme="majorHAnsi"/>
          <w:spacing w:val="-1"/>
        </w:rPr>
        <w:t xml:space="preserve"> </w:t>
      </w:r>
      <w:r w:rsidRPr="00902667">
        <w:rPr>
          <w:rFonts w:asciiTheme="majorHAnsi" w:hAnsiTheme="majorHAnsi" w:cstheme="majorHAnsi"/>
        </w:rPr>
        <w:t>be</w:t>
      </w:r>
      <w:r w:rsidRPr="00902667">
        <w:rPr>
          <w:rFonts w:asciiTheme="majorHAnsi" w:hAnsiTheme="majorHAnsi" w:cstheme="majorHAnsi"/>
          <w:spacing w:val="-3"/>
        </w:rPr>
        <w:t xml:space="preserve"> </w:t>
      </w:r>
      <w:r w:rsidRPr="00902667">
        <w:rPr>
          <w:rFonts w:asciiTheme="majorHAnsi" w:hAnsiTheme="majorHAnsi" w:cstheme="majorHAnsi"/>
        </w:rPr>
        <w:t>maintained.</w:t>
      </w:r>
      <w:r w:rsidRPr="00902667">
        <w:rPr>
          <w:rFonts w:asciiTheme="majorHAnsi" w:hAnsiTheme="majorHAnsi" w:cstheme="majorHAnsi"/>
          <w:spacing w:val="-1"/>
        </w:rPr>
        <w:t xml:space="preserve"> </w:t>
      </w:r>
      <w:r w:rsidRPr="00902667">
        <w:rPr>
          <w:rFonts w:asciiTheme="majorHAnsi" w:hAnsiTheme="majorHAnsi" w:cstheme="majorHAnsi"/>
        </w:rPr>
        <w:t>Failure</w:t>
      </w:r>
      <w:r w:rsidRPr="00902667">
        <w:rPr>
          <w:rFonts w:asciiTheme="majorHAnsi" w:hAnsiTheme="majorHAnsi" w:cstheme="majorHAnsi"/>
          <w:spacing w:val="-1"/>
        </w:rPr>
        <w:t xml:space="preserve"> </w:t>
      </w:r>
      <w:r w:rsidRPr="00902667">
        <w:rPr>
          <w:rFonts w:asciiTheme="majorHAnsi" w:hAnsiTheme="majorHAnsi" w:cstheme="majorHAnsi"/>
        </w:rPr>
        <w:t>to</w:t>
      </w:r>
      <w:r w:rsidRPr="00902667">
        <w:rPr>
          <w:rFonts w:asciiTheme="majorHAnsi" w:hAnsiTheme="majorHAnsi" w:cstheme="majorHAnsi"/>
          <w:spacing w:val="-1"/>
        </w:rPr>
        <w:t xml:space="preserve"> </w:t>
      </w:r>
      <w:r w:rsidRPr="00902667">
        <w:rPr>
          <w:rFonts w:asciiTheme="majorHAnsi" w:hAnsiTheme="majorHAnsi" w:cstheme="majorHAnsi"/>
        </w:rPr>
        <w:t>comply</w:t>
      </w:r>
      <w:r w:rsidRPr="00902667">
        <w:rPr>
          <w:rFonts w:asciiTheme="majorHAnsi" w:hAnsiTheme="majorHAnsi" w:cstheme="majorHAnsi"/>
          <w:spacing w:val="-3"/>
        </w:rPr>
        <w:t xml:space="preserve"> </w:t>
      </w:r>
      <w:r w:rsidRPr="00902667">
        <w:rPr>
          <w:rFonts w:asciiTheme="majorHAnsi" w:hAnsiTheme="majorHAnsi" w:cstheme="majorHAnsi"/>
        </w:rPr>
        <w:t>will</w:t>
      </w:r>
      <w:r w:rsidRPr="00902667">
        <w:rPr>
          <w:rFonts w:asciiTheme="majorHAnsi" w:hAnsiTheme="majorHAnsi" w:cstheme="majorHAnsi"/>
          <w:spacing w:val="-1"/>
        </w:rPr>
        <w:t xml:space="preserve"> </w:t>
      </w:r>
      <w:r w:rsidRPr="00902667">
        <w:rPr>
          <w:rFonts w:asciiTheme="majorHAnsi" w:hAnsiTheme="majorHAnsi" w:cstheme="majorHAnsi"/>
        </w:rPr>
        <w:t>result</w:t>
      </w:r>
      <w:r w:rsidRPr="00902667">
        <w:rPr>
          <w:rFonts w:asciiTheme="majorHAnsi" w:hAnsiTheme="majorHAnsi" w:cstheme="majorHAnsi"/>
          <w:spacing w:val="-2"/>
        </w:rPr>
        <w:t xml:space="preserve"> </w:t>
      </w:r>
      <w:r w:rsidRPr="00902667">
        <w:rPr>
          <w:rFonts w:asciiTheme="majorHAnsi" w:hAnsiTheme="majorHAnsi" w:cstheme="majorHAnsi"/>
        </w:rPr>
        <w:t>in</w:t>
      </w:r>
      <w:r w:rsidRPr="00902667">
        <w:rPr>
          <w:rFonts w:asciiTheme="majorHAnsi" w:hAnsiTheme="majorHAnsi" w:cstheme="majorHAnsi"/>
          <w:spacing w:val="-2"/>
        </w:rPr>
        <w:t xml:space="preserve"> </w:t>
      </w:r>
      <w:r w:rsidRPr="00902667">
        <w:rPr>
          <w:rFonts w:asciiTheme="majorHAnsi" w:hAnsiTheme="majorHAnsi" w:cstheme="majorHAnsi"/>
        </w:rPr>
        <w:t>extra</w:t>
      </w:r>
      <w:r w:rsidRPr="00902667">
        <w:rPr>
          <w:rFonts w:asciiTheme="majorHAnsi" w:hAnsiTheme="majorHAnsi" w:cstheme="majorHAnsi"/>
          <w:spacing w:val="-5"/>
        </w:rPr>
        <w:t xml:space="preserve"> </w:t>
      </w:r>
      <w:r w:rsidRPr="00902667">
        <w:rPr>
          <w:rFonts w:asciiTheme="majorHAnsi" w:hAnsiTheme="majorHAnsi" w:cstheme="majorHAnsi"/>
        </w:rPr>
        <w:t>charges</w:t>
      </w:r>
      <w:r w:rsidRPr="00902667">
        <w:rPr>
          <w:rFonts w:asciiTheme="majorHAnsi" w:hAnsiTheme="majorHAnsi" w:cstheme="majorHAnsi"/>
          <w:spacing w:val="-1"/>
        </w:rPr>
        <w:t xml:space="preserve"> </w:t>
      </w:r>
      <w:r w:rsidRPr="00902667">
        <w:rPr>
          <w:rFonts w:asciiTheme="majorHAnsi" w:hAnsiTheme="majorHAnsi" w:cstheme="majorHAnsi"/>
        </w:rPr>
        <w:t>being</w:t>
      </w:r>
      <w:r w:rsidRPr="00902667">
        <w:rPr>
          <w:rFonts w:asciiTheme="majorHAnsi" w:hAnsiTheme="majorHAnsi" w:cstheme="majorHAnsi"/>
          <w:spacing w:val="-4"/>
        </w:rPr>
        <w:t xml:space="preserve"> </w:t>
      </w:r>
      <w:r w:rsidRPr="00902667">
        <w:rPr>
          <w:rFonts w:asciiTheme="majorHAnsi" w:hAnsiTheme="majorHAnsi" w:cstheme="majorHAnsi"/>
        </w:rPr>
        <w:t>made to</w:t>
      </w:r>
      <w:r w:rsidRPr="00902667">
        <w:rPr>
          <w:rFonts w:asciiTheme="majorHAnsi" w:hAnsiTheme="majorHAnsi" w:cstheme="majorHAnsi"/>
          <w:spacing w:val="-5"/>
        </w:rPr>
        <w:t xml:space="preserve"> </w:t>
      </w:r>
      <w:r w:rsidRPr="00902667">
        <w:rPr>
          <w:rFonts w:asciiTheme="majorHAnsi" w:hAnsiTheme="majorHAnsi" w:cstheme="majorHAnsi"/>
        </w:rPr>
        <w:t>you.</w:t>
      </w:r>
      <w:r w:rsidRPr="00902667">
        <w:rPr>
          <w:rFonts w:asciiTheme="majorHAnsi" w:hAnsiTheme="majorHAnsi" w:cstheme="majorHAnsi"/>
          <w:spacing w:val="-3"/>
        </w:rPr>
        <w:t xml:space="preserve"> </w:t>
      </w:r>
      <w:r w:rsidRPr="00902667">
        <w:rPr>
          <w:rFonts w:asciiTheme="majorHAnsi" w:hAnsiTheme="majorHAnsi" w:cstheme="majorHAnsi"/>
        </w:rPr>
        <w:t>Late</w:t>
      </w:r>
      <w:r w:rsidRPr="00902667">
        <w:rPr>
          <w:rFonts w:asciiTheme="majorHAnsi" w:hAnsiTheme="majorHAnsi" w:cstheme="majorHAnsi"/>
          <w:spacing w:val="-3"/>
        </w:rPr>
        <w:t xml:space="preserve"> </w:t>
      </w:r>
      <w:r w:rsidRPr="00902667">
        <w:rPr>
          <w:rFonts w:asciiTheme="majorHAnsi" w:hAnsiTheme="majorHAnsi" w:cstheme="majorHAnsi"/>
        </w:rPr>
        <w:t>collection fees</w:t>
      </w:r>
      <w:r w:rsidRPr="00902667">
        <w:rPr>
          <w:rFonts w:asciiTheme="majorHAnsi" w:hAnsiTheme="majorHAnsi" w:cstheme="majorHAnsi"/>
          <w:spacing w:val="-5"/>
        </w:rPr>
        <w:t xml:space="preserve"> </w:t>
      </w:r>
      <w:r w:rsidRPr="00902667">
        <w:rPr>
          <w:rFonts w:asciiTheme="majorHAnsi" w:hAnsiTheme="majorHAnsi" w:cstheme="majorHAnsi"/>
        </w:rPr>
        <w:t>will</w:t>
      </w:r>
      <w:r w:rsidRPr="00902667">
        <w:rPr>
          <w:rFonts w:asciiTheme="majorHAnsi" w:hAnsiTheme="majorHAnsi" w:cstheme="majorHAnsi"/>
          <w:spacing w:val="-1"/>
        </w:rPr>
        <w:t xml:space="preserve"> </w:t>
      </w:r>
      <w:r w:rsidRPr="00902667">
        <w:rPr>
          <w:rFonts w:asciiTheme="majorHAnsi" w:hAnsiTheme="majorHAnsi" w:cstheme="majorHAnsi"/>
        </w:rPr>
        <w:t>be</w:t>
      </w:r>
      <w:r w:rsidRPr="00902667">
        <w:rPr>
          <w:rFonts w:asciiTheme="majorHAnsi" w:hAnsiTheme="majorHAnsi" w:cstheme="majorHAnsi"/>
          <w:spacing w:val="-1"/>
        </w:rPr>
        <w:t xml:space="preserve"> </w:t>
      </w:r>
      <w:r w:rsidRPr="00902667">
        <w:rPr>
          <w:rFonts w:asciiTheme="majorHAnsi" w:hAnsiTheme="majorHAnsi" w:cstheme="majorHAnsi"/>
        </w:rPr>
        <w:t>added</w:t>
      </w:r>
      <w:r w:rsidRPr="00902667">
        <w:rPr>
          <w:rFonts w:asciiTheme="majorHAnsi" w:hAnsiTheme="majorHAnsi" w:cstheme="majorHAnsi"/>
          <w:spacing w:val="-2"/>
        </w:rPr>
        <w:t xml:space="preserve"> </w:t>
      </w:r>
      <w:r w:rsidRPr="00902667">
        <w:rPr>
          <w:rFonts w:asciiTheme="majorHAnsi" w:hAnsiTheme="majorHAnsi" w:cstheme="majorHAnsi"/>
        </w:rPr>
        <w:t>to</w:t>
      </w:r>
      <w:r w:rsidRPr="00902667">
        <w:rPr>
          <w:rFonts w:asciiTheme="majorHAnsi" w:hAnsiTheme="majorHAnsi" w:cstheme="majorHAnsi"/>
          <w:spacing w:val="-3"/>
        </w:rPr>
        <w:t xml:space="preserve"> </w:t>
      </w:r>
      <w:r w:rsidRPr="00902667">
        <w:rPr>
          <w:rFonts w:asciiTheme="majorHAnsi" w:hAnsiTheme="majorHAnsi" w:cstheme="majorHAnsi"/>
        </w:rPr>
        <w:t>the</w:t>
      </w:r>
      <w:r w:rsidRPr="00902667">
        <w:rPr>
          <w:rFonts w:asciiTheme="majorHAnsi" w:hAnsiTheme="majorHAnsi" w:cstheme="majorHAnsi"/>
          <w:spacing w:val="-1"/>
        </w:rPr>
        <w:t xml:space="preserve"> </w:t>
      </w:r>
      <w:r w:rsidRPr="00902667">
        <w:rPr>
          <w:rFonts w:asciiTheme="majorHAnsi" w:hAnsiTheme="majorHAnsi" w:cstheme="majorHAnsi"/>
        </w:rPr>
        <w:t>invoices</w:t>
      </w:r>
      <w:r w:rsidRPr="00902667">
        <w:rPr>
          <w:rFonts w:asciiTheme="majorHAnsi" w:hAnsiTheme="majorHAnsi" w:cstheme="majorHAnsi"/>
          <w:spacing w:val="-1"/>
        </w:rPr>
        <w:t xml:space="preserve"> </w:t>
      </w:r>
      <w:r w:rsidRPr="00902667">
        <w:rPr>
          <w:rFonts w:asciiTheme="majorHAnsi" w:hAnsiTheme="majorHAnsi" w:cstheme="majorHAnsi"/>
        </w:rPr>
        <w:t>at</w:t>
      </w:r>
      <w:r w:rsidRPr="00902667">
        <w:rPr>
          <w:rFonts w:asciiTheme="majorHAnsi" w:hAnsiTheme="majorHAnsi" w:cstheme="majorHAnsi"/>
          <w:spacing w:val="-1"/>
        </w:rPr>
        <w:t xml:space="preserve"> </w:t>
      </w:r>
      <w:r w:rsidRPr="00902667">
        <w:rPr>
          <w:rFonts w:asciiTheme="majorHAnsi" w:hAnsiTheme="majorHAnsi" w:cstheme="majorHAnsi"/>
        </w:rPr>
        <w:t>a</w:t>
      </w:r>
      <w:r w:rsidRPr="00902667">
        <w:rPr>
          <w:rFonts w:asciiTheme="majorHAnsi" w:hAnsiTheme="majorHAnsi" w:cstheme="majorHAnsi"/>
          <w:spacing w:val="-3"/>
        </w:rPr>
        <w:t xml:space="preserve"> </w:t>
      </w:r>
      <w:r w:rsidRPr="00902667">
        <w:rPr>
          <w:rFonts w:asciiTheme="majorHAnsi" w:hAnsiTheme="majorHAnsi" w:cstheme="majorHAnsi"/>
        </w:rPr>
        <w:t>charge</w:t>
      </w:r>
      <w:r w:rsidRPr="00902667">
        <w:rPr>
          <w:rFonts w:asciiTheme="majorHAnsi" w:hAnsiTheme="majorHAnsi" w:cstheme="majorHAnsi"/>
          <w:spacing w:val="-5"/>
        </w:rPr>
        <w:t xml:space="preserve"> </w:t>
      </w:r>
      <w:r w:rsidRPr="00902667">
        <w:rPr>
          <w:rFonts w:asciiTheme="majorHAnsi" w:hAnsiTheme="majorHAnsi" w:cstheme="majorHAnsi"/>
        </w:rPr>
        <w:t>of</w:t>
      </w:r>
      <w:r w:rsidRPr="00902667">
        <w:rPr>
          <w:rFonts w:asciiTheme="majorHAnsi" w:hAnsiTheme="majorHAnsi" w:cstheme="majorHAnsi"/>
          <w:spacing w:val="-4"/>
        </w:rPr>
        <w:t xml:space="preserve"> </w:t>
      </w:r>
      <w:r w:rsidRPr="00902667">
        <w:rPr>
          <w:rFonts w:asciiTheme="majorHAnsi" w:hAnsiTheme="majorHAnsi" w:cstheme="majorHAnsi"/>
        </w:rPr>
        <w:t>£5.00 for</w:t>
      </w:r>
      <w:r w:rsidRPr="00902667">
        <w:rPr>
          <w:rFonts w:asciiTheme="majorHAnsi" w:hAnsiTheme="majorHAnsi" w:cstheme="majorHAnsi"/>
          <w:spacing w:val="-3"/>
        </w:rPr>
        <w:t xml:space="preserve"> </w:t>
      </w:r>
      <w:r w:rsidRPr="00902667">
        <w:rPr>
          <w:rFonts w:asciiTheme="majorHAnsi" w:hAnsiTheme="majorHAnsi" w:cstheme="majorHAnsi"/>
        </w:rPr>
        <w:t>the</w:t>
      </w:r>
      <w:r w:rsidRPr="00902667">
        <w:rPr>
          <w:rFonts w:asciiTheme="majorHAnsi" w:hAnsiTheme="majorHAnsi" w:cstheme="majorHAnsi"/>
          <w:spacing w:val="-1"/>
        </w:rPr>
        <w:t xml:space="preserve"> </w:t>
      </w:r>
      <w:r w:rsidRPr="00902667">
        <w:rPr>
          <w:rFonts w:asciiTheme="majorHAnsi" w:hAnsiTheme="majorHAnsi" w:cstheme="majorHAnsi"/>
        </w:rPr>
        <w:t>first</w:t>
      </w:r>
      <w:r w:rsidRPr="00902667">
        <w:rPr>
          <w:rFonts w:asciiTheme="majorHAnsi" w:hAnsiTheme="majorHAnsi" w:cstheme="majorHAnsi"/>
          <w:spacing w:val="-4"/>
        </w:rPr>
        <w:t xml:space="preserve"> </w:t>
      </w:r>
      <w:r w:rsidRPr="00902667">
        <w:rPr>
          <w:rFonts w:asciiTheme="majorHAnsi" w:hAnsiTheme="majorHAnsi" w:cstheme="majorHAnsi"/>
        </w:rPr>
        <w:t>15min</w:t>
      </w:r>
      <w:r w:rsidRPr="00902667">
        <w:rPr>
          <w:rFonts w:asciiTheme="majorHAnsi" w:hAnsiTheme="majorHAnsi" w:cstheme="majorHAnsi"/>
          <w:spacing w:val="-4"/>
        </w:rPr>
        <w:t xml:space="preserve"> </w:t>
      </w:r>
      <w:r w:rsidRPr="00902667">
        <w:rPr>
          <w:rFonts w:asciiTheme="majorHAnsi" w:hAnsiTheme="majorHAnsi" w:cstheme="majorHAnsi"/>
        </w:rPr>
        <w:t>and</w:t>
      </w:r>
      <w:r w:rsidRPr="00902667">
        <w:rPr>
          <w:rFonts w:asciiTheme="majorHAnsi" w:hAnsiTheme="majorHAnsi" w:cstheme="majorHAnsi"/>
          <w:spacing w:val="-2"/>
        </w:rPr>
        <w:t xml:space="preserve"> </w:t>
      </w:r>
      <w:r w:rsidRPr="00902667">
        <w:rPr>
          <w:rFonts w:asciiTheme="majorHAnsi" w:hAnsiTheme="majorHAnsi" w:cstheme="majorHAnsi"/>
        </w:rPr>
        <w:t xml:space="preserve">an </w:t>
      </w:r>
      <w:r w:rsidRPr="00902667">
        <w:rPr>
          <w:rFonts w:asciiTheme="majorHAnsi" w:hAnsiTheme="majorHAnsi" w:cstheme="majorHAnsi"/>
          <w:spacing w:val="-2"/>
        </w:rPr>
        <w:t>additional</w:t>
      </w:r>
      <w:r w:rsidRPr="00902667">
        <w:rPr>
          <w:rFonts w:asciiTheme="majorHAnsi" w:hAnsiTheme="majorHAnsi" w:cstheme="majorHAnsi"/>
        </w:rPr>
        <w:t xml:space="preserve"> £5 for</w:t>
      </w:r>
      <w:r w:rsidRPr="00902667">
        <w:rPr>
          <w:rFonts w:asciiTheme="majorHAnsi" w:hAnsiTheme="majorHAnsi" w:cstheme="majorHAnsi"/>
          <w:spacing w:val="-2"/>
        </w:rPr>
        <w:t xml:space="preserve"> </w:t>
      </w:r>
      <w:r w:rsidRPr="00902667">
        <w:rPr>
          <w:rFonts w:asciiTheme="majorHAnsi" w:hAnsiTheme="majorHAnsi" w:cstheme="majorHAnsi"/>
        </w:rPr>
        <w:t>any</w:t>
      </w:r>
      <w:r w:rsidRPr="00902667">
        <w:rPr>
          <w:rFonts w:asciiTheme="majorHAnsi" w:hAnsiTheme="majorHAnsi" w:cstheme="majorHAnsi"/>
          <w:spacing w:val="-3"/>
        </w:rPr>
        <w:t xml:space="preserve"> </w:t>
      </w:r>
      <w:r w:rsidRPr="00902667">
        <w:rPr>
          <w:rFonts w:asciiTheme="majorHAnsi" w:hAnsiTheme="majorHAnsi" w:cstheme="majorHAnsi"/>
        </w:rPr>
        <w:t>additional</w:t>
      </w:r>
      <w:r w:rsidRPr="00902667">
        <w:rPr>
          <w:rFonts w:asciiTheme="majorHAnsi" w:hAnsiTheme="majorHAnsi" w:cstheme="majorHAnsi"/>
          <w:spacing w:val="-4"/>
        </w:rPr>
        <w:t xml:space="preserve"> </w:t>
      </w:r>
      <w:r w:rsidRPr="00902667">
        <w:rPr>
          <w:rFonts w:asciiTheme="majorHAnsi" w:hAnsiTheme="majorHAnsi" w:cstheme="majorHAnsi"/>
        </w:rPr>
        <w:t>15min</w:t>
      </w:r>
      <w:r w:rsidRPr="00902667">
        <w:rPr>
          <w:rFonts w:asciiTheme="majorHAnsi" w:hAnsiTheme="majorHAnsi" w:cstheme="majorHAnsi"/>
          <w:spacing w:val="-2"/>
        </w:rPr>
        <w:t xml:space="preserve"> thereafter.</w:t>
      </w:r>
      <w:r w:rsidR="00BE2B6D">
        <w:rPr>
          <w:rFonts w:asciiTheme="majorHAnsi" w:hAnsiTheme="majorHAnsi" w:cstheme="majorHAnsi"/>
          <w:spacing w:val="-2"/>
        </w:rPr>
        <w:t xml:space="preserve"> </w:t>
      </w:r>
    </w:p>
    <w:p w14:paraId="14402E19" w14:textId="09B778D5" w:rsidR="00902667" w:rsidRPr="00BE2B6D" w:rsidRDefault="00902667" w:rsidP="00BE2B6D">
      <w:pPr>
        <w:pStyle w:val="Heading1"/>
        <w:spacing w:before="200"/>
        <w:rPr>
          <w:b w:val="0"/>
        </w:rPr>
      </w:pPr>
      <w:r>
        <w:t>Data</w:t>
      </w:r>
      <w:r>
        <w:rPr>
          <w:spacing w:val="-4"/>
        </w:rPr>
        <w:t xml:space="preserve"> </w:t>
      </w:r>
      <w:r>
        <w:t>protection</w:t>
      </w:r>
      <w:r>
        <w:rPr>
          <w:spacing w:val="-4"/>
        </w:rPr>
        <w:t xml:space="preserve"> </w:t>
      </w:r>
      <w:r>
        <w:rPr>
          <w:spacing w:val="-2"/>
        </w:rPr>
        <w:t>legislation:</w:t>
      </w:r>
    </w:p>
    <w:p w14:paraId="7C789B13" w14:textId="7F63FF32" w:rsidR="00902667" w:rsidRDefault="00902667" w:rsidP="00A85FAF">
      <w:pPr>
        <w:pStyle w:val="BodyText"/>
        <w:spacing w:before="101"/>
        <w:ind w:right="96"/>
        <w:rPr>
          <w:rFonts w:asciiTheme="majorHAnsi" w:hAnsiTheme="majorHAnsi" w:cstheme="majorHAnsi"/>
        </w:rPr>
      </w:pPr>
      <w:r w:rsidRPr="00902667">
        <w:rPr>
          <w:rFonts w:asciiTheme="majorHAnsi" w:hAnsiTheme="majorHAnsi" w:cstheme="majorHAnsi"/>
        </w:rPr>
        <w:t>The school is registered with the Information Commissioner for holding and processing of personal data. The school</w:t>
      </w:r>
      <w:r w:rsidRPr="00902667">
        <w:rPr>
          <w:rFonts w:asciiTheme="majorHAnsi" w:hAnsiTheme="majorHAnsi" w:cstheme="majorHAnsi"/>
          <w:spacing w:val="-2"/>
        </w:rPr>
        <w:t xml:space="preserve"> </w:t>
      </w:r>
      <w:r w:rsidRPr="00902667">
        <w:rPr>
          <w:rFonts w:asciiTheme="majorHAnsi" w:hAnsiTheme="majorHAnsi" w:cstheme="majorHAnsi"/>
        </w:rPr>
        <w:t>has a duty</w:t>
      </w:r>
      <w:r w:rsidRPr="00902667">
        <w:rPr>
          <w:rFonts w:asciiTheme="majorHAnsi" w:hAnsiTheme="majorHAnsi" w:cstheme="majorHAnsi"/>
          <w:spacing w:val="-4"/>
        </w:rPr>
        <w:t xml:space="preserve"> </w:t>
      </w:r>
      <w:r w:rsidRPr="00902667">
        <w:rPr>
          <w:rFonts w:asciiTheme="majorHAnsi" w:hAnsiTheme="majorHAnsi" w:cstheme="majorHAnsi"/>
        </w:rPr>
        <w:t>to protect this information</w:t>
      </w:r>
      <w:r w:rsidRPr="00902667">
        <w:rPr>
          <w:rFonts w:asciiTheme="majorHAnsi" w:hAnsiTheme="majorHAnsi" w:cstheme="majorHAnsi"/>
          <w:spacing w:val="-2"/>
        </w:rPr>
        <w:t xml:space="preserve"> </w:t>
      </w:r>
      <w:r w:rsidRPr="00902667">
        <w:rPr>
          <w:rFonts w:asciiTheme="majorHAnsi" w:hAnsiTheme="majorHAnsi" w:cstheme="majorHAnsi"/>
        </w:rPr>
        <w:t>and</w:t>
      </w:r>
      <w:r w:rsidRPr="00902667">
        <w:rPr>
          <w:rFonts w:asciiTheme="majorHAnsi" w:hAnsiTheme="majorHAnsi" w:cstheme="majorHAnsi"/>
          <w:spacing w:val="-1"/>
        </w:rPr>
        <w:t xml:space="preserve"> </w:t>
      </w:r>
      <w:r w:rsidRPr="00902667">
        <w:rPr>
          <w:rFonts w:asciiTheme="majorHAnsi" w:hAnsiTheme="majorHAnsi" w:cstheme="majorHAnsi"/>
        </w:rPr>
        <w:t>to</w:t>
      </w:r>
      <w:r w:rsidRPr="00902667">
        <w:rPr>
          <w:rFonts w:asciiTheme="majorHAnsi" w:hAnsiTheme="majorHAnsi" w:cstheme="majorHAnsi"/>
          <w:spacing w:val="-2"/>
        </w:rPr>
        <w:t xml:space="preserve"> </w:t>
      </w:r>
      <w:r w:rsidRPr="00902667">
        <w:rPr>
          <w:rFonts w:asciiTheme="majorHAnsi" w:hAnsiTheme="majorHAnsi" w:cstheme="majorHAnsi"/>
        </w:rPr>
        <w:t>keep</w:t>
      </w:r>
      <w:r w:rsidRPr="00902667">
        <w:rPr>
          <w:rFonts w:asciiTheme="majorHAnsi" w:hAnsiTheme="majorHAnsi" w:cstheme="majorHAnsi"/>
          <w:spacing w:val="-1"/>
        </w:rPr>
        <w:t xml:space="preserve"> </w:t>
      </w:r>
      <w:r w:rsidRPr="00902667">
        <w:rPr>
          <w:rFonts w:asciiTheme="majorHAnsi" w:hAnsiTheme="majorHAnsi" w:cstheme="majorHAnsi"/>
        </w:rPr>
        <w:t>it up to date. The</w:t>
      </w:r>
      <w:r w:rsidRPr="00902667">
        <w:rPr>
          <w:rFonts w:asciiTheme="majorHAnsi" w:hAnsiTheme="majorHAnsi" w:cstheme="majorHAnsi"/>
          <w:spacing w:val="-2"/>
        </w:rPr>
        <w:t xml:space="preserve"> </w:t>
      </w:r>
      <w:r w:rsidRPr="00902667">
        <w:rPr>
          <w:rFonts w:asciiTheme="majorHAnsi" w:hAnsiTheme="majorHAnsi" w:cstheme="majorHAnsi"/>
        </w:rPr>
        <w:t>school</w:t>
      </w:r>
      <w:r w:rsidRPr="00902667">
        <w:rPr>
          <w:rFonts w:asciiTheme="majorHAnsi" w:hAnsiTheme="majorHAnsi" w:cstheme="majorHAnsi"/>
          <w:spacing w:val="-5"/>
        </w:rPr>
        <w:t xml:space="preserve"> </w:t>
      </w:r>
      <w:r w:rsidRPr="00902667">
        <w:rPr>
          <w:rFonts w:asciiTheme="majorHAnsi" w:hAnsiTheme="majorHAnsi" w:cstheme="majorHAnsi"/>
        </w:rPr>
        <w:t>is required</w:t>
      </w:r>
      <w:r w:rsidRPr="00902667">
        <w:rPr>
          <w:rFonts w:asciiTheme="majorHAnsi" w:hAnsiTheme="majorHAnsi" w:cstheme="majorHAnsi"/>
          <w:spacing w:val="-2"/>
        </w:rPr>
        <w:t xml:space="preserve"> </w:t>
      </w:r>
      <w:r w:rsidRPr="00902667">
        <w:rPr>
          <w:rFonts w:asciiTheme="majorHAnsi" w:hAnsiTheme="majorHAnsi" w:cstheme="majorHAnsi"/>
        </w:rPr>
        <w:t>to</w:t>
      </w:r>
      <w:r w:rsidRPr="00902667">
        <w:rPr>
          <w:rFonts w:asciiTheme="majorHAnsi" w:hAnsiTheme="majorHAnsi" w:cstheme="majorHAnsi"/>
          <w:spacing w:val="-2"/>
        </w:rPr>
        <w:t xml:space="preserve"> </w:t>
      </w:r>
      <w:r w:rsidRPr="00902667">
        <w:rPr>
          <w:rFonts w:asciiTheme="majorHAnsi" w:hAnsiTheme="majorHAnsi" w:cstheme="majorHAnsi"/>
        </w:rPr>
        <w:t>share some</w:t>
      </w:r>
      <w:r w:rsidRPr="00902667">
        <w:rPr>
          <w:rFonts w:asciiTheme="majorHAnsi" w:hAnsiTheme="majorHAnsi" w:cstheme="majorHAnsi"/>
          <w:spacing w:val="-2"/>
        </w:rPr>
        <w:t xml:space="preserve"> </w:t>
      </w:r>
      <w:r w:rsidRPr="00902667">
        <w:rPr>
          <w:rFonts w:asciiTheme="majorHAnsi" w:hAnsiTheme="majorHAnsi" w:cstheme="majorHAnsi"/>
        </w:rPr>
        <w:t>of the</w:t>
      </w:r>
      <w:r w:rsidRPr="00902667">
        <w:rPr>
          <w:rFonts w:asciiTheme="majorHAnsi" w:hAnsiTheme="majorHAnsi" w:cstheme="majorHAnsi"/>
          <w:spacing w:val="-1"/>
        </w:rPr>
        <w:t xml:space="preserve"> </w:t>
      </w:r>
      <w:r w:rsidRPr="00902667">
        <w:rPr>
          <w:rFonts w:asciiTheme="majorHAnsi" w:hAnsiTheme="majorHAnsi" w:cstheme="majorHAnsi"/>
        </w:rPr>
        <w:t>data</w:t>
      </w:r>
      <w:r w:rsidRPr="00902667">
        <w:rPr>
          <w:rFonts w:asciiTheme="majorHAnsi" w:hAnsiTheme="majorHAnsi" w:cstheme="majorHAnsi"/>
          <w:spacing w:val="-5"/>
        </w:rPr>
        <w:t xml:space="preserve"> </w:t>
      </w:r>
      <w:r w:rsidRPr="00902667">
        <w:rPr>
          <w:rFonts w:asciiTheme="majorHAnsi" w:hAnsiTheme="majorHAnsi" w:cstheme="majorHAnsi"/>
        </w:rPr>
        <w:t>with</w:t>
      </w:r>
      <w:r w:rsidRPr="00902667">
        <w:rPr>
          <w:rFonts w:asciiTheme="majorHAnsi" w:hAnsiTheme="majorHAnsi" w:cstheme="majorHAnsi"/>
          <w:spacing w:val="-4"/>
        </w:rPr>
        <w:t xml:space="preserve"> </w:t>
      </w:r>
      <w:r w:rsidRPr="00902667">
        <w:rPr>
          <w:rFonts w:asciiTheme="majorHAnsi" w:hAnsiTheme="majorHAnsi" w:cstheme="majorHAnsi"/>
        </w:rPr>
        <w:t>other</w:t>
      </w:r>
      <w:r w:rsidRPr="00902667">
        <w:rPr>
          <w:rFonts w:asciiTheme="majorHAnsi" w:hAnsiTheme="majorHAnsi" w:cstheme="majorHAnsi"/>
          <w:spacing w:val="-3"/>
        </w:rPr>
        <w:t xml:space="preserve"> </w:t>
      </w:r>
      <w:r w:rsidRPr="00902667">
        <w:rPr>
          <w:rFonts w:asciiTheme="majorHAnsi" w:hAnsiTheme="majorHAnsi" w:cstheme="majorHAnsi"/>
        </w:rPr>
        <w:t>agencies</w:t>
      </w:r>
      <w:r w:rsidRPr="00902667">
        <w:rPr>
          <w:rFonts w:asciiTheme="majorHAnsi" w:hAnsiTheme="majorHAnsi" w:cstheme="majorHAnsi"/>
          <w:spacing w:val="-1"/>
        </w:rPr>
        <w:t xml:space="preserve"> </w:t>
      </w:r>
      <w:r w:rsidRPr="00902667">
        <w:rPr>
          <w:rFonts w:asciiTheme="majorHAnsi" w:hAnsiTheme="majorHAnsi" w:cstheme="majorHAnsi"/>
        </w:rPr>
        <w:t>including</w:t>
      </w:r>
      <w:r w:rsidRPr="00902667">
        <w:rPr>
          <w:rFonts w:asciiTheme="majorHAnsi" w:hAnsiTheme="majorHAnsi" w:cstheme="majorHAnsi"/>
          <w:spacing w:val="-1"/>
        </w:rPr>
        <w:t xml:space="preserve"> </w:t>
      </w:r>
      <w:r w:rsidRPr="00902667">
        <w:rPr>
          <w:rFonts w:asciiTheme="majorHAnsi" w:hAnsiTheme="majorHAnsi" w:cstheme="majorHAnsi"/>
        </w:rPr>
        <w:t>Warwickshire</w:t>
      </w:r>
      <w:r w:rsidRPr="00902667">
        <w:rPr>
          <w:rFonts w:asciiTheme="majorHAnsi" w:hAnsiTheme="majorHAnsi" w:cstheme="majorHAnsi"/>
          <w:spacing w:val="-4"/>
        </w:rPr>
        <w:t xml:space="preserve"> </w:t>
      </w:r>
      <w:r w:rsidRPr="00902667">
        <w:rPr>
          <w:rFonts w:asciiTheme="majorHAnsi" w:hAnsiTheme="majorHAnsi" w:cstheme="majorHAnsi"/>
        </w:rPr>
        <w:t>County</w:t>
      </w:r>
      <w:r w:rsidRPr="00902667">
        <w:rPr>
          <w:rFonts w:asciiTheme="majorHAnsi" w:hAnsiTheme="majorHAnsi" w:cstheme="majorHAnsi"/>
          <w:spacing w:val="-3"/>
        </w:rPr>
        <w:t xml:space="preserve"> </w:t>
      </w:r>
      <w:r w:rsidRPr="00902667">
        <w:rPr>
          <w:rFonts w:asciiTheme="majorHAnsi" w:hAnsiTheme="majorHAnsi" w:cstheme="majorHAnsi"/>
        </w:rPr>
        <w:t>Council</w:t>
      </w:r>
      <w:r w:rsidRPr="00902667">
        <w:rPr>
          <w:rFonts w:asciiTheme="majorHAnsi" w:hAnsiTheme="majorHAnsi" w:cstheme="majorHAnsi"/>
          <w:spacing w:val="-3"/>
        </w:rPr>
        <w:t xml:space="preserve"> </w:t>
      </w:r>
      <w:r w:rsidRPr="00902667">
        <w:rPr>
          <w:rFonts w:asciiTheme="majorHAnsi" w:hAnsiTheme="majorHAnsi" w:cstheme="majorHAnsi"/>
        </w:rPr>
        <w:t>and</w:t>
      </w:r>
      <w:r w:rsidRPr="00902667">
        <w:rPr>
          <w:rFonts w:asciiTheme="majorHAnsi" w:hAnsiTheme="majorHAnsi" w:cstheme="majorHAnsi"/>
          <w:spacing w:val="-4"/>
        </w:rPr>
        <w:t xml:space="preserve"> </w:t>
      </w:r>
      <w:r w:rsidRPr="00902667">
        <w:rPr>
          <w:rFonts w:asciiTheme="majorHAnsi" w:hAnsiTheme="majorHAnsi" w:cstheme="majorHAnsi"/>
        </w:rPr>
        <w:t>the</w:t>
      </w:r>
      <w:r w:rsidRPr="00902667">
        <w:rPr>
          <w:rFonts w:asciiTheme="majorHAnsi" w:hAnsiTheme="majorHAnsi" w:cstheme="majorHAnsi"/>
          <w:spacing w:val="-3"/>
        </w:rPr>
        <w:t xml:space="preserve"> </w:t>
      </w:r>
      <w:r w:rsidRPr="00902667">
        <w:rPr>
          <w:rFonts w:asciiTheme="majorHAnsi" w:hAnsiTheme="majorHAnsi" w:cstheme="majorHAnsi"/>
        </w:rPr>
        <w:t>Department</w:t>
      </w:r>
      <w:r w:rsidRPr="00902667">
        <w:rPr>
          <w:rFonts w:asciiTheme="majorHAnsi" w:hAnsiTheme="majorHAnsi" w:cstheme="majorHAnsi"/>
          <w:spacing w:val="-1"/>
        </w:rPr>
        <w:t xml:space="preserve"> </w:t>
      </w:r>
      <w:r w:rsidRPr="00902667">
        <w:rPr>
          <w:rFonts w:asciiTheme="majorHAnsi" w:hAnsiTheme="majorHAnsi" w:cstheme="majorHAnsi"/>
        </w:rPr>
        <w:t>for</w:t>
      </w:r>
      <w:r w:rsidRPr="00902667">
        <w:rPr>
          <w:rFonts w:asciiTheme="majorHAnsi" w:hAnsiTheme="majorHAnsi" w:cstheme="majorHAnsi"/>
          <w:spacing w:val="-1"/>
        </w:rPr>
        <w:t xml:space="preserve"> </w:t>
      </w:r>
      <w:r w:rsidRPr="00902667">
        <w:rPr>
          <w:rFonts w:asciiTheme="majorHAnsi" w:hAnsiTheme="majorHAnsi" w:cstheme="majorHAnsi"/>
        </w:rPr>
        <w:t>Education.</w:t>
      </w:r>
      <w:r w:rsidRPr="00902667">
        <w:rPr>
          <w:rFonts w:asciiTheme="majorHAnsi" w:hAnsiTheme="majorHAnsi" w:cstheme="majorHAnsi"/>
          <w:spacing w:val="-3"/>
        </w:rPr>
        <w:t xml:space="preserve"> </w:t>
      </w:r>
      <w:r w:rsidRPr="00902667">
        <w:rPr>
          <w:rFonts w:asciiTheme="majorHAnsi" w:hAnsiTheme="majorHAnsi" w:cstheme="majorHAnsi"/>
        </w:rPr>
        <w:t>Please see our Privacy Notice for full details of how we use and share personal information.</w:t>
      </w:r>
      <w:r w:rsidR="00A85FAF">
        <w:rPr>
          <w:rFonts w:asciiTheme="majorHAnsi" w:hAnsiTheme="majorHAnsi" w:cstheme="majorHAnsi"/>
        </w:rPr>
        <w:br/>
      </w:r>
      <w:r w:rsidR="00A85FAF">
        <w:rPr>
          <w:rFonts w:asciiTheme="majorHAnsi" w:hAnsiTheme="majorHAnsi" w:cstheme="majorHAnsi"/>
          <w:sz w:val="10"/>
        </w:rPr>
        <w:br/>
      </w:r>
      <w:r w:rsidRPr="00902667">
        <w:rPr>
          <w:rFonts w:asciiTheme="majorHAnsi" w:hAnsiTheme="majorHAnsi" w:cstheme="majorHAnsi"/>
        </w:rPr>
        <w:t>Please</w:t>
      </w:r>
      <w:r w:rsidRPr="00902667">
        <w:rPr>
          <w:rFonts w:asciiTheme="majorHAnsi" w:hAnsiTheme="majorHAnsi" w:cstheme="majorHAnsi"/>
          <w:spacing w:val="-3"/>
        </w:rPr>
        <w:t xml:space="preserve"> </w:t>
      </w:r>
      <w:r w:rsidRPr="00902667">
        <w:rPr>
          <w:rFonts w:asciiTheme="majorHAnsi" w:hAnsiTheme="majorHAnsi" w:cstheme="majorHAnsi"/>
        </w:rPr>
        <w:t>note</w:t>
      </w:r>
      <w:r w:rsidRPr="00902667">
        <w:rPr>
          <w:rFonts w:asciiTheme="majorHAnsi" w:hAnsiTheme="majorHAnsi" w:cstheme="majorHAnsi"/>
          <w:spacing w:val="-3"/>
        </w:rPr>
        <w:t xml:space="preserve"> </w:t>
      </w:r>
      <w:r w:rsidRPr="00902667">
        <w:rPr>
          <w:rFonts w:asciiTheme="majorHAnsi" w:hAnsiTheme="majorHAnsi" w:cstheme="majorHAnsi"/>
        </w:rPr>
        <w:t>that</w:t>
      </w:r>
      <w:r w:rsidRPr="00902667">
        <w:rPr>
          <w:rFonts w:asciiTheme="majorHAnsi" w:hAnsiTheme="majorHAnsi" w:cstheme="majorHAnsi"/>
          <w:spacing w:val="-3"/>
        </w:rPr>
        <w:t xml:space="preserve"> </w:t>
      </w:r>
      <w:r w:rsidRPr="00902667">
        <w:rPr>
          <w:rFonts w:asciiTheme="majorHAnsi" w:hAnsiTheme="majorHAnsi" w:cstheme="majorHAnsi"/>
        </w:rPr>
        <w:t>you</w:t>
      </w:r>
      <w:r w:rsidRPr="00902667">
        <w:rPr>
          <w:rFonts w:asciiTheme="majorHAnsi" w:hAnsiTheme="majorHAnsi" w:cstheme="majorHAnsi"/>
          <w:spacing w:val="-1"/>
        </w:rPr>
        <w:t xml:space="preserve"> </w:t>
      </w:r>
      <w:r w:rsidRPr="00902667">
        <w:rPr>
          <w:rFonts w:asciiTheme="majorHAnsi" w:hAnsiTheme="majorHAnsi" w:cstheme="majorHAnsi"/>
        </w:rPr>
        <w:t>have</w:t>
      </w:r>
      <w:r w:rsidRPr="00902667">
        <w:rPr>
          <w:rFonts w:asciiTheme="majorHAnsi" w:hAnsiTheme="majorHAnsi" w:cstheme="majorHAnsi"/>
          <w:spacing w:val="-3"/>
        </w:rPr>
        <w:t xml:space="preserve"> </w:t>
      </w:r>
      <w:r w:rsidRPr="00902667">
        <w:rPr>
          <w:rFonts w:asciiTheme="majorHAnsi" w:hAnsiTheme="majorHAnsi" w:cstheme="majorHAnsi"/>
        </w:rPr>
        <w:t>the</w:t>
      </w:r>
      <w:r w:rsidRPr="00902667">
        <w:rPr>
          <w:rFonts w:asciiTheme="majorHAnsi" w:hAnsiTheme="majorHAnsi" w:cstheme="majorHAnsi"/>
          <w:spacing w:val="-1"/>
        </w:rPr>
        <w:t xml:space="preserve"> </w:t>
      </w:r>
      <w:r w:rsidRPr="00902667">
        <w:rPr>
          <w:rFonts w:asciiTheme="majorHAnsi" w:hAnsiTheme="majorHAnsi" w:cstheme="majorHAnsi"/>
        </w:rPr>
        <w:t>right</w:t>
      </w:r>
      <w:r w:rsidRPr="00902667">
        <w:rPr>
          <w:rFonts w:asciiTheme="majorHAnsi" w:hAnsiTheme="majorHAnsi" w:cstheme="majorHAnsi"/>
          <w:spacing w:val="-2"/>
        </w:rPr>
        <w:t xml:space="preserve"> </w:t>
      </w:r>
      <w:r w:rsidRPr="00902667">
        <w:rPr>
          <w:rFonts w:asciiTheme="majorHAnsi" w:hAnsiTheme="majorHAnsi" w:cstheme="majorHAnsi"/>
        </w:rPr>
        <w:t>to</w:t>
      </w:r>
      <w:r w:rsidRPr="00902667">
        <w:rPr>
          <w:rFonts w:asciiTheme="majorHAnsi" w:hAnsiTheme="majorHAnsi" w:cstheme="majorHAnsi"/>
          <w:spacing w:val="-1"/>
        </w:rPr>
        <w:t xml:space="preserve"> </w:t>
      </w:r>
      <w:r w:rsidRPr="00902667">
        <w:rPr>
          <w:rFonts w:asciiTheme="majorHAnsi" w:hAnsiTheme="majorHAnsi" w:cstheme="majorHAnsi"/>
        </w:rPr>
        <w:t>withdraw</w:t>
      </w:r>
      <w:r w:rsidRPr="00902667">
        <w:rPr>
          <w:rFonts w:asciiTheme="majorHAnsi" w:hAnsiTheme="majorHAnsi" w:cstheme="majorHAnsi"/>
          <w:spacing w:val="-2"/>
        </w:rPr>
        <w:t xml:space="preserve"> </w:t>
      </w:r>
      <w:r w:rsidRPr="00902667">
        <w:rPr>
          <w:rFonts w:asciiTheme="majorHAnsi" w:hAnsiTheme="majorHAnsi" w:cstheme="majorHAnsi"/>
        </w:rPr>
        <w:t>or</w:t>
      </w:r>
      <w:r w:rsidRPr="00902667">
        <w:rPr>
          <w:rFonts w:asciiTheme="majorHAnsi" w:hAnsiTheme="majorHAnsi" w:cstheme="majorHAnsi"/>
          <w:spacing w:val="-1"/>
        </w:rPr>
        <w:t xml:space="preserve"> </w:t>
      </w:r>
      <w:r w:rsidRPr="00902667">
        <w:rPr>
          <w:rFonts w:asciiTheme="majorHAnsi" w:hAnsiTheme="majorHAnsi" w:cstheme="majorHAnsi"/>
        </w:rPr>
        <w:t>amend</w:t>
      </w:r>
      <w:r w:rsidRPr="00902667">
        <w:rPr>
          <w:rFonts w:asciiTheme="majorHAnsi" w:hAnsiTheme="majorHAnsi" w:cstheme="majorHAnsi"/>
          <w:spacing w:val="-2"/>
        </w:rPr>
        <w:t xml:space="preserve"> </w:t>
      </w:r>
      <w:r w:rsidRPr="00902667">
        <w:rPr>
          <w:rFonts w:asciiTheme="majorHAnsi" w:hAnsiTheme="majorHAnsi" w:cstheme="majorHAnsi"/>
        </w:rPr>
        <w:t>your</w:t>
      </w:r>
      <w:r w:rsidRPr="00902667">
        <w:rPr>
          <w:rFonts w:asciiTheme="majorHAnsi" w:hAnsiTheme="majorHAnsi" w:cstheme="majorHAnsi"/>
          <w:spacing w:val="-3"/>
        </w:rPr>
        <w:t xml:space="preserve"> </w:t>
      </w:r>
      <w:r w:rsidRPr="00902667">
        <w:rPr>
          <w:rFonts w:asciiTheme="majorHAnsi" w:hAnsiTheme="majorHAnsi" w:cstheme="majorHAnsi"/>
        </w:rPr>
        <w:t>consent for</w:t>
      </w:r>
      <w:r w:rsidRPr="00902667">
        <w:rPr>
          <w:rFonts w:asciiTheme="majorHAnsi" w:hAnsiTheme="majorHAnsi" w:cstheme="majorHAnsi"/>
          <w:spacing w:val="-3"/>
        </w:rPr>
        <w:t xml:space="preserve"> </w:t>
      </w:r>
      <w:r w:rsidRPr="00902667">
        <w:rPr>
          <w:rFonts w:asciiTheme="majorHAnsi" w:hAnsiTheme="majorHAnsi" w:cstheme="majorHAnsi"/>
        </w:rPr>
        <w:t>the</w:t>
      </w:r>
      <w:r w:rsidRPr="00902667">
        <w:rPr>
          <w:rFonts w:asciiTheme="majorHAnsi" w:hAnsiTheme="majorHAnsi" w:cstheme="majorHAnsi"/>
          <w:spacing w:val="-1"/>
        </w:rPr>
        <w:t xml:space="preserve"> </w:t>
      </w:r>
      <w:r w:rsidRPr="00902667">
        <w:rPr>
          <w:rFonts w:asciiTheme="majorHAnsi" w:hAnsiTheme="majorHAnsi" w:cstheme="majorHAnsi"/>
        </w:rPr>
        <w:t>sharing</w:t>
      </w:r>
      <w:r w:rsidRPr="00902667">
        <w:rPr>
          <w:rFonts w:asciiTheme="majorHAnsi" w:hAnsiTheme="majorHAnsi" w:cstheme="majorHAnsi"/>
          <w:spacing w:val="-1"/>
        </w:rPr>
        <w:t xml:space="preserve"> </w:t>
      </w:r>
      <w:r w:rsidRPr="00902667">
        <w:rPr>
          <w:rFonts w:asciiTheme="majorHAnsi" w:hAnsiTheme="majorHAnsi" w:cstheme="majorHAnsi"/>
        </w:rPr>
        <w:t>of</w:t>
      </w:r>
      <w:r w:rsidRPr="00902667">
        <w:rPr>
          <w:rFonts w:asciiTheme="majorHAnsi" w:hAnsiTheme="majorHAnsi" w:cstheme="majorHAnsi"/>
          <w:spacing w:val="-1"/>
        </w:rPr>
        <w:t xml:space="preserve"> </w:t>
      </w:r>
      <w:r w:rsidRPr="00902667">
        <w:rPr>
          <w:rFonts w:asciiTheme="majorHAnsi" w:hAnsiTheme="majorHAnsi" w:cstheme="majorHAnsi"/>
        </w:rPr>
        <w:t>personal</w:t>
      </w:r>
      <w:r w:rsidRPr="00902667">
        <w:rPr>
          <w:rFonts w:asciiTheme="majorHAnsi" w:hAnsiTheme="majorHAnsi" w:cstheme="majorHAnsi"/>
          <w:spacing w:val="-3"/>
        </w:rPr>
        <w:t xml:space="preserve"> </w:t>
      </w:r>
      <w:r w:rsidRPr="00902667">
        <w:rPr>
          <w:rFonts w:asciiTheme="majorHAnsi" w:hAnsiTheme="majorHAnsi" w:cstheme="majorHAnsi"/>
        </w:rPr>
        <w:t>information</w:t>
      </w:r>
      <w:r w:rsidRPr="00902667">
        <w:rPr>
          <w:rFonts w:asciiTheme="majorHAnsi" w:hAnsiTheme="majorHAnsi" w:cstheme="majorHAnsi"/>
          <w:spacing w:val="-2"/>
        </w:rPr>
        <w:t xml:space="preserve"> </w:t>
      </w:r>
      <w:r w:rsidRPr="00902667">
        <w:rPr>
          <w:rFonts w:asciiTheme="majorHAnsi" w:hAnsiTheme="majorHAnsi" w:cstheme="majorHAnsi"/>
        </w:rPr>
        <w:t>at any time,</w:t>
      </w:r>
      <w:r w:rsidRPr="00902667">
        <w:rPr>
          <w:rFonts w:asciiTheme="majorHAnsi" w:hAnsiTheme="majorHAnsi" w:cstheme="majorHAnsi"/>
          <w:spacing w:val="-2"/>
        </w:rPr>
        <w:t xml:space="preserve"> </w:t>
      </w:r>
      <w:r w:rsidRPr="00902667">
        <w:rPr>
          <w:rFonts w:asciiTheme="majorHAnsi" w:hAnsiTheme="majorHAnsi" w:cstheme="majorHAnsi"/>
        </w:rPr>
        <w:t>although</w:t>
      </w:r>
      <w:r w:rsidRPr="00902667">
        <w:rPr>
          <w:rFonts w:asciiTheme="majorHAnsi" w:hAnsiTheme="majorHAnsi" w:cstheme="majorHAnsi"/>
          <w:spacing w:val="-3"/>
        </w:rPr>
        <w:t xml:space="preserve"> </w:t>
      </w:r>
      <w:r w:rsidRPr="00902667">
        <w:rPr>
          <w:rFonts w:asciiTheme="majorHAnsi" w:hAnsiTheme="majorHAnsi" w:cstheme="majorHAnsi"/>
        </w:rPr>
        <w:t>we</w:t>
      </w:r>
      <w:r w:rsidRPr="00902667">
        <w:rPr>
          <w:rFonts w:asciiTheme="majorHAnsi" w:hAnsiTheme="majorHAnsi" w:cstheme="majorHAnsi"/>
          <w:spacing w:val="-2"/>
        </w:rPr>
        <w:t xml:space="preserve"> </w:t>
      </w:r>
      <w:r w:rsidRPr="00902667">
        <w:rPr>
          <w:rFonts w:asciiTheme="majorHAnsi" w:hAnsiTheme="majorHAnsi" w:cstheme="majorHAnsi"/>
        </w:rPr>
        <w:t>will</w:t>
      </w:r>
      <w:r w:rsidRPr="00902667">
        <w:rPr>
          <w:rFonts w:asciiTheme="majorHAnsi" w:hAnsiTheme="majorHAnsi" w:cstheme="majorHAnsi"/>
          <w:spacing w:val="-2"/>
        </w:rPr>
        <w:t xml:space="preserve"> </w:t>
      </w:r>
      <w:r w:rsidRPr="00902667">
        <w:rPr>
          <w:rFonts w:asciiTheme="majorHAnsi" w:hAnsiTheme="majorHAnsi" w:cstheme="majorHAnsi"/>
        </w:rPr>
        <w:t>need to have certain</w:t>
      </w:r>
      <w:r w:rsidRPr="00902667">
        <w:rPr>
          <w:rFonts w:asciiTheme="majorHAnsi" w:hAnsiTheme="majorHAnsi" w:cstheme="majorHAnsi"/>
          <w:spacing w:val="-1"/>
        </w:rPr>
        <w:t xml:space="preserve"> </w:t>
      </w:r>
      <w:r w:rsidRPr="00902667">
        <w:rPr>
          <w:rFonts w:asciiTheme="majorHAnsi" w:hAnsiTheme="majorHAnsi" w:cstheme="majorHAnsi"/>
        </w:rPr>
        <w:t>personal information</w:t>
      </w:r>
      <w:r w:rsidRPr="00902667">
        <w:rPr>
          <w:rFonts w:asciiTheme="majorHAnsi" w:hAnsiTheme="majorHAnsi" w:cstheme="majorHAnsi"/>
          <w:spacing w:val="-4"/>
        </w:rPr>
        <w:t xml:space="preserve"> </w:t>
      </w:r>
      <w:r w:rsidRPr="00902667">
        <w:rPr>
          <w:rFonts w:asciiTheme="majorHAnsi" w:hAnsiTheme="majorHAnsi" w:cstheme="majorHAnsi"/>
        </w:rPr>
        <w:t>to</w:t>
      </w:r>
      <w:r w:rsidRPr="00902667">
        <w:rPr>
          <w:rFonts w:asciiTheme="majorHAnsi" w:hAnsiTheme="majorHAnsi" w:cstheme="majorHAnsi"/>
          <w:spacing w:val="-2"/>
        </w:rPr>
        <w:t xml:space="preserve"> </w:t>
      </w:r>
      <w:r w:rsidRPr="00902667">
        <w:rPr>
          <w:rFonts w:asciiTheme="majorHAnsi" w:hAnsiTheme="majorHAnsi" w:cstheme="majorHAnsi"/>
        </w:rPr>
        <w:t>fulfil our</w:t>
      </w:r>
      <w:r w:rsidRPr="00902667">
        <w:rPr>
          <w:rFonts w:asciiTheme="majorHAnsi" w:hAnsiTheme="majorHAnsi" w:cstheme="majorHAnsi"/>
          <w:spacing w:val="-4"/>
        </w:rPr>
        <w:t xml:space="preserve"> </w:t>
      </w:r>
      <w:r w:rsidRPr="00902667">
        <w:rPr>
          <w:rFonts w:asciiTheme="majorHAnsi" w:hAnsiTheme="majorHAnsi" w:cstheme="majorHAnsi"/>
        </w:rPr>
        <w:t>legal duties.</w:t>
      </w:r>
      <w:r w:rsidRPr="00902667">
        <w:rPr>
          <w:rFonts w:asciiTheme="majorHAnsi" w:hAnsiTheme="majorHAnsi" w:cstheme="majorHAnsi"/>
          <w:spacing w:val="-4"/>
        </w:rPr>
        <w:t xml:space="preserve"> </w:t>
      </w:r>
      <w:r w:rsidRPr="00902667">
        <w:rPr>
          <w:rFonts w:asciiTheme="majorHAnsi" w:hAnsiTheme="majorHAnsi" w:cstheme="majorHAnsi"/>
        </w:rPr>
        <w:t>You</w:t>
      </w:r>
      <w:r w:rsidRPr="00902667">
        <w:rPr>
          <w:rFonts w:asciiTheme="majorHAnsi" w:hAnsiTheme="majorHAnsi" w:cstheme="majorHAnsi"/>
          <w:spacing w:val="-3"/>
        </w:rPr>
        <w:t xml:space="preserve"> </w:t>
      </w:r>
      <w:r w:rsidRPr="00902667">
        <w:rPr>
          <w:rFonts w:asciiTheme="majorHAnsi" w:hAnsiTheme="majorHAnsi" w:cstheme="majorHAnsi"/>
        </w:rPr>
        <w:t>can</w:t>
      </w:r>
      <w:r w:rsidRPr="00902667">
        <w:rPr>
          <w:rFonts w:asciiTheme="majorHAnsi" w:hAnsiTheme="majorHAnsi" w:cstheme="majorHAnsi"/>
          <w:spacing w:val="-1"/>
        </w:rPr>
        <w:t xml:space="preserve"> </w:t>
      </w:r>
      <w:r w:rsidRPr="00902667">
        <w:rPr>
          <w:rFonts w:asciiTheme="majorHAnsi" w:hAnsiTheme="majorHAnsi" w:cstheme="majorHAnsi"/>
        </w:rPr>
        <w:t>notify</w:t>
      </w:r>
      <w:r w:rsidRPr="00902667">
        <w:rPr>
          <w:rFonts w:asciiTheme="majorHAnsi" w:hAnsiTheme="majorHAnsi" w:cstheme="majorHAnsi"/>
          <w:spacing w:val="-2"/>
        </w:rPr>
        <w:t xml:space="preserve"> </w:t>
      </w:r>
      <w:r w:rsidRPr="00902667">
        <w:rPr>
          <w:rFonts w:asciiTheme="majorHAnsi" w:hAnsiTheme="majorHAnsi" w:cstheme="majorHAnsi"/>
        </w:rPr>
        <w:t xml:space="preserve">us of a withdrawal of or any changes to your consent in writing by contacting </w:t>
      </w:r>
      <w:hyperlink r:id="rId14">
        <w:r w:rsidRPr="00902667">
          <w:rPr>
            <w:rFonts w:asciiTheme="majorHAnsi" w:hAnsiTheme="majorHAnsi" w:cstheme="majorHAnsi"/>
          </w:rPr>
          <w:t>littleoakspreschool@welearn365.com.</w:t>
        </w:r>
      </w:hyperlink>
    </w:p>
    <w:p w14:paraId="0FD95FC6" w14:textId="22EB6016" w:rsidR="00167B38" w:rsidRDefault="00167B38" w:rsidP="00167B38">
      <w:pPr>
        <w:pStyle w:val="BodyText"/>
        <w:jc w:val="both"/>
        <w:rPr>
          <w:rFonts w:asciiTheme="majorHAnsi" w:hAnsiTheme="majorHAnsi" w:cstheme="majorHAnsi"/>
          <w:spacing w:val="-2"/>
        </w:rPr>
      </w:pPr>
      <w:r w:rsidRPr="00902667">
        <w:rPr>
          <w:rFonts w:asciiTheme="majorHAnsi" w:hAnsiTheme="majorHAnsi" w:cstheme="majorHAnsi"/>
        </w:rPr>
        <w:t>I</w:t>
      </w:r>
      <w:r w:rsidRPr="00902667">
        <w:rPr>
          <w:rFonts w:asciiTheme="majorHAnsi" w:hAnsiTheme="majorHAnsi" w:cstheme="majorHAnsi"/>
          <w:spacing w:val="-4"/>
        </w:rPr>
        <w:t xml:space="preserve"> </w:t>
      </w:r>
      <w:r w:rsidRPr="00902667">
        <w:rPr>
          <w:rFonts w:asciiTheme="majorHAnsi" w:hAnsiTheme="majorHAnsi" w:cstheme="majorHAnsi"/>
        </w:rPr>
        <w:t>agree to</w:t>
      </w:r>
      <w:r w:rsidRPr="00902667">
        <w:rPr>
          <w:rFonts w:asciiTheme="majorHAnsi" w:hAnsiTheme="majorHAnsi" w:cstheme="majorHAnsi"/>
          <w:spacing w:val="-3"/>
        </w:rPr>
        <w:t xml:space="preserve"> </w:t>
      </w:r>
      <w:r w:rsidRPr="00902667">
        <w:rPr>
          <w:rFonts w:asciiTheme="majorHAnsi" w:hAnsiTheme="majorHAnsi" w:cstheme="majorHAnsi"/>
        </w:rPr>
        <w:t>abide</w:t>
      </w:r>
      <w:r w:rsidRPr="00902667">
        <w:rPr>
          <w:rFonts w:asciiTheme="majorHAnsi" w:hAnsiTheme="majorHAnsi" w:cstheme="majorHAnsi"/>
          <w:spacing w:val="-2"/>
        </w:rPr>
        <w:t xml:space="preserve"> </w:t>
      </w:r>
      <w:r w:rsidRPr="00902667">
        <w:rPr>
          <w:rFonts w:asciiTheme="majorHAnsi" w:hAnsiTheme="majorHAnsi" w:cstheme="majorHAnsi"/>
        </w:rPr>
        <w:t>by</w:t>
      </w:r>
      <w:r w:rsidRPr="00902667">
        <w:rPr>
          <w:rFonts w:asciiTheme="majorHAnsi" w:hAnsiTheme="majorHAnsi" w:cstheme="majorHAnsi"/>
          <w:spacing w:val="-3"/>
        </w:rPr>
        <w:t xml:space="preserve"> </w:t>
      </w:r>
      <w:r w:rsidRPr="00902667">
        <w:rPr>
          <w:rFonts w:asciiTheme="majorHAnsi" w:hAnsiTheme="majorHAnsi" w:cstheme="majorHAnsi"/>
        </w:rPr>
        <w:t>the</w:t>
      </w:r>
      <w:r w:rsidRPr="00902667">
        <w:rPr>
          <w:rFonts w:asciiTheme="majorHAnsi" w:hAnsiTheme="majorHAnsi" w:cstheme="majorHAnsi"/>
          <w:spacing w:val="-3"/>
        </w:rPr>
        <w:t xml:space="preserve"> </w:t>
      </w:r>
      <w:r w:rsidRPr="00902667">
        <w:rPr>
          <w:rFonts w:asciiTheme="majorHAnsi" w:hAnsiTheme="majorHAnsi" w:cstheme="majorHAnsi"/>
        </w:rPr>
        <w:t>terms</w:t>
      </w:r>
      <w:r w:rsidRPr="00902667">
        <w:rPr>
          <w:rFonts w:asciiTheme="majorHAnsi" w:hAnsiTheme="majorHAnsi" w:cstheme="majorHAnsi"/>
          <w:spacing w:val="-2"/>
        </w:rPr>
        <w:t xml:space="preserve"> </w:t>
      </w:r>
      <w:r w:rsidRPr="00902667">
        <w:rPr>
          <w:rFonts w:asciiTheme="majorHAnsi" w:hAnsiTheme="majorHAnsi" w:cstheme="majorHAnsi"/>
        </w:rPr>
        <w:t>and</w:t>
      </w:r>
      <w:r w:rsidRPr="00902667">
        <w:rPr>
          <w:rFonts w:asciiTheme="majorHAnsi" w:hAnsiTheme="majorHAnsi" w:cstheme="majorHAnsi"/>
          <w:spacing w:val="-2"/>
        </w:rPr>
        <w:t xml:space="preserve"> </w:t>
      </w:r>
      <w:r w:rsidRPr="00902667">
        <w:rPr>
          <w:rFonts w:asciiTheme="majorHAnsi" w:hAnsiTheme="majorHAnsi" w:cstheme="majorHAnsi"/>
        </w:rPr>
        <w:t>conditions</w:t>
      </w:r>
      <w:r w:rsidRPr="00902667">
        <w:rPr>
          <w:rFonts w:asciiTheme="majorHAnsi" w:hAnsiTheme="majorHAnsi" w:cstheme="majorHAnsi"/>
          <w:spacing w:val="-3"/>
        </w:rPr>
        <w:t xml:space="preserve"> </w:t>
      </w:r>
      <w:r w:rsidRPr="00902667">
        <w:rPr>
          <w:rFonts w:asciiTheme="majorHAnsi" w:hAnsiTheme="majorHAnsi" w:cstheme="majorHAnsi"/>
        </w:rPr>
        <w:t>of</w:t>
      </w:r>
      <w:r w:rsidRPr="00902667">
        <w:rPr>
          <w:rFonts w:asciiTheme="majorHAnsi" w:hAnsiTheme="majorHAnsi" w:cstheme="majorHAnsi"/>
          <w:spacing w:val="-2"/>
        </w:rPr>
        <w:t xml:space="preserve"> </w:t>
      </w:r>
      <w:r w:rsidRPr="00902667">
        <w:rPr>
          <w:rFonts w:asciiTheme="majorHAnsi" w:hAnsiTheme="majorHAnsi" w:cstheme="majorHAnsi"/>
        </w:rPr>
        <w:t>the</w:t>
      </w:r>
      <w:r w:rsidRPr="00902667">
        <w:rPr>
          <w:rFonts w:asciiTheme="majorHAnsi" w:hAnsiTheme="majorHAnsi" w:cstheme="majorHAnsi"/>
          <w:spacing w:val="-3"/>
        </w:rPr>
        <w:t xml:space="preserve"> </w:t>
      </w:r>
      <w:r w:rsidRPr="00902667">
        <w:rPr>
          <w:rFonts w:asciiTheme="majorHAnsi" w:hAnsiTheme="majorHAnsi" w:cstheme="majorHAnsi"/>
        </w:rPr>
        <w:t>Little</w:t>
      </w:r>
      <w:r w:rsidRPr="00902667">
        <w:rPr>
          <w:rFonts w:asciiTheme="majorHAnsi" w:hAnsiTheme="majorHAnsi" w:cstheme="majorHAnsi"/>
          <w:spacing w:val="-3"/>
        </w:rPr>
        <w:t xml:space="preserve"> </w:t>
      </w:r>
      <w:r w:rsidRPr="00902667">
        <w:rPr>
          <w:rFonts w:asciiTheme="majorHAnsi" w:hAnsiTheme="majorHAnsi" w:cstheme="majorHAnsi"/>
        </w:rPr>
        <w:t>Oaks</w:t>
      </w:r>
      <w:r w:rsidRPr="00902667">
        <w:rPr>
          <w:rFonts w:asciiTheme="majorHAnsi" w:hAnsiTheme="majorHAnsi" w:cstheme="majorHAnsi"/>
          <w:spacing w:val="-3"/>
        </w:rPr>
        <w:t xml:space="preserve"> </w:t>
      </w:r>
      <w:r w:rsidRPr="00902667">
        <w:rPr>
          <w:rFonts w:asciiTheme="majorHAnsi" w:hAnsiTheme="majorHAnsi" w:cstheme="majorHAnsi"/>
          <w:spacing w:val="-2"/>
        </w:rPr>
        <w:t>Preschool.</w:t>
      </w:r>
    </w:p>
    <w:tbl>
      <w:tblPr>
        <w:tblStyle w:val="PlainTable1"/>
        <w:tblW w:w="0" w:type="auto"/>
        <w:jc w:val="center"/>
        <w:tblLook w:val="04A0" w:firstRow="1" w:lastRow="0" w:firstColumn="1" w:lastColumn="0" w:noHBand="0" w:noVBand="1"/>
      </w:tblPr>
      <w:tblGrid>
        <w:gridCol w:w="3681"/>
        <w:gridCol w:w="5911"/>
      </w:tblGrid>
      <w:tr w:rsidR="00167B38" w14:paraId="3F174717" w14:textId="77777777" w:rsidTr="0042606F">
        <w:trPr>
          <w:cnfStyle w:val="100000000000" w:firstRow="1" w:lastRow="0" w:firstColumn="0" w:lastColumn="0" w:oddVBand="0" w:evenVBand="0" w:oddHBand="0"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213BDDE9" w14:textId="77777777" w:rsidR="00167B38" w:rsidRPr="00902667" w:rsidRDefault="00167B38" w:rsidP="0042606F">
            <w:pPr>
              <w:spacing w:line="276" w:lineRule="auto"/>
              <w:rPr>
                <w:rFonts w:asciiTheme="majorHAnsi" w:hAnsiTheme="majorHAnsi" w:cstheme="majorHAnsi"/>
                <w:i/>
              </w:rPr>
            </w:pPr>
            <w:r w:rsidRPr="00902667">
              <w:rPr>
                <w:rFonts w:asciiTheme="majorHAnsi" w:hAnsiTheme="majorHAnsi" w:cstheme="majorHAnsi"/>
              </w:rPr>
              <w:t>Parents</w:t>
            </w:r>
            <w:r w:rsidRPr="00902667">
              <w:rPr>
                <w:rFonts w:asciiTheme="majorHAnsi" w:hAnsiTheme="majorHAnsi" w:cstheme="majorHAnsi"/>
                <w:spacing w:val="-3"/>
              </w:rPr>
              <w:t xml:space="preserve"> </w:t>
            </w:r>
            <w:r w:rsidRPr="00902667">
              <w:rPr>
                <w:rFonts w:asciiTheme="majorHAnsi" w:hAnsiTheme="majorHAnsi" w:cstheme="majorHAnsi"/>
              </w:rPr>
              <w:t>/</w:t>
            </w:r>
            <w:r w:rsidRPr="00902667">
              <w:rPr>
                <w:rFonts w:asciiTheme="majorHAnsi" w:hAnsiTheme="majorHAnsi" w:cstheme="majorHAnsi"/>
                <w:spacing w:val="-2"/>
              </w:rPr>
              <w:t xml:space="preserve"> </w:t>
            </w:r>
            <w:proofErr w:type="spellStart"/>
            <w:r w:rsidRPr="00902667">
              <w:rPr>
                <w:rFonts w:asciiTheme="majorHAnsi" w:hAnsiTheme="majorHAnsi" w:cstheme="majorHAnsi"/>
              </w:rPr>
              <w:t>Carers</w:t>
            </w:r>
            <w:proofErr w:type="spellEnd"/>
            <w:r w:rsidRPr="00902667">
              <w:rPr>
                <w:rFonts w:asciiTheme="majorHAnsi" w:hAnsiTheme="majorHAnsi" w:cstheme="majorHAnsi"/>
                <w:spacing w:val="-2"/>
              </w:rPr>
              <w:t xml:space="preserve"> Name:</w:t>
            </w:r>
          </w:p>
        </w:tc>
        <w:tc>
          <w:tcPr>
            <w:tcW w:w="5911" w:type="dxa"/>
            <w:vAlign w:val="center"/>
          </w:tcPr>
          <w:p w14:paraId="10BD0937" w14:textId="77777777" w:rsidR="00167B38" w:rsidRPr="005627A6" w:rsidRDefault="00167B38" w:rsidP="0042606F">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i/>
              </w:rPr>
            </w:pPr>
          </w:p>
        </w:tc>
      </w:tr>
      <w:tr w:rsidR="00167B38" w14:paraId="6EC940F9" w14:textId="77777777" w:rsidTr="0042606F">
        <w:trPr>
          <w:cnfStyle w:val="000000100000" w:firstRow="0" w:lastRow="0" w:firstColumn="0" w:lastColumn="0" w:oddVBand="0" w:evenVBand="0" w:oddHBand="1" w:evenHBand="0" w:firstRowFirstColumn="0" w:firstRowLastColumn="0" w:lastRowFirstColumn="0" w:lastRowLastColumn="0"/>
          <w:trHeight w:val="559"/>
          <w:jc w:val="center"/>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7B0F1B76" w14:textId="51391AC5" w:rsidR="00167B38" w:rsidRPr="00902667" w:rsidRDefault="00167B38" w:rsidP="0042606F">
            <w:pPr>
              <w:spacing w:line="276" w:lineRule="auto"/>
              <w:rPr>
                <w:rFonts w:asciiTheme="majorHAnsi" w:hAnsiTheme="majorHAnsi" w:cstheme="majorHAnsi"/>
              </w:rPr>
            </w:pPr>
            <w:r w:rsidRPr="00902667">
              <w:rPr>
                <w:rFonts w:asciiTheme="majorHAnsi" w:hAnsiTheme="majorHAnsi" w:cstheme="majorHAnsi"/>
                <w:spacing w:val="-2"/>
              </w:rPr>
              <w:t>Signed</w:t>
            </w:r>
            <w:r w:rsidR="00B80DEF">
              <w:rPr>
                <w:rFonts w:asciiTheme="majorHAnsi" w:hAnsiTheme="majorHAnsi" w:cstheme="majorHAnsi"/>
                <w:spacing w:val="-2"/>
              </w:rPr>
              <w:t xml:space="preserve"> (e signature accepted)</w:t>
            </w:r>
            <w:r w:rsidRPr="00902667">
              <w:rPr>
                <w:rFonts w:asciiTheme="majorHAnsi" w:hAnsiTheme="majorHAnsi" w:cstheme="majorHAnsi"/>
                <w:spacing w:val="-2"/>
              </w:rPr>
              <w:t>:</w:t>
            </w:r>
          </w:p>
        </w:tc>
        <w:tc>
          <w:tcPr>
            <w:tcW w:w="5911" w:type="dxa"/>
            <w:vAlign w:val="center"/>
          </w:tcPr>
          <w:p w14:paraId="0D9D8378" w14:textId="77777777" w:rsidR="00167B38" w:rsidRDefault="00167B38" w:rsidP="0042606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167B38" w14:paraId="77701BE7" w14:textId="77777777" w:rsidTr="0042606F">
        <w:trPr>
          <w:trHeight w:val="553"/>
          <w:jc w:val="center"/>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39CE7B01" w14:textId="77777777" w:rsidR="00167B38" w:rsidRPr="00902667" w:rsidRDefault="00167B38" w:rsidP="0042606F">
            <w:pPr>
              <w:spacing w:line="276" w:lineRule="auto"/>
              <w:rPr>
                <w:rFonts w:asciiTheme="majorHAnsi" w:hAnsiTheme="majorHAnsi" w:cstheme="majorHAnsi"/>
              </w:rPr>
            </w:pPr>
            <w:r w:rsidRPr="00902667">
              <w:rPr>
                <w:rFonts w:asciiTheme="majorHAnsi" w:hAnsiTheme="majorHAnsi" w:cstheme="majorHAnsi"/>
                <w:spacing w:val="-2"/>
              </w:rPr>
              <w:t>Date:</w:t>
            </w:r>
          </w:p>
        </w:tc>
        <w:tc>
          <w:tcPr>
            <w:tcW w:w="5911" w:type="dxa"/>
            <w:vAlign w:val="center"/>
          </w:tcPr>
          <w:p w14:paraId="4151BA97" w14:textId="77777777" w:rsidR="00167B38" w:rsidRPr="00A66A08" w:rsidRDefault="00167B38" w:rsidP="0042606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bl>
    <w:p w14:paraId="45FA8F07" w14:textId="42D20D72" w:rsidR="00F035C8" w:rsidRDefault="00167B38" w:rsidP="00902667">
      <w:pPr>
        <w:pStyle w:val="BodyText"/>
        <w:spacing w:before="268"/>
        <w:ind w:right="27"/>
        <w:jc w:val="both"/>
        <w:rPr>
          <w:rFonts w:asciiTheme="majorHAnsi" w:hAnsiTheme="majorHAnsi" w:cstheme="majorHAnsi"/>
        </w:rPr>
      </w:pPr>
      <w:r>
        <w:rPr>
          <w:rFonts w:asciiTheme="majorHAnsi" w:hAnsiTheme="majorHAnsi" w:cstheme="majorHAnsi"/>
          <w:b/>
          <w:noProof/>
          <w:sz w:val="28"/>
        </w:rPr>
        <mc:AlternateContent>
          <mc:Choice Requires="wps">
            <w:drawing>
              <wp:anchor distT="0" distB="0" distL="114300" distR="114300" simplePos="0" relativeHeight="251662848" behindDoc="0" locked="0" layoutInCell="1" allowOverlap="1" wp14:anchorId="0F5AACC1" wp14:editId="3D47DA57">
                <wp:simplePos x="0" y="0"/>
                <wp:positionH relativeFrom="margin">
                  <wp:align>center</wp:align>
                </wp:positionH>
                <wp:positionV relativeFrom="paragraph">
                  <wp:posOffset>266700</wp:posOffset>
                </wp:positionV>
                <wp:extent cx="5771693" cy="7315"/>
                <wp:effectExtent l="0" t="0" r="19685" b="31115"/>
                <wp:wrapNone/>
                <wp:docPr id="1" name="Straight Connector 1"/>
                <wp:cNvGraphicFramePr/>
                <a:graphic xmlns:a="http://schemas.openxmlformats.org/drawingml/2006/main">
                  <a:graphicData uri="http://schemas.microsoft.com/office/word/2010/wordprocessingShape">
                    <wps:wsp>
                      <wps:cNvCnPr/>
                      <wps:spPr>
                        <a:xfrm>
                          <a:off x="0" y="0"/>
                          <a:ext cx="5771693" cy="7315"/>
                        </a:xfrm>
                        <a:prstGeom prst="line">
                          <a:avLst/>
                        </a:prstGeom>
                        <a:ln w="9525" cap="flat" cmpd="sng" algn="ctr">
                          <a:solidFill>
                            <a:schemeClr val="accent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1679FA91" id="Straight Connector 1" o:spid="_x0000_s1026" style="position:absolute;z-index:251670528;visibility:visible;mso-wrap-style:square;mso-wrap-distance-left:9pt;mso-wrap-distance-top:0;mso-wrap-distance-right:9pt;mso-wrap-distance-bottom:0;mso-position-horizontal:center;mso-position-horizontal-relative:margin;mso-position-vertical:absolute;mso-position-vertical-relative:text" from="0,21pt" to="454.4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" strokecolor="#4f81bd [3204]">
                <v:stroke dashstyle="dash"/>
                <w10:wrap anchorx="margin"/>
              </v:line>
            </w:pict>
          </mc:Fallback>
        </mc:AlternateContent>
      </w:r>
    </w:p>
    <w:p w14:paraId="4A189937" w14:textId="102D57BE" w:rsidR="009452F6" w:rsidRPr="00DE460D" w:rsidRDefault="009452F6" w:rsidP="00DE460D">
      <w:pPr>
        <w:ind w:left="720"/>
        <w:rPr>
          <w:rFonts w:asciiTheme="majorHAnsi" w:hAnsiTheme="majorHAnsi" w:cstheme="majorHAnsi"/>
          <w:b/>
          <w:sz w:val="36"/>
          <w:szCs w:val="32"/>
        </w:rPr>
      </w:pPr>
      <w:r w:rsidRPr="00DE460D">
        <w:rPr>
          <w:rFonts w:asciiTheme="majorHAnsi" w:hAnsiTheme="majorHAnsi" w:cstheme="majorHAnsi"/>
          <w:noProof/>
          <w:sz w:val="28"/>
          <w:lang w:eastAsia="en-GB"/>
        </w:rPr>
        <w:lastRenderedPageBreak/>
        <w:drawing>
          <wp:anchor distT="0" distB="0" distL="114300" distR="114300" simplePos="0" relativeHeight="251653632" behindDoc="0" locked="0" layoutInCell="1" allowOverlap="1" wp14:anchorId="1A6D2666" wp14:editId="67B88A6E">
            <wp:simplePos x="0" y="0"/>
            <wp:positionH relativeFrom="margin">
              <wp:posOffset>5162550</wp:posOffset>
            </wp:positionH>
            <wp:positionV relativeFrom="paragraph">
              <wp:posOffset>116205</wp:posOffset>
            </wp:positionV>
            <wp:extent cx="1314450" cy="892810"/>
            <wp:effectExtent l="0" t="0" r="0" b="25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l="20441" t="25122" r="63438" b="55471"/>
                    <a:stretch/>
                  </pic:blipFill>
                  <pic:spPr bwMode="auto">
                    <a:xfrm>
                      <a:off x="0" y="0"/>
                      <a:ext cx="1314450" cy="8928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E460D">
        <w:rPr>
          <w:rFonts w:asciiTheme="majorHAnsi" w:hAnsiTheme="majorHAnsi" w:cstheme="majorHAnsi"/>
          <w:b/>
          <w:sz w:val="36"/>
          <w:szCs w:val="32"/>
        </w:rPr>
        <w:br/>
      </w:r>
      <w:r w:rsidRPr="00DE460D">
        <w:rPr>
          <w:rFonts w:asciiTheme="majorHAnsi" w:hAnsiTheme="majorHAnsi" w:cstheme="majorHAnsi"/>
          <w:b/>
          <w:sz w:val="36"/>
          <w:szCs w:val="32"/>
        </w:rPr>
        <w:t>Admission Form</w:t>
      </w:r>
    </w:p>
    <w:tbl>
      <w:tblPr>
        <w:tblW w:w="9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089"/>
        <w:gridCol w:w="1702"/>
        <w:gridCol w:w="1936"/>
      </w:tblGrid>
      <w:tr w:rsidR="009452F6" w:rsidRPr="009452F6" w14:paraId="187B4A96" w14:textId="77777777" w:rsidTr="00A6388B">
        <w:trPr>
          <w:jc w:val="center"/>
        </w:trPr>
        <w:tc>
          <w:tcPr>
            <w:tcW w:w="3114" w:type="dxa"/>
          </w:tcPr>
          <w:p w14:paraId="2CBABD28"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Forename:</w:t>
            </w:r>
          </w:p>
          <w:p w14:paraId="12F769C5" w14:textId="77777777" w:rsidR="009452F6" w:rsidRPr="009452F6" w:rsidRDefault="009452F6" w:rsidP="00A6388B">
            <w:pPr>
              <w:spacing w:after="0"/>
              <w:rPr>
                <w:rFonts w:asciiTheme="majorHAnsi" w:hAnsiTheme="majorHAnsi" w:cstheme="majorHAnsi"/>
                <w:sz w:val="24"/>
                <w:szCs w:val="24"/>
              </w:rPr>
            </w:pPr>
          </w:p>
        </w:tc>
        <w:tc>
          <w:tcPr>
            <w:tcW w:w="3089" w:type="dxa"/>
          </w:tcPr>
          <w:p w14:paraId="38A173EC" w14:textId="77777777" w:rsidR="009452F6" w:rsidRPr="009452F6" w:rsidRDefault="009452F6" w:rsidP="00A6388B">
            <w:pPr>
              <w:spacing w:after="0"/>
              <w:rPr>
                <w:rFonts w:asciiTheme="majorHAnsi" w:hAnsiTheme="majorHAnsi" w:cstheme="majorHAnsi"/>
                <w:sz w:val="24"/>
                <w:szCs w:val="24"/>
              </w:rPr>
            </w:pPr>
          </w:p>
        </w:tc>
        <w:tc>
          <w:tcPr>
            <w:tcW w:w="3638" w:type="dxa"/>
            <w:gridSpan w:val="2"/>
          </w:tcPr>
          <w:p w14:paraId="24E8F7E8"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Preferred name (if different):</w:t>
            </w:r>
          </w:p>
        </w:tc>
      </w:tr>
      <w:tr w:rsidR="009452F6" w:rsidRPr="009452F6" w14:paraId="319386DB" w14:textId="77777777" w:rsidTr="00A6388B">
        <w:trPr>
          <w:jc w:val="center"/>
        </w:trPr>
        <w:tc>
          <w:tcPr>
            <w:tcW w:w="3114" w:type="dxa"/>
          </w:tcPr>
          <w:p w14:paraId="4CE92506"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Surname:</w:t>
            </w:r>
          </w:p>
          <w:p w14:paraId="273E2A6D" w14:textId="77777777" w:rsidR="009452F6" w:rsidRPr="009452F6" w:rsidRDefault="009452F6" w:rsidP="00A6388B">
            <w:pPr>
              <w:spacing w:after="0"/>
              <w:rPr>
                <w:rFonts w:asciiTheme="majorHAnsi" w:hAnsiTheme="majorHAnsi" w:cstheme="majorHAnsi"/>
                <w:sz w:val="24"/>
                <w:szCs w:val="24"/>
              </w:rPr>
            </w:pPr>
          </w:p>
        </w:tc>
        <w:tc>
          <w:tcPr>
            <w:tcW w:w="3089" w:type="dxa"/>
          </w:tcPr>
          <w:p w14:paraId="16EE69DF" w14:textId="77777777" w:rsidR="009452F6" w:rsidRPr="009452F6" w:rsidRDefault="009452F6" w:rsidP="00A6388B">
            <w:pPr>
              <w:spacing w:after="0"/>
              <w:rPr>
                <w:rFonts w:asciiTheme="majorHAnsi" w:hAnsiTheme="majorHAnsi" w:cstheme="majorHAnsi"/>
                <w:sz w:val="24"/>
                <w:szCs w:val="24"/>
              </w:rPr>
            </w:pPr>
          </w:p>
        </w:tc>
        <w:tc>
          <w:tcPr>
            <w:tcW w:w="3638" w:type="dxa"/>
            <w:gridSpan w:val="2"/>
          </w:tcPr>
          <w:p w14:paraId="5360546C"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Middle name:</w:t>
            </w:r>
          </w:p>
        </w:tc>
      </w:tr>
      <w:tr w:rsidR="00A6388B" w:rsidRPr="009452F6" w14:paraId="31FE8C59" w14:textId="77777777" w:rsidTr="00A6388B">
        <w:trPr>
          <w:jc w:val="center"/>
        </w:trPr>
        <w:tc>
          <w:tcPr>
            <w:tcW w:w="3114" w:type="dxa"/>
          </w:tcPr>
          <w:p w14:paraId="03A94E50" w14:textId="77777777" w:rsidR="00A6388B" w:rsidRPr="009452F6" w:rsidRDefault="00A6388B" w:rsidP="00A6388B">
            <w:pPr>
              <w:spacing w:after="0"/>
              <w:rPr>
                <w:rFonts w:asciiTheme="majorHAnsi" w:hAnsiTheme="majorHAnsi" w:cstheme="majorHAnsi"/>
                <w:sz w:val="24"/>
                <w:szCs w:val="24"/>
              </w:rPr>
            </w:pPr>
            <w:r w:rsidRPr="009452F6">
              <w:rPr>
                <w:rFonts w:asciiTheme="majorHAnsi" w:hAnsiTheme="majorHAnsi" w:cstheme="majorHAnsi"/>
                <w:sz w:val="24"/>
                <w:szCs w:val="24"/>
              </w:rPr>
              <w:t>Gender:</w:t>
            </w:r>
          </w:p>
          <w:p w14:paraId="112E02DF" w14:textId="77777777" w:rsidR="00A6388B" w:rsidRPr="009452F6" w:rsidRDefault="00A6388B" w:rsidP="00A6388B">
            <w:pPr>
              <w:spacing w:after="0"/>
              <w:rPr>
                <w:rFonts w:asciiTheme="majorHAnsi" w:hAnsiTheme="majorHAnsi" w:cstheme="majorHAnsi"/>
                <w:sz w:val="24"/>
                <w:szCs w:val="24"/>
              </w:rPr>
            </w:pPr>
          </w:p>
        </w:tc>
        <w:tc>
          <w:tcPr>
            <w:tcW w:w="6727" w:type="dxa"/>
            <w:gridSpan w:val="3"/>
          </w:tcPr>
          <w:p w14:paraId="45474C95" w14:textId="77777777" w:rsidR="00A6388B" w:rsidRPr="009452F6" w:rsidRDefault="00A6388B" w:rsidP="00A6388B">
            <w:pPr>
              <w:spacing w:after="0"/>
              <w:rPr>
                <w:rFonts w:asciiTheme="majorHAnsi" w:hAnsiTheme="majorHAnsi" w:cstheme="majorHAnsi"/>
                <w:sz w:val="24"/>
                <w:szCs w:val="24"/>
              </w:rPr>
            </w:pPr>
            <w:r w:rsidRPr="009452F6">
              <w:rPr>
                <w:rFonts w:asciiTheme="majorHAnsi" w:hAnsiTheme="majorHAnsi" w:cstheme="majorHAnsi"/>
                <w:sz w:val="24"/>
                <w:szCs w:val="24"/>
              </w:rPr>
              <w:t>Date of Birth:</w:t>
            </w:r>
          </w:p>
          <w:p w14:paraId="5B51D25C" w14:textId="77777777" w:rsidR="00A6388B" w:rsidRPr="009452F6" w:rsidRDefault="00A6388B" w:rsidP="00A6388B">
            <w:pPr>
              <w:spacing w:after="0"/>
              <w:rPr>
                <w:rFonts w:asciiTheme="majorHAnsi" w:hAnsiTheme="majorHAnsi" w:cstheme="majorHAnsi"/>
                <w:sz w:val="24"/>
                <w:szCs w:val="24"/>
              </w:rPr>
            </w:pPr>
          </w:p>
          <w:p w14:paraId="6CFFF247" w14:textId="77777777" w:rsidR="00A6388B" w:rsidRPr="009452F6" w:rsidRDefault="00A6388B" w:rsidP="00A6388B">
            <w:pPr>
              <w:spacing w:after="0"/>
              <w:rPr>
                <w:rFonts w:asciiTheme="majorHAnsi" w:hAnsiTheme="majorHAnsi" w:cstheme="majorHAnsi"/>
                <w:b/>
                <w:sz w:val="24"/>
                <w:szCs w:val="24"/>
              </w:rPr>
            </w:pPr>
            <w:r w:rsidRPr="009452F6">
              <w:rPr>
                <w:rFonts w:asciiTheme="majorHAnsi" w:hAnsiTheme="majorHAnsi" w:cstheme="majorHAnsi"/>
                <w:b/>
                <w:sz w:val="24"/>
                <w:szCs w:val="24"/>
              </w:rPr>
              <w:t>***Please attach copy of Birth Certificate***</w:t>
            </w:r>
          </w:p>
        </w:tc>
      </w:tr>
      <w:tr w:rsidR="009452F6" w:rsidRPr="009452F6" w14:paraId="6E6C0894" w14:textId="77777777" w:rsidTr="00A6388B">
        <w:trPr>
          <w:jc w:val="center"/>
        </w:trPr>
        <w:tc>
          <w:tcPr>
            <w:tcW w:w="3114" w:type="dxa"/>
          </w:tcPr>
          <w:p w14:paraId="0D5B043B"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Address:</w:t>
            </w:r>
          </w:p>
          <w:p w14:paraId="77BE135D" w14:textId="77777777" w:rsidR="009452F6" w:rsidRPr="009452F6" w:rsidRDefault="009452F6" w:rsidP="00A6388B">
            <w:pPr>
              <w:spacing w:after="0"/>
              <w:rPr>
                <w:rFonts w:asciiTheme="majorHAnsi" w:hAnsiTheme="majorHAnsi" w:cstheme="majorHAnsi"/>
                <w:sz w:val="24"/>
                <w:szCs w:val="24"/>
              </w:rPr>
            </w:pPr>
          </w:p>
          <w:p w14:paraId="51F9BF02" w14:textId="77777777" w:rsidR="009452F6" w:rsidRPr="009452F6" w:rsidRDefault="009452F6" w:rsidP="00A6388B">
            <w:pPr>
              <w:spacing w:after="0"/>
              <w:rPr>
                <w:rFonts w:asciiTheme="majorHAnsi" w:hAnsiTheme="majorHAnsi" w:cstheme="majorHAnsi"/>
                <w:sz w:val="24"/>
                <w:szCs w:val="24"/>
              </w:rPr>
            </w:pPr>
          </w:p>
          <w:p w14:paraId="7521A30A" w14:textId="77777777" w:rsidR="009452F6" w:rsidRPr="009452F6" w:rsidRDefault="009452F6" w:rsidP="00A6388B">
            <w:pPr>
              <w:spacing w:after="0"/>
              <w:rPr>
                <w:rFonts w:asciiTheme="majorHAnsi" w:hAnsiTheme="majorHAnsi" w:cstheme="majorHAnsi"/>
                <w:sz w:val="24"/>
                <w:szCs w:val="24"/>
              </w:rPr>
            </w:pPr>
          </w:p>
        </w:tc>
        <w:tc>
          <w:tcPr>
            <w:tcW w:w="6727" w:type="dxa"/>
            <w:gridSpan w:val="3"/>
          </w:tcPr>
          <w:p w14:paraId="2678A561" w14:textId="77777777" w:rsidR="009452F6" w:rsidRPr="009452F6" w:rsidRDefault="009452F6" w:rsidP="00A6388B">
            <w:pPr>
              <w:spacing w:after="0"/>
              <w:rPr>
                <w:rFonts w:asciiTheme="majorHAnsi" w:hAnsiTheme="majorHAnsi" w:cstheme="majorHAnsi"/>
                <w:sz w:val="24"/>
                <w:szCs w:val="24"/>
              </w:rPr>
            </w:pPr>
          </w:p>
          <w:p w14:paraId="7D6D3FB2" w14:textId="77777777" w:rsidR="009452F6" w:rsidRPr="009452F6" w:rsidRDefault="009452F6" w:rsidP="00A6388B">
            <w:pPr>
              <w:spacing w:after="0"/>
              <w:rPr>
                <w:rFonts w:asciiTheme="majorHAnsi" w:hAnsiTheme="majorHAnsi" w:cstheme="majorHAnsi"/>
                <w:sz w:val="24"/>
                <w:szCs w:val="24"/>
              </w:rPr>
            </w:pPr>
          </w:p>
          <w:p w14:paraId="6331781D" w14:textId="3B184E16" w:rsidR="009452F6" w:rsidRPr="009452F6" w:rsidRDefault="009452F6" w:rsidP="00A6388B">
            <w:pPr>
              <w:spacing w:after="0"/>
              <w:rPr>
                <w:rFonts w:asciiTheme="majorHAnsi" w:hAnsiTheme="majorHAnsi" w:cstheme="majorHAnsi"/>
                <w:sz w:val="24"/>
                <w:szCs w:val="24"/>
              </w:rPr>
            </w:pPr>
          </w:p>
          <w:p w14:paraId="7BD9D277" w14:textId="2E787158"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Postcode:</w:t>
            </w:r>
          </w:p>
        </w:tc>
      </w:tr>
      <w:tr w:rsidR="009452F6" w:rsidRPr="009452F6" w14:paraId="01F9B695" w14:textId="77777777" w:rsidTr="00A6388B">
        <w:trPr>
          <w:jc w:val="center"/>
        </w:trPr>
        <w:tc>
          <w:tcPr>
            <w:tcW w:w="3114" w:type="dxa"/>
          </w:tcPr>
          <w:p w14:paraId="4191FE97" w14:textId="378B9231"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Telephone no.</w:t>
            </w:r>
          </w:p>
        </w:tc>
        <w:tc>
          <w:tcPr>
            <w:tcW w:w="6727" w:type="dxa"/>
            <w:gridSpan w:val="3"/>
          </w:tcPr>
          <w:p w14:paraId="22F54CAF" w14:textId="77777777" w:rsidR="009452F6" w:rsidRDefault="009452F6" w:rsidP="00A6388B">
            <w:pPr>
              <w:spacing w:after="0"/>
              <w:rPr>
                <w:rFonts w:asciiTheme="majorHAnsi" w:hAnsiTheme="majorHAnsi" w:cstheme="majorHAnsi"/>
                <w:sz w:val="24"/>
                <w:szCs w:val="24"/>
              </w:rPr>
            </w:pPr>
          </w:p>
          <w:p w14:paraId="05D337BF" w14:textId="77777777" w:rsidR="00A6388B" w:rsidRDefault="00A6388B" w:rsidP="00A6388B">
            <w:pPr>
              <w:spacing w:after="0"/>
              <w:rPr>
                <w:rFonts w:asciiTheme="majorHAnsi" w:hAnsiTheme="majorHAnsi" w:cstheme="majorHAnsi"/>
                <w:sz w:val="24"/>
                <w:szCs w:val="24"/>
              </w:rPr>
            </w:pPr>
          </w:p>
          <w:p w14:paraId="18E0C531" w14:textId="0074399F" w:rsidR="00A6388B" w:rsidRPr="009452F6" w:rsidRDefault="00A6388B" w:rsidP="00A6388B">
            <w:pPr>
              <w:spacing w:after="0"/>
              <w:rPr>
                <w:rFonts w:asciiTheme="majorHAnsi" w:hAnsiTheme="majorHAnsi" w:cstheme="majorHAnsi"/>
                <w:sz w:val="24"/>
                <w:szCs w:val="24"/>
              </w:rPr>
            </w:pPr>
          </w:p>
        </w:tc>
      </w:tr>
      <w:tr w:rsidR="009452F6" w:rsidRPr="009452F6" w14:paraId="0A4BCF2A" w14:textId="77777777" w:rsidTr="00A6388B">
        <w:trPr>
          <w:jc w:val="center"/>
        </w:trPr>
        <w:tc>
          <w:tcPr>
            <w:tcW w:w="3114" w:type="dxa"/>
          </w:tcPr>
          <w:p w14:paraId="63DE1412"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Email address to receive preschool messages etc.</w:t>
            </w:r>
          </w:p>
        </w:tc>
        <w:tc>
          <w:tcPr>
            <w:tcW w:w="6727" w:type="dxa"/>
            <w:gridSpan w:val="3"/>
          </w:tcPr>
          <w:p w14:paraId="59B4DB3E" w14:textId="77777777" w:rsidR="009452F6" w:rsidRPr="009452F6" w:rsidRDefault="009452F6" w:rsidP="00A6388B">
            <w:pPr>
              <w:spacing w:after="0"/>
              <w:rPr>
                <w:rFonts w:asciiTheme="majorHAnsi" w:hAnsiTheme="majorHAnsi" w:cstheme="majorHAnsi"/>
                <w:sz w:val="24"/>
                <w:szCs w:val="24"/>
              </w:rPr>
            </w:pPr>
          </w:p>
        </w:tc>
      </w:tr>
      <w:tr w:rsidR="009452F6" w:rsidRPr="009452F6" w14:paraId="69B73181" w14:textId="77777777" w:rsidTr="00A6388B">
        <w:trPr>
          <w:jc w:val="center"/>
        </w:trPr>
        <w:tc>
          <w:tcPr>
            <w:tcW w:w="3114" w:type="dxa"/>
          </w:tcPr>
          <w:p w14:paraId="1957387B" w14:textId="5DA0FE28"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In order of preference:</w:t>
            </w:r>
          </w:p>
          <w:p w14:paraId="421E7F54" w14:textId="77777777" w:rsidR="009452F6" w:rsidRPr="009452F6" w:rsidRDefault="009452F6" w:rsidP="00A6388B">
            <w:pPr>
              <w:spacing w:after="0"/>
              <w:rPr>
                <w:rFonts w:asciiTheme="majorHAnsi" w:hAnsiTheme="majorHAnsi" w:cstheme="majorHAnsi"/>
                <w:b/>
                <w:sz w:val="24"/>
                <w:szCs w:val="24"/>
              </w:rPr>
            </w:pPr>
            <w:r w:rsidRPr="009452F6">
              <w:rPr>
                <w:rFonts w:asciiTheme="majorHAnsi" w:hAnsiTheme="majorHAnsi" w:cstheme="majorHAnsi"/>
                <w:b/>
                <w:sz w:val="24"/>
                <w:szCs w:val="24"/>
              </w:rPr>
              <w:t xml:space="preserve">Emergency </w:t>
            </w:r>
            <w:r w:rsidRPr="009452F6">
              <w:rPr>
                <w:rFonts w:asciiTheme="majorHAnsi" w:hAnsiTheme="majorHAnsi" w:cstheme="majorHAnsi"/>
                <w:b/>
                <w:sz w:val="24"/>
                <w:szCs w:val="24"/>
              </w:rPr>
              <w:br/>
              <w:t>Telephone Contact – 1</w:t>
            </w:r>
          </w:p>
        </w:tc>
        <w:tc>
          <w:tcPr>
            <w:tcW w:w="3089" w:type="dxa"/>
            <w:tcBorders>
              <w:right w:val="nil"/>
            </w:tcBorders>
          </w:tcPr>
          <w:p w14:paraId="27079FA5"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Name:</w:t>
            </w:r>
          </w:p>
        </w:tc>
        <w:tc>
          <w:tcPr>
            <w:tcW w:w="3638" w:type="dxa"/>
            <w:gridSpan w:val="2"/>
          </w:tcPr>
          <w:p w14:paraId="6A844685"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Home:  ______________________</w:t>
            </w:r>
          </w:p>
          <w:p w14:paraId="6F924464" w14:textId="77777777" w:rsidR="009452F6" w:rsidRPr="009452F6" w:rsidRDefault="009452F6" w:rsidP="00A6388B">
            <w:pPr>
              <w:spacing w:after="0"/>
              <w:rPr>
                <w:rFonts w:asciiTheme="majorHAnsi" w:hAnsiTheme="majorHAnsi" w:cstheme="majorHAnsi"/>
                <w:sz w:val="24"/>
                <w:szCs w:val="24"/>
              </w:rPr>
            </w:pPr>
            <w:proofErr w:type="gramStart"/>
            <w:r w:rsidRPr="009452F6">
              <w:rPr>
                <w:rFonts w:asciiTheme="majorHAnsi" w:hAnsiTheme="majorHAnsi" w:cstheme="majorHAnsi"/>
                <w:sz w:val="24"/>
                <w:szCs w:val="24"/>
              </w:rPr>
              <w:t>Mobile:_</w:t>
            </w:r>
            <w:proofErr w:type="gramEnd"/>
            <w:r w:rsidRPr="009452F6">
              <w:rPr>
                <w:rFonts w:asciiTheme="majorHAnsi" w:hAnsiTheme="majorHAnsi" w:cstheme="majorHAnsi"/>
                <w:sz w:val="24"/>
                <w:szCs w:val="24"/>
              </w:rPr>
              <w:t>_____________________</w:t>
            </w:r>
          </w:p>
          <w:p w14:paraId="595695A1"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Work:  ______________________</w:t>
            </w:r>
          </w:p>
        </w:tc>
      </w:tr>
      <w:tr w:rsidR="009452F6" w:rsidRPr="009452F6" w14:paraId="39496F80" w14:textId="77777777" w:rsidTr="00A6388B">
        <w:trPr>
          <w:jc w:val="center"/>
        </w:trPr>
        <w:tc>
          <w:tcPr>
            <w:tcW w:w="3114" w:type="dxa"/>
          </w:tcPr>
          <w:p w14:paraId="33F310E8"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Relationship to child:</w:t>
            </w:r>
          </w:p>
        </w:tc>
        <w:tc>
          <w:tcPr>
            <w:tcW w:w="3089" w:type="dxa"/>
          </w:tcPr>
          <w:p w14:paraId="0EDC7577" w14:textId="77777777" w:rsidR="009452F6" w:rsidRPr="009452F6" w:rsidRDefault="009452F6" w:rsidP="00A6388B">
            <w:pPr>
              <w:spacing w:after="0"/>
              <w:rPr>
                <w:rFonts w:asciiTheme="majorHAnsi" w:hAnsiTheme="majorHAnsi" w:cstheme="majorHAnsi"/>
                <w:sz w:val="24"/>
                <w:szCs w:val="24"/>
              </w:rPr>
            </w:pPr>
          </w:p>
        </w:tc>
        <w:tc>
          <w:tcPr>
            <w:tcW w:w="3638" w:type="dxa"/>
            <w:gridSpan w:val="2"/>
          </w:tcPr>
          <w:p w14:paraId="3A932043" w14:textId="77777777" w:rsidR="009452F6" w:rsidRPr="009452F6" w:rsidRDefault="009452F6" w:rsidP="00A6388B">
            <w:pPr>
              <w:spacing w:after="0"/>
              <w:ind w:left="27"/>
              <w:rPr>
                <w:rFonts w:asciiTheme="majorHAnsi" w:hAnsiTheme="majorHAnsi" w:cstheme="majorHAnsi"/>
                <w:sz w:val="24"/>
                <w:szCs w:val="24"/>
              </w:rPr>
            </w:pPr>
            <w:r w:rsidRPr="009452F6">
              <w:rPr>
                <w:rFonts w:asciiTheme="majorHAnsi" w:hAnsiTheme="majorHAnsi" w:cstheme="majorHAnsi"/>
                <w:sz w:val="24"/>
                <w:szCs w:val="24"/>
              </w:rPr>
              <w:t>Parental responsibility?        Y/N</w:t>
            </w:r>
          </w:p>
        </w:tc>
      </w:tr>
      <w:tr w:rsidR="009452F6" w:rsidRPr="009452F6" w14:paraId="3322324B" w14:textId="77777777" w:rsidTr="00A6388B">
        <w:trPr>
          <w:jc w:val="center"/>
        </w:trPr>
        <w:tc>
          <w:tcPr>
            <w:tcW w:w="3114" w:type="dxa"/>
          </w:tcPr>
          <w:p w14:paraId="51474E13"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Address if different to above:</w:t>
            </w:r>
          </w:p>
          <w:p w14:paraId="378B212B" w14:textId="77777777" w:rsidR="009452F6" w:rsidRPr="009452F6" w:rsidRDefault="009452F6" w:rsidP="00A6388B">
            <w:pPr>
              <w:spacing w:after="0"/>
              <w:rPr>
                <w:rFonts w:asciiTheme="majorHAnsi" w:hAnsiTheme="majorHAnsi" w:cstheme="majorHAnsi"/>
                <w:sz w:val="24"/>
                <w:szCs w:val="24"/>
              </w:rPr>
            </w:pPr>
          </w:p>
        </w:tc>
        <w:tc>
          <w:tcPr>
            <w:tcW w:w="6727" w:type="dxa"/>
            <w:gridSpan w:val="3"/>
            <w:tcBorders>
              <w:bottom w:val="single" w:sz="4" w:space="0" w:color="auto"/>
            </w:tcBorders>
          </w:tcPr>
          <w:p w14:paraId="6F844888" w14:textId="77777777" w:rsidR="009452F6" w:rsidRPr="009452F6" w:rsidRDefault="009452F6" w:rsidP="00A6388B">
            <w:pPr>
              <w:spacing w:after="0"/>
              <w:rPr>
                <w:rFonts w:asciiTheme="majorHAnsi" w:hAnsiTheme="majorHAnsi" w:cstheme="majorHAnsi"/>
                <w:sz w:val="24"/>
                <w:szCs w:val="24"/>
              </w:rPr>
            </w:pPr>
          </w:p>
          <w:p w14:paraId="40DF8869" w14:textId="77777777" w:rsidR="009452F6" w:rsidRPr="009452F6" w:rsidRDefault="009452F6" w:rsidP="00A6388B">
            <w:pPr>
              <w:spacing w:after="0"/>
              <w:rPr>
                <w:rFonts w:asciiTheme="majorHAnsi" w:hAnsiTheme="majorHAnsi" w:cstheme="majorHAnsi"/>
                <w:sz w:val="24"/>
                <w:szCs w:val="24"/>
              </w:rPr>
            </w:pPr>
          </w:p>
          <w:p w14:paraId="5A80F97D" w14:textId="77777777" w:rsidR="009452F6" w:rsidRPr="009452F6" w:rsidRDefault="009452F6" w:rsidP="00A6388B">
            <w:pPr>
              <w:spacing w:after="0"/>
              <w:rPr>
                <w:rFonts w:asciiTheme="majorHAnsi" w:hAnsiTheme="majorHAnsi" w:cstheme="majorHAnsi"/>
                <w:sz w:val="24"/>
                <w:szCs w:val="24"/>
              </w:rPr>
            </w:pPr>
          </w:p>
          <w:p w14:paraId="20F005FB" w14:textId="77777777" w:rsidR="009452F6" w:rsidRPr="009452F6" w:rsidRDefault="009452F6" w:rsidP="00A6388B">
            <w:pPr>
              <w:spacing w:after="0"/>
              <w:rPr>
                <w:rFonts w:asciiTheme="majorHAnsi" w:hAnsiTheme="majorHAnsi" w:cstheme="majorHAnsi"/>
                <w:sz w:val="24"/>
                <w:szCs w:val="24"/>
              </w:rPr>
            </w:pPr>
          </w:p>
        </w:tc>
      </w:tr>
      <w:tr w:rsidR="009452F6" w:rsidRPr="009452F6" w14:paraId="4A4D440A" w14:textId="77777777" w:rsidTr="00A6388B">
        <w:trPr>
          <w:jc w:val="center"/>
        </w:trPr>
        <w:tc>
          <w:tcPr>
            <w:tcW w:w="3114" w:type="dxa"/>
          </w:tcPr>
          <w:p w14:paraId="41F0455B" w14:textId="77777777" w:rsidR="009452F6" w:rsidRPr="009452F6" w:rsidRDefault="009452F6" w:rsidP="00A6388B">
            <w:pPr>
              <w:spacing w:after="0"/>
              <w:rPr>
                <w:rFonts w:asciiTheme="majorHAnsi" w:hAnsiTheme="majorHAnsi" w:cstheme="majorHAnsi"/>
                <w:b/>
                <w:sz w:val="24"/>
                <w:szCs w:val="24"/>
              </w:rPr>
            </w:pPr>
            <w:r w:rsidRPr="009452F6">
              <w:rPr>
                <w:rFonts w:asciiTheme="majorHAnsi" w:hAnsiTheme="majorHAnsi" w:cstheme="majorHAnsi"/>
                <w:b/>
                <w:sz w:val="24"/>
                <w:szCs w:val="24"/>
              </w:rPr>
              <w:t xml:space="preserve">Emergency </w:t>
            </w:r>
            <w:r w:rsidRPr="009452F6">
              <w:rPr>
                <w:rFonts w:asciiTheme="majorHAnsi" w:hAnsiTheme="majorHAnsi" w:cstheme="majorHAnsi"/>
                <w:b/>
                <w:sz w:val="24"/>
                <w:szCs w:val="24"/>
              </w:rPr>
              <w:br/>
              <w:t>Telephone Contact – 2</w:t>
            </w:r>
          </w:p>
        </w:tc>
        <w:tc>
          <w:tcPr>
            <w:tcW w:w="3089" w:type="dxa"/>
            <w:tcBorders>
              <w:right w:val="nil"/>
            </w:tcBorders>
          </w:tcPr>
          <w:p w14:paraId="39A1934B"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Name:</w:t>
            </w:r>
          </w:p>
        </w:tc>
        <w:tc>
          <w:tcPr>
            <w:tcW w:w="3638" w:type="dxa"/>
            <w:gridSpan w:val="2"/>
          </w:tcPr>
          <w:p w14:paraId="069C78EB"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Home:  ______________________</w:t>
            </w:r>
          </w:p>
          <w:p w14:paraId="3BD78C97" w14:textId="77777777" w:rsidR="009452F6" w:rsidRPr="009452F6" w:rsidRDefault="009452F6" w:rsidP="00A6388B">
            <w:pPr>
              <w:spacing w:after="0"/>
              <w:rPr>
                <w:rFonts w:asciiTheme="majorHAnsi" w:hAnsiTheme="majorHAnsi" w:cstheme="majorHAnsi"/>
                <w:sz w:val="24"/>
                <w:szCs w:val="24"/>
              </w:rPr>
            </w:pPr>
            <w:proofErr w:type="gramStart"/>
            <w:r w:rsidRPr="009452F6">
              <w:rPr>
                <w:rFonts w:asciiTheme="majorHAnsi" w:hAnsiTheme="majorHAnsi" w:cstheme="majorHAnsi"/>
                <w:sz w:val="24"/>
                <w:szCs w:val="24"/>
              </w:rPr>
              <w:t>Mobile:_</w:t>
            </w:r>
            <w:proofErr w:type="gramEnd"/>
            <w:r w:rsidRPr="009452F6">
              <w:rPr>
                <w:rFonts w:asciiTheme="majorHAnsi" w:hAnsiTheme="majorHAnsi" w:cstheme="majorHAnsi"/>
                <w:sz w:val="24"/>
                <w:szCs w:val="24"/>
              </w:rPr>
              <w:t>_____________________</w:t>
            </w:r>
          </w:p>
          <w:p w14:paraId="57393FB1"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Work:   ______________________</w:t>
            </w:r>
          </w:p>
        </w:tc>
      </w:tr>
      <w:tr w:rsidR="009452F6" w:rsidRPr="009452F6" w14:paraId="0575B385" w14:textId="77777777" w:rsidTr="00A6388B">
        <w:trPr>
          <w:jc w:val="center"/>
        </w:trPr>
        <w:tc>
          <w:tcPr>
            <w:tcW w:w="3114" w:type="dxa"/>
          </w:tcPr>
          <w:p w14:paraId="11380C34"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Relationship to child:</w:t>
            </w:r>
          </w:p>
        </w:tc>
        <w:tc>
          <w:tcPr>
            <w:tcW w:w="3089" w:type="dxa"/>
          </w:tcPr>
          <w:p w14:paraId="2E38CED4" w14:textId="77777777" w:rsidR="009452F6" w:rsidRPr="009452F6" w:rsidRDefault="009452F6" w:rsidP="00A6388B">
            <w:pPr>
              <w:spacing w:after="0"/>
              <w:rPr>
                <w:rFonts w:asciiTheme="majorHAnsi" w:hAnsiTheme="majorHAnsi" w:cstheme="majorHAnsi"/>
                <w:sz w:val="24"/>
                <w:szCs w:val="24"/>
              </w:rPr>
            </w:pPr>
          </w:p>
        </w:tc>
        <w:tc>
          <w:tcPr>
            <w:tcW w:w="3638" w:type="dxa"/>
            <w:gridSpan w:val="2"/>
          </w:tcPr>
          <w:p w14:paraId="54636DBC" w14:textId="77777777" w:rsidR="009452F6" w:rsidRPr="009452F6" w:rsidRDefault="009452F6" w:rsidP="00A6388B">
            <w:pPr>
              <w:spacing w:after="0"/>
              <w:ind w:left="27"/>
              <w:rPr>
                <w:rFonts w:asciiTheme="majorHAnsi" w:hAnsiTheme="majorHAnsi" w:cstheme="majorHAnsi"/>
                <w:sz w:val="24"/>
                <w:szCs w:val="24"/>
              </w:rPr>
            </w:pPr>
            <w:r w:rsidRPr="009452F6">
              <w:rPr>
                <w:rFonts w:asciiTheme="majorHAnsi" w:hAnsiTheme="majorHAnsi" w:cstheme="majorHAnsi"/>
                <w:sz w:val="24"/>
                <w:szCs w:val="24"/>
              </w:rPr>
              <w:t>Parental responsibility?      Y/N</w:t>
            </w:r>
          </w:p>
        </w:tc>
      </w:tr>
      <w:tr w:rsidR="009452F6" w:rsidRPr="009452F6" w14:paraId="05D9C35D" w14:textId="77777777" w:rsidTr="00A6388B">
        <w:trPr>
          <w:jc w:val="center"/>
        </w:trPr>
        <w:tc>
          <w:tcPr>
            <w:tcW w:w="3114" w:type="dxa"/>
          </w:tcPr>
          <w:p w14:paraId="0F74B037"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Address if different to above:</w:t>
            </w:r>
          </w:p>
          <w:p w14:paraId="0A98D89E" w14:textId="77777777" w:rsidR="009452F6" w:rsidRPr="009452F6" w:rsidRDefault="009452F6" w:rsidP="00A6388B">
            <w:pPr>
              <w:spacing w:after="0"/>
              <w:rPr>
                <w:rFonts w:asciiTheme="majorHAnsi" w:hAnsiTheme="majorHAnsi" w:cstheme="majorHAnsi"/>
                <w:sz w:val="24"/>
                <w:szCs w:val="24"/>
              </w:rPr>
            </w:pPr>
          </w:p>
        </w:tc>
        <w:tc>
          <w:tcPr>
            <w:tcW w:w="6727" w:type="dxa"/>
            <w:gridSpan w:val="3"/>
            <w:tcBorders>
              <w:bottom w:val="single" w:sz="4" w:space="0" w:color="auto"/>
            </w:tcBorders>
          </w:tcPr>
          <w:p w14:paraId="24BAE670" w14:textId="77777777" w:rsidR="009452F6" w:rsidRPr="009452F6" w:rsidRDefault="009452F6" w:rsidP="00A6388B">
            <w:pPr>
              <w:spacing w:after="0"/>
              <w:rPr>
                <w:rFonts w:asciiTheme="majorHAnsi" w:hAnsiTheme="majorHAnsi" w:cstheme="majorHAnsi"/>
                <w:sz w:val="24"/>
                <w:szCs w:val="24"/>
              </w:rPr>
            </w:pPr>
          </w:p>
          <w:p w14:paraId="312723A4" w14:textId="77777777" w:rsidR="009452F6" w:rsidRPr="009452F6" w:rsidRDefault="009452F6" w:rsidP="00A6388B">
            <w:pPr>
              <w:spacing w:after="0"/>
              <w:rPr>
                <w:rFonts w:asciiTheme="majorHAnsi" w:hAnsiTheme="majorHAnsi" w:cstheme="majorHAnsi"/>
                <w:sz w:val="24"/>
                <w:szCs w:val="24"/>
              </w:rPr>
            </w:pPr>
          </w:p>
          <w:p w14:paraId="458F12F5" w14:textId="77777777" w:rsidR="009452F6" w:rsidRPr="009452F6" w:rsidRDefault="009452F6" w:rsidP="00A6388B">
            <w:pPr>
              <w:spacing w:after="0"/>
              <w:rPr>
                <w:rFonts w:asciiTheme="majorHAnsi" w:hAnsiTheme="majorHAnsi" w:cstheme="majorHAnsi"/>
                <w:sz w:val="24"/>
                <w:szCs w:val="24"/>
              </w:rPr>
            </w:pPr>
          </w:p>
          <w:p w14:paraId="1CD72CAE" w14:textId="77777777" w:rsidR="009452F6" w:rsidRPr="009452F6" w:rsidRDefault="009452F6" w:rsidP="00A6388B">
            <w:pPr>
              <w:spacing w:after="0"/>
              <w:rPr>
                <w:rFonts w:asciiTheme="majorHAnsi" w:hAnsiTheme="majorHAnsi" w:cstheme="majorHAnsi"/>
                <w:sz w:val="24"/>
                <w:szCs w:val="24"/>
              </w:rPr>
            </w:pPr>
          </w:p>
        </w:tc>
      </w:tr>
      <w:tr w:rsidR="009452F6" w:rsidRPr="009452F6" w14:paraId="33716A06" w14:textId="77777777" w:rsidTr="00A6388B">
        <w:trPr>
          <w:jc w:val="center"/>
        </w:trPr>
        <w:tc>
          <w:tcPr>
            <w:tcW w:w="3114" w:type="dxa"/>
          </w:tcPr>
          <w:p w14:paraId="0E288A73"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b/>
                <w:sz w:val="24"/>
                <w:szCs w:val="24"/>
              </w:rPr>
              <w:t xml:space="preserve">Emergency </w:t>
            </w:r>
            <w:r w:rsidRPr="009452F6">
              <w:rPr>
                <w:rFonts w:asciiTheme="majorHAnsi" w:hAnsiTheme="majorHAnsi" w:cstheme="majorHAnsi"/>
                <w:b/>
                <w:sz w:val="24"/>
                <w:szCs w:val="24"/>
              </w:rPr>
              <w:br/>
              <w:t>Telephone Contact – 3</w:t>
            </w:r>
          </w:p>
        </w:tc>
        <w:tc>
          <w:tcPr>
            <w:tcW w:w="3089" w:type="dxa"/>
            <w:tcBorders>
              <w:bottom w:val="single" w:sz="4" w:space="0" w:color="auto"/>
            </w:tcBorders>
          </w:tcPr>
          <w:p w14:paraId="44541214"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Name:</w:t>
            </w:r>
          </w:p>
          <w:p w14:paraId="68465ADC" w14:textId="77777777" w:rsidR="009452F6" w:rsidRPr="009452F6" w:rsidRDefault="009452F6" w:rsidP="00A6388B">
            <w:pPr>
              <w:spacing w:after="0"/>
              <w:rPr>
                <w:rFonts w:asciiTheme="majorHAnsi" w:hAnsiTheme="majorHAnsi" w:cstheme="majorHAnsi"/>
                <w:sz w:val="24"/>
                <w:szCs w:val="24"/>
              </w:rPr>
            </w:pPr>
          </w:p>
        </w:tc>
        <w:tc>
          <w:tcPr>
            <w:tcW w:w="3638" w:type="dxa"/>
            <w:gridSpan w:val="2"/>
            <w:tcBorders>
              <w:bottom w:val="single" w:sz="4" w:space="0" w:color="auto"/>
            </w:tcBorders>
          </w:tcPr>
          <w:p w14:paraId="6E18A2B4"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Home:  _____________________</w:t>
            </w:r>
          </w:p>
          <w:p w14:paraId="4226CC1A" w14:textId="77777777" w:rsidR="009452F6" w:rsidRPr="009452F6" w:rsidRDefault="009452F6" w:rsidP="00A6388B">
            <w:pPr>
              <w:spacing w:after="0"/>
              <w:rPr>
                <w:rFonts w:asciiTheme="majorHAnsi" w:hAnsiTheme="majorHAnsi" w:cstheme="majorHAnsi"/>
                <w:sz w:val="24"/>
                <w:szCs w:val="24"/>
              </w:rPr>
            </w:pPr>
            <w:proofErr w:type="gramStart"/>
            <w:r w:rsidRPr="009452F6">
              <w:rPr>
                <w:rFonts w:asciiTheme="majorHAnsi" w:hAnsiTheme="majorHAnsi" w:cstheme="majorHAnsi"/>
                <w:sz w:val="24"/>
                <w:szCs w:val="24"/>
              </w:rPr>
              <w:t>Mobile:_</w:t>
            </w:r>
            <w:proofErr w:type="gramEnd"/>
            <w:r w:rsidRPr="009452F6">
              <w:rPr>
                <w:rFonts w:asciiTheme="majorHAnsi" w:hAnsiTheme="majorHAnsi" w:cstheme="majorHAnsi"/>
                <w:sz w:val="24"/>
                <w:szCs w:val="24"/>
              </w:rPr>
              <w:t>___________________</w:t>
            </w:r>
          </w:p>
          <w:p w14:paraId="6570CCE5"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Work:   _____________________</w:t>
            </w:r>
          </w:p>
        </w:tc>
      </w:tr>
      <w:tr w:rsidR="009452F6" w:rsidRPr="009452F6" w14:paraId="6FCC658C" w14:textId="77777777" w:rsidTr="00A6388B">
        <w:trPr>
          <w:jc w:val="center"/>
        </w:trPr>
        <w:tc>
          <w:tcPr>
            <w:tcW w:w="3114" w:type="dxa"/>
          </w:tcPr>
          <w:p w14:paraId="20FD332F"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Relationship to child:</w:t>
            </w:r>
          </w:p>
        </w:tc>
        <w:tc>
          <w:tcPr>
            <w:tcW w:w="3089" w:type="dxa"/>
            <w:tcBorders>
              <w:bottom w:val="single" w:sz="4" w:space="0" w:color="auto"/>
            </w:tcBorders>
          </w:tcPr>
          <w:p w14:paraId="2CA16519" w14:textId="77777777" w:rsidR="009452F6" w:rsidRPr="009452F6" w:rsidRDefault="009452F6" w:rsidP="00A6388B">
            <w:pPr>
              <w:spacing w:after="0"/>
              <w:rPr>
                <w:rFonts w:asciiTheme="majorHAnsi" w:hAnsiTheme="majorHAnsi" w:cstheme="majorHAnsi"/>
                <w:sz w:val="24"/>
                <w:szCs w:val="24"/>
              </w:rPr>
            </w:pPr>
          </w:p>
        </w:tc>
        <w:tc>
          <w:tcPr>
            <w:tcW w:w="3638" w:type="dxa"/>
            <w:gridSpan w:val="2"/>
            <w:tcBorders>
              <w:bottom w:val="single" w:sz="4" w:space="0" w:color="auto"/>
            </w:tcBorders>
          </w:tcPr>
          <w:p w14:paraId="46B02D73" w14:textId="77777777" w:rsidR="009452F6" w:rsidRPr="009452F6" w:rsidRDefault="009452F6" w:rsidP="00A6388B">
            <w:pPr>
              <w:spacing w:after="0"/>
              <w:ind w:left="297"/>
              <w:rPr>
                <w:rFonts w:asciiTheme="majorHAnsi" w:hAnsiTheme="majorHAnsi" w:cstheme="majorHAnsi"/>
                <w:sz w:val="24"/>
                <w:szCs w:val="24"/>
              </w:rPr>
            </w:pPr>
            <w:r w:rsidRPr="009452F6">
              <w:rPr>
                <w:rFonts w:asciiTheme="majorHAnsi" w:hAnsiTheme="majorHAnsi" w:cstheme="majorHAnsi"/>
                <w:sz w:val="24"/>
                <w:szCs w:val="24"/>
              </w:rPr>
              <w:t>Parental responsibility? Y/N</w:t>
            </w:r>
          </w:p>
        </w:tc>
      </w:tr>
      <w:tr w:rsidR="009452F6" w:rsidRPr="009452F6" w14:paraId="06D58995" w14:textId="77777777" w:rsidTr="00A6388B">
        <w:trPr>
          <w:jc w:val="center"/>
        </w:trPr>
        <w:tc>
          <w:tcPr>
            <w:tcW w:w="3114" w:type="dxa"/>
          </w:tcPr>
          <w:p w14:paraId="0F60A4B9"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Address if different to above:</w:t>
            </w:r>
          </w:p>
          <w:p w14:paraId="099C003D" w14:textId="77777777" w:rsidR="009452F6" w:rsidRPr="009452F6" w:rsidRDefault="009452F6" w:rsidP="00A6388B">
            <w:pPr>
              <w:spacing w:after="0"/>
              <w:rPr>
                <w:rFonts w:asciiTheme="majorHAnsi" w:hAnsiTheme="majorHAnsi" w:cstheme="majorHAnsi"/>
                <w:sz w:val="24"/>
                <w:szCs w:val="24"/>
              </w:rPr>
            </w:pPr>
          </w:p>
        </w:tc>
        <w:tc>
          <w:tcPr>
            <w:tcW w:w="6727" w:type="dxa"/>
            <w:gridSpan w:val="3"/>
            <w:tcBorders>
              <w:bottom w:val="single" w:sz="4" w:space="0" w:color="auto"/>
            </w:tcBorders>
          </w:tcPr>
          <w:p w14:paraId="40C1CC06" w14:textId="77777777" w:rsidR="009452F6" w:rsidRPr="009452F6" w:rsidRDefault="009452F6" w:rsidP="00A6388B">
            <w:pPr>
              <w:spacing w:after="0"/>
              <w:rPr>
                <w:rFonts w:asciiTheme="majorHAnsi" w:hAnsiTheme="majorHAnsi" w:cstheme="majorHAnsi"/>
                <w:sz w:val="24"/>
                <w:szCs w:val="24"/>
              </w:rPr>
            </w:pPr>
          </w:p>
          <w:p w14:paraId="65BCCDEE" w14:textId="77777777" w:rsidR="009452F6" w:rsidRPr="009452F6" w:rsidRDefault="009452F6" w:rsidP="00A6388B">
            <w:pPr>
              <w:spacing w:after="0"/>
              <w:rPr>
                <w:rFonts w:asciiTheme="majorHAnsi" w:hAnsiTheme="majorHAnsi" w:cstheme="majorHAnsi"/>
                <w:sz w:val="24"/>
                <w:szCs w:val="24"/>
              </w:rPr>
            </w:pPr>
          </w:p>
          <w:p w14:paraId="173515CE" w14:textId="77777777" w:rsidR="009452F6" w:rsidRPr="009452F6" w:rsidRDefault="009452F6" w:rsidP="00A6388B">
            <w:pPr>
              <w:spacing w:after="0"/>
              <w:rPr>
                <w:rFonts w:asciiTheme="majorHAnsi" w:hAnsiTheme="majorHAnsi" w:cstheme="majorHAnsi"/>
                <w:sz w:val="24"/>
                <w:szCs w:val="24"/>
              </w:rPr>
            </w:pPr>
          </w:p>
          <w:p w14:paraId="6A923A5A" w14:textId="77777777" w:rsidR="009452F6" w:rsidRPr="009452F6" w:rsidRDefault="009452F6" w:rsidP="00A6388B">
            <w:pPr>
              <w:spacing w:after="0"/>
              <w:rPr>
                <w:rFonts w:asciiTheme="majorHAnsi" w:hAnsiTheme="majorHAnsi" w:cstheme="majorHAnsi"/>
                <w:sz w:val="24"/>
                <w:szCs w:val="24"/>
              </w:rPr>
            </w:pPr>
          </w:p>
        </w:tc>
      </w:tr>
      <w:tr w:rsidR="009452F6" w:rsidRPr="009452F6" w14:paraId="4ACA2A24" w14:textId="77777777" w:rsidTr="00A6388B">
        <w:trPr>
          <w:trHeight w:val="305"/>
          <w:jc w:val="center"/>
        </w:trPr>
        <w:tc>
          <w:tcPr>
            <w:tcW w:w="3114" w:type="dxa"/>
          </w:tcPr>
          <w:p w14:paraId="3D8591BE"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lastRenderedPageBreak/>
              <w:t>Ethnicity:</w:t>
            </w:r>
          </w:p>
        </w:tc>
        <w:tc>
          <w:tcPr>
            <w:tcW w:w="4791" w:type="dxa"/>
            <w:gridSpan w:val="2"/>
          </w:tcPr>
          <w:p w14:paraId="4834EAE2" w14:textId="77777777" w:rsidR="009452F6" w:rsidRPr="009452F6" w:rsidRDefault="009452F6" w:rsidP="00A6388B">
            <w:pPr>
              <w:spacing w:after="0"/>
              <w:rPr>
                <w:rFonts w:asciiTheme="majorHAnsi" w:hAnsiTheme="majorHAnsi" w:cstheme="majorHAnsi"/>
                <w:sz w:val="24"/>
                <w:szCs w:val="24"/>
              </w:rPr>
            </w:pPr>
          </w:p>
          <w:p w14:paraId="3123B72B" w14:textId="77777777" w:rsidR="009452F6" w:rsidRPr="009452F6" w:rsidRDefault="009452F6" w:rsidP="00A6388B">
            <w:pPr>
              <w:spacing w:after="0"/>
              <w:rPr>
                <w:rFonts w:asciiTheme="majorHAnsi" w:hAnsiTheme="majorHAnsi" w:cstheme="majorHAnsi"/>
                <w:sz w:val="24"/>
                <w:szCs w:val="24"/>
              </w:rPr>
            </w:pPr>
          </w:p>
        </w:tc>
        <w:tc>
          <w:tcPr>
            <w:tcW w:w="1936" w:type="dxa"/>
          </w:tcPr>
          <w:p w14:paraId="4236C902" w14:textId="77777777" w:rsidR="009452F6" w:rsidRPr="009452F6" w:rsidRDefault="009452F6" w:rsidP="00A6388B">
            <w:pPr>
              <w:spacing w:after="0"/>
              <w:ind w:left="132"/>
              <w:rPr>
                <w:rFonts w:asciiTheme="majorHAnsi" w:hAnsiTheme="majorHAnsi" w:cstheme="majorHAnsi"/>
                <w:sz w:val="24"/>
                <w:szCs w:val="24"/>
              </w:rPr>
            </w:pPr>
            <w:r w:rsidRPr="009452F6">
              <w:rPr>
                <w:rFonts w:asciiTheme="majorHAnsi" w:hAnsiTheme="majorHAnsi" w:cstheme="majorHAnsi"/>
                <w:sz w:val="24"/>
                <w:szCs w:val="24"/>
              </w:rPr>
              <w:t>EAL:     Y/N</w:t>
            </w:r>
          </w:p>
        </w:tc>
      </w:tr>
      <w:tr w:rsidR="009452F6" w:rsidRPr="009452F6" w14:paraId="207EAEE5" w14:textId="77777777" w:rsidTr="00A6388B">
        <w:trPr>
          <w:jc w:val="center"/>
        </w:trPr>
        <w:tc>
          <w:tcPr>
            <w:tcW w:w="3114" w:type="dxa"/>
          </w:tcPr>
          <w:p w14:paraId="48BF8DCE"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Lunch requirements:</w:t>
            </w:r>
          </w:p>
          <w:p w14:paraId="77AFF2CC" w14:textId="77777777" w:rsidR="009452F6" w:rsidRPr="009452F6" w:rsidRDefault="009452F6" w:rsidP="00A6388B">
            <w:pPr>
              <w:spacing w:after="0"/>
              <w:rPr>
                <w:rFonts w:asciiTheme="majorHAnsi" w:hAnsiTheme="majorHAnsi" w:cstheme="majorHAnsi"/>
                <w:sz w:val="24"/>
                <w:szCs w:val="24"/>
              </w:rPr>
            </w:pPr>
          </w:p>
        </w:tc>
        <w:tc>
          <w:tcPr>
            <w:tcW w:w="6727" w:type="dxa"/>
            <w:gridSpan w:val="3"/>
          </w:tcPr>
          <w:p w14:paraId="34026995" w14:textId="77777777" w:rsidR="009452F6" w:rsidRPr="009452F6" w:rsidRDefault="009452F6" w:rsidP="00A6388B">
            <w:pPr>
              <w:pStyle w:val="ListParagraph"/>
              <w:numPr>
                <w:ilvl w:val="0"/>
                <w:numId w:val="11"/>
              </w:numPr>
              <w:spacing w:after="0"/>
              <w:rPr>
                <w:rFonts w:asciiTheme="majorHAnsi" w:hAnsiTheme="majorHAnsi" w:cstheme="majorHAnsi"/>
                <w:sz w:val="24"/>
                <w:szCs w:val="24"/>
              </w:rPr>
            </w:pPr>
            <w:r w:rsidRPr="009452F6">
              <w:rPr>
                <w:rFonts w:asciiTheme="majorHAnsi" w:hAnsiTheme="majorHAnsi" w:cstheme="majorHAnsi"/>
                <w:sz w:val="24"/>
                <w:szCs w:val="24"/>
              </w:rPr>
              <w:t>Hot Dinners</w:t>
            </w:r>
          </w:p>
          <w:p w14:paraId="5B993B24" w14:textId="77777777" w:rsidR="009452F6" w:rsidRPr="009452F6" w:rsidRDefault="009452F6" w:rsidP="00A6388B">
            <w:pPr>
              <w:pStyle w:val="ListParagraph"/>
              <w:numPr>
                <w:ilvl w:val="0"/>
                <w:numId w:val="11"/>
              </w:numPr>
              <w:spacing w:after="0"/>
              <w:rPr>
                <w:rFonts w:asciiTheme="majorHAnsi" w:hAnsiTheme="majorHAnsi" w:cstheme="majorHAnsi"/>
                <w:sz w:val="24"/>
                <w:szCs w:val="24"/>
              </w:rPr>
            </w:pPr>
            <w:r w:rsidRPr="009452F6">
              <w:rPr>
                <w:rFonts w:asciiTheme="majorHAnsi" w:hAnsiTheme="majorHAnsi" w:cstheme="majorHAnsi"/>
                <w:sz w:val="24"/>
                <w:szCs w:val="24"/>
              </w:rPr>
              <w:t xml:space="preserve">Packed lunches                                     </w:t>
            </w:r>
            <w:proofErr w:type="gramStart"/>
            <w:r w:rsidRPr="009452F6">
              <w:rPr>
                <w:rFonts w:asciiTheme="majorHAnsi" w:hAnsiTheme="majorHAnsi" w:cstheme="majorHAnsi"/>
                <w:sz w:val="24"/>
                <w:szCs w:val="24"/>
              </w:rPr>
              <w:t xml:space="preserve">   (</w:t>
            </w:r>
            <w:proofErr w:type="gramEnd"/>
            <w:r w:rsidRPr="009452F6">
              <w:rPr>
                <w:rFonts w:asciiTheme="majorHAnsi" w:hAnsiTheme="majorHAnsi" w:cstheme="majorHAnsi"/>
                <w:sz w:val="24"/>
                <w:szCs w:val="24"/>
              </w:rPr>
              <w:t>please circle choice)</w:t>
            </w:r>
          </w:p>
        </w:tc>
      </w:tr>
      <w:tr w:rsidR="009452F6" w:rsidRPr="009452F6" w14:paraId="78174BD3" w14:textId="77777777" w:rsidTr="00A6388B">
        <w:trPr>
          <w:jc w:val="center"/>
        </w:trPr>
        <w:tc>
          <w:tcPr>
            <w:tcW w:w="3114" w:type="dxa"/>
          </w:tcPr>
          <w:p w14:paraId="3708405D"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 xml:space="preserve">Dietary requirements / </w:t>
            </w:r>
            <w:r w:rsidRPr="009452F6">
              <w:rPr>
                <w:rFonts w:asciiTheme="majorHAnsi" w:hAnsiTheme="majorHAnsi" w:cstheme="majorHAnsi"/>
                <w:sz w:val="24"/>
                <w:szCs w:val="24"/>
              </w:rPr>
              <w:br/>
              <w:t>food allergies:</w:t>
            </w:r>
          </w:p>
        </w:tc>
        <w:tc>
          <w:tcPr>
            <w:tcW w:w="6727" w:type="dxa"/>
            <w:gridSpan w:val="3"/>
          </w:tcPr>
          <w:p w14:paraId="5299F9F7" w14:textId="77777777" w:rsidR="009452F6" w:rsidRPr="009452F6" w:rsidRDefault="009452F6" w:rsidP="00A6388B">
            <w:pPr>
              <w:pStyle w:val="ListParagraph"/>
              <w:spacing w:after="0"/>
              <w:rPr>
                <w:rFonts w:asciiTheme="majorHAnsi" w:hAnsiTheme="majorHAnsi" w:cstheme="majorHAnsi"/>
                <w:sz w:val="24"/>
                <w:szCs w:val="24"/>
              </w:rPr>
            </w:pPr>
          </w:p>
        </w:tc>
      </w:tr>
      <w:tr w:rsidR="009452F6" w:rsidRPr="009452F6" w14:paraId="24A5B634" w14:textId="77777777" w:rsidTr="00A6388B">
        <w:trPr>
          <w:jc w:val="center"/>
        </w:trPr>
        <w:tc>
          <w:tcPr>
            <w:tcW w:w="3114" w:type="dxa"/>
          </w:tcPr>
          <w:p w14:paraId="30C4C85A"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Previous setting or other Nursery that provides shared care:</w:t>
            </w:r>
          </w:p>
        </w:tc>
        <w:tc>
          <w:tcPr>
            <w:tcW w:w="6727" w:type="dxa"/>
            <w:gridSpan w:val="3"/>
          </w:tcPr>
          <w:p w14:paraId="0846F15A" w14:textId="04431F6C" w:rsidR="009452F6" w:rsidRPr="009452F6" w:rsidRDefault="009452F6" w:rsidP="00A6388B">
            <w:pPr>
              <w:pStyle w:val="ListParagraph"/>
              <w:spacing w:after="0"/>
              <w:rPr>
                <w:rFonts w:asciiTheme="majorHAnsi" w:hAnsiTheme="majorHAnsi" w:cstheme="majorHAnsi"/>
                <w:b/>
                <w:sz w:val="24"/>
                <w:szCs w:val="24"/>
              </w:rPr>
            </w:pPr>
          </w:p>
        </w:tc>
      </w:tr>
      <w:tr w:rsidR="009452F6" w:rsidRPr="009452F6" w14:paraId="2DD2364E" w14:textId="77777777" w:rsidTr="00A6388B">
        <w:trPr>
          <w:jc w:val="center"/>
        </w:trPr>
        <w:tc>
          <w:tcPr>
            <w:tcW w:w="3114" w:type="dxa"/>
          </w:tcPr>
          <w:p w14:paraId="044BBEB0" w14:textId="77777777" w:rsidR="009452F6" w:rsidRPr="009452F6" w:rsidRDefault="009452F6" w:rsidP="00A6388B">
            <w:pPr>
              <w:spacing w:after="0"/>
              <w:rPr>
                <w:rFonts w:asciiTheme="majorHAnsi" w:hAnsiTheme="majorHAnsi" w:cstheme="majorHAnsi"/>
                <w:sz w:val="24"/>
                <w:szCs w:val="24"/>
              </w:rPr>
            </w:pPr>
            <w:r w:rsidRPr="009452F6">
              <w:rPr>
                <w:rFonts w:asciiTheme="majorHAnsi" w:hAnsiTheme="majorHAnsi" w:cstheme="majorHAnsi"/>
                <w:sz w:val="24"/>
                <w:szCs w:val="24"/>
              </w:rPr>
              <w:t>Special educational needs:</w:t>
            </w:r>
          </w:p>
        </w:tc>
        <w:tc>
          <w:tcPr>
            <w:tcW w:w="6727" w:type="dxa"/>
            <w:gridSpan w:val="3"/>
          </w:tcPr>
          <w:p w14:paraId="68DF1896" w14:textId="77777777" w:rsidR="009452F6" w:rsidRPr="009452F6" w:rsidRDefault="009452F6" w:rsidP="00A6388B">
            <w:pPr>
              <w:pStyle w:val="ListParagraph"/>
              <w:spacing w:after="0"/>
              <w:rPr>
                <w:rFonts w:asciiTheme="majorHAnsi" w:hAnsiTheme="majorHAnsi" w:cstheme="majorHAnsi"/>
                <w:sz w:val="24"/>
                <w:szCs w:val="24"/>
              </w:rPr>
            </w:pPr>
          </w:p>
          <w:p w14:paraId="51BF2A9A" w14:textId="77777777" w:rsidR="009452F6" w:rsidRPr="009452F6" w:rsidRDefault="009452F6" w:rsidP="00A6388B">
            <w:pPr>
              <w:pStyle w:val="ListParagraph"/>
              <w:spacing w:after="0"/>
              <w:ind w:left="0"/>
              <w:rPr>
                <w:rFonts w:asciiTheme="majorHAnsi" w:hAnsiTheme="majorHAnsi" w:cstheme="majorHAnsi"/>
                <w:sz w:val="24"/>
                <w:szCs w:val="24"/>
              </w:rPr>
            </w:pPr>
          </w:p>
        </w:tc>
      </w:tr>
    </w:tbl>
    <w:p w14:paraId="747A1870" w14:textId="77777777" w:rsidR="009452F6" w:rsidRPr="009452F6" w:rsidRDefault="009452F6" w:rsidP="009452F6">
      <w:pPr>
        <w:spacing w:after="0"/>
        <w:rPr>
          <w:rFonts w:asciiTheme="majorHAnsi" w:hAnsiTheme="majorHAnsi" w:cstheme="majorHAnsi"/>
          <w:b/>
          <w:sz w:val="24"/>
          <w:szCs w:val="24"/>
        </w:rPr>
      </w:pPr>
    </w:p>
    <w:p w14:paraId="0B08732E" w14:textId="11BD006E" w:rsidR="009452F6" w:rsidRPr="009452F6" w:rsidRDefault="009452F6" w:rsidP="009452F6">
      <w:pPr>
        <w:suppressAutoHyphens/>
        <w:autoSpaceDN w:val="0"/>
        <w:textAlignment w:val="baseline"/>
        <w:rPr>
          <w:rFonts w:asciiTheme="majorHAnsi" w:hAnsiTheme="majorHAnsi" w:cstheme="majorHAnsi"/>
          <w:sz w:val="28"/>
          <w:szCs w:val="24"/>
          <w:lang w:eastAsia="en-GB"/>
        </w:rPr>
      </w:pPr>
      <w:r w:rsidRPr="009452F6">
        <w:rPr>
          <w:rFonts w:asciiTheme="majorHAnsi" w:hAnsiTheme="majorHAnsi" w:cstheme="majorHAnsi"/>
          <w:b/>
          <w:sz w:val="28"/>
          <w:szCs w:val="24"/>
          <w:lang w:eastAsia="en-GB"/>
        </w:rPr>
        <w:t>Specific Password for identification</w:t>
      </w:r>
      <w:r w:rsidRPr="009452F6">
        <w:rPr>
          <w:rFonts w:asciiTheme="majorHAnsi" w:hAnsiTheme="majorHAnsi" w:cstheme="majorHAnsi"/>
          <w:sz w:val="28"/>
          <w:szCs w:val="24"/>
          <w:lang w:eastAsia="en-GB"/>
        </w:rPr>
        <w:t>:</w:t>
      </w:r>
    </w:p>
    <w:p w14:paraId="5E37742A" w14:textId="49A96C78" w:rsidR="009452F6" w:rsidRPr="009452F6" w:rsidRDefault="00A6388B" w:rsidP="009452F6">
      <w:pPr>
        <w:suppressAutoHyphens/>
        <w:autoSpaceDN w:val="0"/>
        <w:textAlignment w:val="baseline"/>
        <w:rPr>
          <w:rFonts w:asciiTheme="majorHAnsi" w:hAnsiTheme="majorHAnsi" w:cstheme="majorHAnsi"/>
          <w:sz w:val="24"/>
          <w:szCs w:val="24"/>
          <w:lang w:eastAsia="en-GB"/>
        </w:rPr>
      </w:pPr>
      <w:r>
        <w:rPr>
          <w:rFonts w:asciiTheme="majorHAnsi" w:hAnsiTheme="majorHAnsi" w:cstheme="majorHAnsi"/>
          <w:sz w:val="24"/>
          <w:szCs w:val="24"/>
          <w:lang w:eastAsia="en-GB"/>
        </w:rPr>
        <w:t>_____________________________________________________________________</w:t>
      </w:r>
    </w:p>
    <w:p w14:paraId="107061E7" w14:textId="3A06E61A" w:rsidR="009452F6" w:rsidRPr="009452F6" w:rsidRDefault="009452F6" w:rsidP="009452F6">
      <w:pPr>
        <w:suppressAutoHyphens/>
        <w:autoSpaceDN w:val="0"/>
        <w:textAlignment w:val="baseline"/>
        <w:rPr>
          <w:rFonts w:asciiTheme="majorHAnsi" w:hAnsiTheme="majorHAnsi" w:cstheme="majorHAnsi"/>
          <w:sz w:val="24"/>
          <w:szCs w:val="24"/>
          <w:lang w:eastAsia="en-GB"/>
        </w:rPr>
      </w:pPr>
      <w:r w:rsidRPr="009452F6">
        <w:rPr>
          <w:rFonts w:asciiTheme="majorHAnsi" w:hAnsiTheme="majorHAnsi" w:cstheme="majorHAnsi"/>
          <w:sz w:val="24"/>
          <w:szCs w:val="24"/>
          <w:lang w:eastAsia="en-GB"/>
        </w:rPr>
        <w:t xml:space="preserve">Please give details of any other person(s) who you </w:t>
      </w:r>
      <w:proofErr w:type="spellStart"/>
      <w:r w:rsidRPr="009452F6">
        <w:rPr>
          <w:rFonts w:asciiTheme="majorHAnsi" w:hAnsiTheme="majorHAnsi" w:cstheme="majorHAnsi"/>
          <w:sz w:val="24"/>
          <w:szCs w:val="24"/>
          <w:lang w:eastAsia="en-GB"/>
        </w:rPr>
        <w:t>authorise</w:t>
      </w:r>
      <w:proofErr w:type="spellEnd"/>
      <w:r w:rsidRPr="009452F6">
        <w:rPr>
          <w:rFonts w:asciiTheme="majorHAnsi" w:hAnsiTheme="majorHAnsi" w:cstheme="majorHAnsi"/>
          <w:sz w:val="24"/>
          <w:szCs w:val="24"/>
          <w:lang w:eastAsia="en-GB"/>
        </w:rPr>
        <w:t xml:space="preserve"> to collect your child in addition to those already named (must be over 16 years of age). </w:t>
      </w:r>
      <w:r w:rsidRPr="009452F6">
        <w:rPr>
          <w:rFonts w:asciiTheme="majorHAnsi" w:hAnsiTheme="majorHAnsi" w:cstheme="majorHAnsi"/>
          <w:sz w:val="24"/>
          <w:szCs w:val="24"/>
          <w:lang w:eastAsia="en-GB"/>
        </w:rPr>
        <w:br/>
      </w:r>
      <w:r w:rsidRPr="009452F6">
        <w:rPr>
          <w:rFonts w:asciiTheme="majorHAnsi" w:hAnsiTheme="majorHAnsi" w:cstheme="majorHAnsi"/>
          <w:b/>
          <w:sz w:val="24"/>
          <w:szCs w:val="24"/>
          <w:lang w:eastAsia="en-GB"/>
        </w:rPr>
        <w:t>***Please advise staff on the day if a person listed below will be collecting your child***</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54"/>
        <w:gridCol w:w="3827"/>
      </w:tblGrid>
      <w:tr w:rsidR="009452F6" w:rsidRPr="009452F6" w14:paraId="74797900" w14:textId="77777777" w:rsidTr="009452F6">
        <w:trPr>
          <w:jc w:val="center"/>
        </w:trPr>
        <w:tc>
          <w:tcPr>
            <w:tcW w:w="5954" w:type="dxa"/>
          </w:tcPr>
          <w:p w14:paraId="42688AF2" w14:textId="77777777" w:rsidR="009452F6" w:rsidRPr="009452F6" w:rsidRDefault="009452F6" w:rsidP="00247AF8">
            <w:pPr>
              <w:spacing w:after="0" w:line="240" w:lineRule="auto"/>
              <w:rPr>
                <w:rFonts w:asciiTheme="majorHAnsi" w:eastAsia="Times New Roman" w:hAnsiTheme="majorHAnsi" w:cstheme="majorHAnsi"/>
                <w:sz w:val="24"/>
                <w:szCs w:val="24"/>
              </w:rPr>
            </w:pPr>
            <w:r w:rsidRPr="009452F6">
              <w:rPr>
                <w:rFonts w:asciiTheme="majorHAnsi" w:eastAsia="Times New Roman" w:hAnsiTheme="majorHAnsi" w:cstheme="majorHAnsi"/>
                <w:sz w:val="24"/>
                <w:szCs w:val="24"/>
              </w:rPr>
              <w:t>Name:</w:t>
            </w:r>
          </w:p>
          <w:p w14:paraId="3FA75050" w14:textId="77777777" w:rsidR="009452F6" w:rsidRPr="009452F6" w:rsidRDefault="009452F6" w:rsidP="00247AF8">
            <w:pPr>
              <w:spacing w:after="0" w:line="240" w:lineRule="auto"/>
              <w:rPr>
                <w:rFonts w:asciiTheme="majorHAnsi" w:eastAsia="Times New Roman" w:hAnsiTheme="majorHAnsi" w:cstheme="majorHAnsi"/>
                <w:sz w:val="24"/>
                <w:szCs w:val="24"/>
              </w:rPr>
            </w:pPr>
            <w:r w:rsidRPr="009452F6">
              <w:rPr>
                <w:rFonts w:asciiTheme="majorHAnsi" w:eastAsia="Times New Roman" w:hAnsiTheme="majorHAnsi" w:cstheme="majorHAnsi"/>
                <w:sz w:val="24"/>
                <w:szCs w:val="24"/>
              </w:rPr>
              <w:t>Relationship to child:</w:t>
            </w:r>
          </w:p>
          <w:p w14:paraId="10C0E435" w14:textId="77777777" w:rsidR="009452F6" w:rsidRPr="009452F6" w:rsidRDefault="009452F6" w:rsidP="00247AF8">
            <w:pPr>
              <w:spacing w:after="0" w:line="240" w:lineRule="auto"/>
              <w:rPr>
                <w:rFonts w:asciiTheme="majorHAnsi" w:eastAsia="Times New Roman" w:hAnsiTheme="majorHAnsi" w:cstheme="majorHAnsi"/>
                <w:sz w:val="24"/>
                <w:szCs w:val="24"/>
              </w:rPr>
            </w:pPr>
            <w:r w:rsidRPr="009452F6">
              <w:rPr>
                <w:rFonts w:asciiTheme="majorHAnsi" w:eastAsia="Times New Roman" w:hAnsiTheme="majorHAnsi" w:cstheme="majorHAnsi"/>
                <w:sz w:val="24"/>
                <w:szCs w:val="24"/>
              </w:rPr>
              <w:t>Are there any set days that your child will be collected by this person? Please indicate:</w:t>
            </w:r>
          </w:p>
          <w:p w14:paraId="52FF823F" w14:textId="77777777" w:rsidR="009452F6" w:rsidRPr="009452F6" w:rsidRDefault="009452F6" w:rsidP="00247AF8">
            <w:pPr>
              <w:spacing w:after="0" w:line="240" w:lineRule="auto"/>
              <w:rPr>
                <w:rFonts w:asciiTheme="majorHAnsi" w:eastAsia="Times New Roman" w:hAnsiTheme="majorHAnsi" w:cstheme="majorHAnsi"/>
                <w:sz w:val="24"/>
                <w:szCs w:val="24"/>
              </w:rPr>
            </w:pPr>
            <w:r w:rsidRPr="009452F6">
              <w:rPr>
                <w:rFonts w:asciiTheme="majorHAnsi" w:eastAsia="Times New Roman" w:hAnsiTheme="majorHAnsi" w:cstheme="majorHAnsi"/>
                <w:sz w:val="24"/>
                <w:szCs w:val="24"/>
              </w:rPr>
              <w:t>Monday       Tuesday       Wednesday      Thursday       Friday</w:t>
            </w:r>
          </w:p>
        </w:tc>
        <w:tc>
          <w:tcPr>
            <w:tcW w:w="3827" w:type="dxa"/>
          </w:tcPr>
          <w:p w14:paraId="2F347F2F" w14:textId="77777777" w:rsidR="009452F6" w:rsidRPr="009452F6" w:rsidRDefault="009452F6" w:rsidP="00247AF8">
            <w:pPr>
              <w:spacing w:after="0" w:line="240" w:lineRule="auto"/>
              <w:rPr>
                <w:rFonts w:asciiTheme="majorHAnsi" w:eastAsia="Times New Roman" w:hAnsiTheme="majorHAnsi" w:cstheme="majorHAnsi"/>
                <w:sz w:val="24"/>
                <w:szCs w:val="24"/>
              </w:rPr>
            </w:pPr>
            <w:r w:rsidRPr="009452F6">
              <w:rPr>
                <w:rFonts w:asciiTheme="majorHAnsi" w:eastAsia="Times New Roman" w:hAnsiTheme="majorHAnsi" w:cstheme="majorHAnsi"/>
                <w:sz w:val="24"/>
                <w:szCs w:val="24"/>
              </w:rPr>
              <w:t>Tel No</w:t>
            </w:r>
          </w:p>
          <w:p w14:paraId="0BFFEED1" w14:textId="77777777" w:rsidR="009452F6" w:rsidRPr="009452F6" w:rsidRDefault="009452F6" w:rsidP="00247AF8">
            <w:pPr>
              <w:spacing w:after="0" w:line="240" w:lineRule="auto"/>
              <w:rPr>
                <w:rFonts w:asciiTheme="majorHAnsi" w:eastAsia="Times New Roman" w:hAnsiTheme="majorHAnsi" w:cstheme="majorHAnsi"/>
                <w:sz w:val="24"/>
                <w:szCs w:val="24"/>
              </w:rPr>
            </w:pPr>
            <w:r w:rsidRPr="009452F6">
              <w:rPr>
                <w:rFonts w:asciiTheme="majorHAnsi" w:eastAsia="Times New Roman" w:hAnsiTheme="majorHAnsi" w:cstheme="majorHAnsi"/>
                <w:sz w:val="24"/>
                <w:szCs w:val="24"/>
              </w:rPr>
              <w:t>Mobile</w:t>
            </w:r>
          </w:p>
        </w:tc>
      </w:tr>
      <w:tr w:rsidR="009452F6" w:rsidRPr="009452F6" w14:paraId="4CF3D57F" w14:textId="77777777" w:rsidTr="009452F6">
        <w:trPr>
          <w:jc w:val="center"/>
        </w:trPr>
        <w:tc>
          <w:tcPr>
            <w:tcW w:w="5954" w:type="dxa"/>
          </w:tcPr>
          <w:p w14:paraId="7323F43A" w14:textId="77777777" w:rsidR="009452F6" w:rsidRPr="009452F6" w:rsidRDefault="009452F6" w:rsidP="00247AF8">
            <w:pPr>
              <w:spacing w:after="0" w:line="240" w:lineRule="auto"/>
              <w:rPr>
                <w:rFonts w:asciiTheme="majorHAnsi" w:eastAsia="Times New Roman" w:hAnsiTheme="majorHAnsi" w:cstheme="majorHAnsi"/>
                <w:sz w:val="24"/>
                <w:szCs w:val="24"/>
              </w:rPr>
            </w:pPr>
            <w:r w:rsidRPr="009452F6">
              <w:rPr>
                <w:rFonts w:asciiTheme="majorHAnsi" w:eastAsia="Times New Roman" w:hAnsiTheme="majorHAnsi" w:cstheme="majorHAnsi"/>
                <w:sz w:val="24"/>
                <w:szCs w:val="24"/>
              </w:rPr>
              <w:t>Name:</w:t>
            </w:r>
          </w:p>
          <w:p w14:paraId="455D3F65" w14:textId="77777777" w:rsidR="009452F6" w:rsidRPr="009452F6" w:rsidRDefault="009452F6" w:rsidP="00247AF8">
            <w:pPr>
              <w:spacing w:after="0" w:line="240" w:lineRule="auto"/>
              <w:rPr>
                <w:rFonts w:asciiTheme="majorHAnsi" w:eastAsia="Times New Roman" w:hAnsiTheme="majorHAnsi" w:cstheme="majorHAnsi"/>
                <w:sz w:val="24"/>
                <w:szCs w:val="24"/>
              </w:rPr>
            </w:pPr>
            <w:r w:rsidRPr="009452F6">
              <w:rPr>
                <w:rFonts w:asciiTheme="majorHAnsi" w:eastAsia="Times New Roman" w:hAnsiTheme="majorHAnsi" w:cstheme="majorHAnsi"/>
                <w:sz w:val="24"/>
                <w:szCs w:val="24"/>
              </w:rPr>
              <w:t>Relationship to child:</w:t>
            </w:r>
          </w:p>
          <w:p w14:paraId="2555D5F1" w14:textId="77777777" w:rsidR="009452F6" w:rsidRPr="009452F6" w:rsidRDefault="009452F6" w:rsidP="00247AF8">
            <w:pPr>
              <w:spacing w:after="0" w:line="240" w:lineRule="auto"/>
              <w:rPr>
                <w:rFonts w:asciiTheme="majorHAnsi" w:eastAsia="Times New Roman" w:hAnsiTheme="majorHAnsi" w:cstheme="majorHAnsi"/>
                <w:sz w:val="24"/>
                <w:szCs w:val="24"/>
              </w:rPr>
            </w:pPr>
            <w:r w:rsidRPr="009452F6">
              <w:rPr>
                <w:rFonts w:asciiTheme="majorHAnsi" w:eastAsia="Times New Roman" w:hAnsiTheme="majorHAnsi" w:cstheme="majorHAnsi"/>
                <w:sz w:val="24"/>
                <w:szCs w:val="24"/>
              </w:rPr>
              <w:t>Are there any set days that your child will be collected by this person? Please indicate:</w:t>
            </w:r>
          </w:p>
          <w:p w14:paraId="68FD46A1" w14:textId="77777777" w:rsidR="009452F6" w:rsidRPr="009452F6" w:rsidRDefault="009452F6" w:rsidP="00247AF8">
            <w:pPr>
              <w:spacing w:after="0" w:line="240" w:lineRule="auto"/>
              <w:rPr>
                <w:rFonts w:asciiTheme="majorHAnsi" w:eastAsia="Times New Roman" w:hAnsiTheme="majorHAnsi" w:cstheme="majorHAnsi"/>
                <w:sz w:val="24"/>
                <w:szCs w:val="24"/>
              </w:rPr>
            </w:pPr>
            <w:r w:rsidRPr="009452F6">
              <w:rPr>
                <w:rFonts w:asciiTheme="majorHAnsi" w:eastAsia="Times New Roman" w:hAnsiTheme="majorHAnsi" w:cstheme="majorHAnsi"/>
                <w:sz w:val="24"/>
                <w:szCs w:val="24"/>
              </w:rPr>
              <w:t>Monday       Tuesday       Wednesday      Thursday       Friday</w:t>
            </w:r>
          </w:p>
        </w:tc>
        <w:tc>
          <w:tcPr>
            <w:tcW w:w="3827" w:type="dxa"/>
          </w:tcPr>
          <w:p w14:paraId="578B84A6" w14:textId="77777777" w:rsidR="009452F6" w:rsidRPr="009452F6" w:rsidRDefault="009452F6" w:rsidP="00247AF8">
            <w:pPr>
              <w:spacing w:after="0" w:line="240" w:lineRule="auto"/>
              <w:rPr>
                <w:rFonts w:asciiTheme="majorHAnsi" w:eastAsia="Times New Roman" w:hAnsiTheme="majorHAnsi" w:cstheme="majorHAnsi"/>
                <w:sz w:val="24"/>
                <w:szCs w:val="24"/>
              </w:rPr>
            </w:pPr>
            <w:r w:rsidRPr="009452F6">
              <w:rPr>
                <w:rFonts w:asciiTheme="majorHAnsi" w:eastAsia="Times New Roman" w:hAnsiTheme="majorHAnsi" w:cstheme="majorHAnsi"/>
                <w:sz w:val="24"/>
                <w:szCs w:val="24"/>
              </w:rPr>
              <w:t>Tel No</w:t>
            </w:r>
          </w:p>
          <w:p w14:paraId="1E6CBF4E" w14:textId="77777777" w:rsidR="009452F6" w:rsidRPr="009452F6" w:rsidRDefault="009452F6" w:rsidP="00247AF8">
            <w:pPr>
              <w:spacing w:after="0" w:line="240" w:lineRule="auto"/>
              <w:rPr>
                <w:rFonts w:asciiTheme="majorHAnsi" w:eastAsia="Times New Roman" w:hAnsiTheme="majorHAnsi" w:cstheme="majorHAnsi"/>
                <w:sz w:val="24"/>
                <w:szCs w:val="24"/>
              </w:rPr>
            </w:pPr>
            <w:r w:rsidRPr="009452F6">
              <w:rPr>
                <w:rFonts w:asciiTheme="majorHAnsi" w:eastAsia="Times New Roman" w:hAnsiTheme="majorHAnsi" w:cstheme="majorHAnsi"/>
                <w:sz w:val="24"/>
                <w:szCs w:val="24"/>
              </w:rPr>
              <w:t>Mobile</w:t>
            </w:r>
          </w:p>
        </w:tc>
      </w:tr>
      <w:tr w:rsidR="009452F6" w:rsidRPr="009452F6" w14:paraId="02907B4B" w14:textId="77777777" w:rsidTr="009452F6">
        <w:trPr>
          <w:jc w:val="center"/>
        </w:trPr>
        <w:tc>
          <w:tcPr>
            <w:tcW w:w="5954" w:type="dxa"/>
          </w:tcPr>
          <w:p w14:paraId="415251E3" w14:textId="77777777" w:rsidR="009452F6" w:rsidRPr="009452F6" w:rsidRDefault="009452F6" w:rsidP="00247AF8">
            <w:pPr>
              <w:spacing w:after="0" w:line="240" w:lineRule="auto"/>
              <w:rPr>
                <w:rFonts w:asciiTheme="majorHAnsi" w:eastAsia="Times New Roman" w:hAnsiTheme="majorHAnsi" w:cstheme="majorHAnsi"/>
                <w:sz w:val="24"/>
                <w:szCs w:val="24"/>
              </w:rPr>
            </w:pPr>
            <w:r w:rsidRPr="009452F6">
              <w:rPr>
                <w:rFonts w:asciiTheme="majorHAnsi" w:eastAsia="Times New Roman" w:hAnsiTheme="majorHAnsi" w:cstheme="majorHAnsi"/>
                <w:sz w:val="24"/>
                <w:szCs w:val="24"/>
              </w:rPr>
              <w:t>Name:</w:t>
            </w:r>
          </w:p>
          <w:p w14:paraId="0E1C48C2" w14:textId="77777777" w:rsidR="009452F6" w:rsidRPr="009452F6" w:rsidRDefault="009452F6" w:rsidP="00247AF8">
            <w:pPr>
              <w:spacing w:after="0" w:line="240" w:lineRule="auto"/>
              <w:rPr>
                <w:rFonts w:asciiTheme="majorHAnsi" w:eastAsia="Times New Roman" w:hAnsiTheme="majorHAnsi" w:cstheme="majorHAnsi"/>
                <w:sz w:val="24"/>
                <w:szCs w:val="24"/>
              </w:rPr>
            </w:pPr>
            <w:r w:rsidRPr="009452F6">
              <w:rPr>
                <w:rFonts w:asciiTheme="majorHAnsi" w:eastAsia="Times New Roman" w:hAnsiTheme="majorHAnsi" w:cstheme="majorHAnsi"/>
                <w:sz w:val="24"/>
                <w:szCs w:val="24"/>
              </w:rPr>
              <w:t>Relationship to child:</w:t>
            </w:r>
          </w:p>
          <w:p w14:paraId="6E200567" w14:textId="77777777" w:rsidR="009452F6" w:rsidRPr="009452F6" w:rsidRDefault="009452F6" w:rsidP="00247AF8">
            <w:pPr>
              <w:spacing w:after="0" w:line="240" w:lineRule="auto"/>
              <w:rPr>
                <w:rFonts w:asciiTheme="majorHAnsi" w:eastAsia="Times New Roman" w:hAnsiTheme="majorHAnsi" w:cstheme="majorHAnsi"/>
                <w:sz w:val="24"/>
                <w:szCs w:val="24"/>
              </w:rPr>
            </w:pPr>
            <w:r w:rsidRPr="009452F6">
              <w:rPr>
                <w:rFonts w:asciiTheme="majorHAnsi" w:eastAsia="Times New Roman" w:hAnsiTheme="majorHAnsi" w:cstheme="majorHAnsi"/>
                <w:sz w:val="24"/>
                <w:szCs w:val="24"/>
              </w:rPr>
              <w:t>Are there any set days that your child will be collected by this person? Please indicate:</w:t>
            </w:r>
          </w:p>
          <w:p w14:paraId="5D7C32D5" w14:textId="77777777" w:rsidR="009452F6" w:rsidRPr="009452F6" w:rsidRDefault="009452F6" w:rsidP="00247AF8">
            <w:pPr>
              <w:spacing w:after="0" w:line="240" w:lineRule="auto"/>
              <w:rPr>
                <w:rFonts w:asciiTheme="majorHAnsi" w:eastAsia="Times New Roman" w:hAnsiTheme="majorHAnsi" w:cstheme="majorHAnsi"/>
                <w:sz w:val="24"/>
                <w:szCs w:val="24"/>
              </w:rPr>
            </w:pPr>
            <w:r w:rsidRPr="009452F6">
              <w:rPr>
                <w:rFonts w:asciiTheme="majorHAnsi" w:eastAsia="Times New Roman" w:hAnsiTheme="majorHAnsi" w:cstheme="majorHAnsi"/>
                <w:sz w:val="24"/>
                <w:szCs w:val="24"/>
              </w:rPr>
              <w:t>Monday       Tuesday       Wednesday      Thursday       Friday</w:t>
            </w:r>
          </w:p>
        </w:tc>
        <w:tc>
          <w:tcPr>
            <w:tcW w:w="3827" w:type="dxa"/>
          </w:tcPr>
          <w:p w14:paraId="00B6FD4F" w14:textId="77777777" w:rsidR="009452F6" w:rsidRPr="009452F6" w:rsidRDefault="009452F6" w:rsidP="00247AF8">
            <w:pPr>
              <w:spacing w:after="0" w:line="240" w:lineRule="auto"/>
              <w:rPr>
                <w:rFonts w:asciiTheme="majorHAnsi" w:eastAsia="Times New Roman" w:hAnsiTheme="majorHAnsi" w:cstheme="majorHAnsi"/>
                <w:sz w:val="24"/>
                <w:szCs w:val="24"/>
              </w:rPr>
            </w:pPr>
            <w:r w:rsidRPr="009452F6">
              <w:rPr>
                <w:rFonts w:asciiTheme="majorHAnsi" w:eastAsia="Times New Roman" w:hAnsiTheme="majorHAnsi" w:cstheme="majorHAnsi"/>
                <w:sz w:val="24"/>
                <w:szCs w:val="24"/>
              </w:rPr>
              <w:t>Tel No</w:t>
            </w:r>
          </w:p>
          <w:p w14:paraId="072070B5" w14:textId="77777777" w:rsidR="009452F6" w:rsidRPr="009452F6" w:rsidRDefault="009452F6" w:rsidP="00247AF8">
            <w:pPr>
              <w:spacing w:after="0" w:line="240" w:lineRule="auto"/>
              <w:rPr>
                <w:rFonts w:asciiTheme="majorHAnsi" w:eastAsia="Times New Roman" w:hAnsiTheme="majorHAnsi" w:cstheme="majorHAnsi"/>
                <w:sz w:val="24"/>
                <w:szCs w:val="24"/>
              </w:rPr>
            </w:pPr>
            <w:r w:rsidRPr="009452F6">
              <w:rPr>
                <w:rFonts w:asciiTheme="majorHAnsi" w:eastAsia="Times New Roman" w:hAnsiTheme="majorHAnsi" w:cstheme="majorHAnsi"/>
                <w:sz w:val="24"/>
                <w:szCs w:val="24"/>
              </w:rPr>
              <w:t>Mobile</w:t>
            </w:r>
          </w:p>
        </w:tc>
      </w:tr>
    </w:tbl>
    <w:p w14:paraId="7BD69950" w14:textId="77777777" w:rsidR="009452F6" w:rsidRDefault="009452F6" w:rsidP="009452F6">
      <w:pPr>
        <w:suppressAutoHyphens/>
        <w:autoSpaceDN w:val="0"/>
        <w:textAlignment w:val="baseline"/>
        <w:rPr>
          <w:b/>
          <w:lang w:eastAsia="en-GB"/>
        </w:rPr>
      </w:pPr>
    </w:p>
    <w:p w14:paraId="72C488F0" w14:textId="77777777" w:rsidR="009452F6" w:rsidRPr="009452F6" w:rsidRDefault="009452F6" w:rsidP="009452F6">
      <w:pPr>
        <w:suppressAutoHyphens/>
        <w:autoSpaceDN w:val="0"/>
        <w:textAlignment w:val="baseline"/>
        <w:rPr>
          <w:rFonts w:asciiTheme="majorHAnsi" w:hAnsiTheme="majorHAnsi" w:cstheme="majorHAnsi"/>
          <w:b/>
          <w:sz w:val="28"/>
          <w:szCs w:val="24"/>
          <w:lang w:eastAsia="en-GB"/>
        </w:rPr>
      </w:pPr>
      <w:r w:rsidRPr="009452F6">
        <w:rPr>
          <w:rFonts w:asciiTheme="majorHAnsi" w:hAnsiTheme="majorHAnsi" w:cstheme="majorHAnsi"/>
          <w:b/>
          <w:sz w:val="28"/>
          <w:szCs w:val="24"/>
          <w:lang w:eastAsia="en-GB"/>
        </w:rPr>
        <w:t>General consent:</w:t>
      </w:r>
    </w:p>
    <w:tbl>
      <w:tblPr>
        <w:tblW w:w="9843" w:type="dxa"/>
        <w:jc w:val="center"/>
        <w:tblCellMar>
          <w:left w:w="10" w:type="dxa"/>
          <w:right w:w="10" w:type="dxa"/>
        </w:tblCellMar>
        <w:tblLook w:val="0000" w:firstRow="0" w:lastRow="0" w:firstColumn="0" w:lastColumn="0" w:noHBand="0" w:noVBand="0"/>
      </w:tblPr>
      <w:tblGrid>
        <w:gridCol w:w="8647"/>
        <w:gridCol w:w="1196"/>
      </w:tblGrid>
      <w:tr w:rsidR="009452F6" w:rsidRPr="009452F6" w14:paraId="7F4F4701" w14:textId="77777777" w:rsidTr="009452F6">
        <w:trPr>
          <w:jc w:val="center"/>
        </w:trPr>
        <w:tc>
          <w:tcPr>
            <w:tcW w:w="8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64383" w14:textId="77777777" w:rsidR="009452F6" w:rsidRPr="009452F6" w:rsidRDefault="009452F6" w:rsidP="00247AF8">
            <w:pPr>
              <w:suppressAutoHyphens/>
              <w:autoSpaceDN w:val="0"/>
              <w:spacing w:after="0" w:line="240" w:lineRule="auto"/>
              <w:textAlignment w:val="baseline"/>
              <w:rPr>
                <w:rFonts w:asciiTheme="majorHAnsi" w:hAnsiTheme="majorHAnsi" w:cstheme="majorHAnsi"/>
                <w:sz w:val="24"/>
                <w:szCs w:val="24"/>
                <w:lang w:eastAsia="en-GB"/>
              </w:rPr>
            </w:pPr>
            <w:r w:rsidRPr="009452F6">
              <w:rPr>
                <w:rFonts w:asciiTheme="majorHAnsi" w:hAnsiTheme="majorHAnsi" w:cstheme="majorHAnsi"/>
                <w:sz w:val="24"/>
                <w:szCs w:val="24"/>
                <w:lang w:eastAsia="en-GB"/>
              </w:rPr>
              <w:t xml:space="preserve">I being the parent / </w:t>
            </w:r>
            <w:proofErr w:type="spellStart"/>
            <w:r w:rsidRPr="009452F6">
              <w:rPr>
                <w:rFonts w:asciiTheme="majorHAnsi" w:hAnsiTheme="majorHAnsi" w:cstheme="majorHAnsi"/>
                <w:sz w:val="24"/>
                <w:szCs w:val="24"/>
                <w:lang w:eastAsia="en-GB"/>
              </w:rPr>
              <w:t>carer</w:t>
            </w:r>
            <w:proofErr w:type="spellEnd"/>
            <w:r w:rsidRPr="009452F6">
              <w:rPr>
                <w:rFonts w:asciiTheme="majorHAnsi" w:hAnsiTheme="majorHAnsi" w:cstheme="majorHAnsi"/>
                <w:sz w:val="24"/>
                <w:szCs w:val="24"/>
                <w:lang w:eastAsia="en-GB"/>
              </w:rPr>
              <w:t xml:space="preserve"> give permission for my child to be taken directly to hospital or seen by the nearest doctor and be given any necessary treatment should an emergency arise. </w:t>
            </w:r>
          </w:p>
        </w:tc>
        <w:tc>
          <w:tcPr>
            <w:tcW w:w="11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19012F" w14:textId="77777777" w:rsidR="009452F6" w:rsidRPr="009452F6" w:rsidRDefault="009452F6" w:rsidP="00247AF8">
            <w:pPr>
              <w:suppressAutoHyphens/>
              <w:autoSpaceDN w:val="0"/>
              <w:spacing w:after="0" w:line="240" w:lineRule="auto"/>
              <w:textAlignment w:val="baseline"/>
              <w:rPr>
                <w:rFonts w:asciiTheme="majorHAnsi" w:hAnsiTheme="majorHAnsi" w:cstheme="majorHAnsi"/>
                <w:sz w:val="24"/>
                <w:szCs w:val="24"/>
                <w:lang w:eastAsia="en-GB"/>
              </w:rPr>
            </w:pPr>
            <w:r w:rsidRPr="009452F6">
              <w:rPr>
                <w:rFonts w:asciiTheme="majorHAnsi" w:hAnsiTheme="majorHAnsi" w:cstheme="majorHAnsi"/>
                <w:sz w:val="24"/>
                <w:szCs w:val="24"/>
                <w:lang w:eastAsia="en-GB"/>
              </w:rPr>
              <w:t>Yes / No</w:t>
            </w:r>
          </w:p>
        </w:tc>
      </w:tr>
      <w:tr w:rsidR="009452F6" w:rsidRPr="009452F6" w14:paraId="6A6162B3" w14:textId="77777777" w:rsidTr="009452F6">
        <w:trPr>
          <w:jc w:val="center"/>
        </w:trPr>
        <w:tc>
          <w:tcPr>
            <w:tcW w:w="8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63F6E3" w14:textId="77777777" w:rsidR="009452F6" w:rsidRPr="009452F6" w:rsidRDefault="009452F6" w:rsidP="00247AF8">
            <w:pPr>
              <w:suppressAutoHyphens/>
              <w:autoSpaceDN w:val="0"/>
              <w:spacing w:after="0" w:line="240" w:lineRule="auto"/>
              <w:textAlignment w:val="baseline"/>
              <w:rPr>
                <w:rFonts w:asciiTheme="majorHAnsi" w:hAnsiTheme="majorHAnsi" w:cstheme="majorHAnsi"/>
                <w:sz w:val="24"/>
                <w:szCs w:val="24"/>
                <w:lang w:eastAsia="en-GB"/>
              </w:rPr>
            </w:pPr>
            <w:r w:rsidRPr="009452F6">
              <w:rPr>
                <w:rFonts w:asciiTheme="majorHAnsi" w:hAnsiTheme="majorHAnsi" w:cstheme="majorHAnsi"/>
                <w:sz w:val="24"/>
                <w:szCs w:val="24"/>
                <w:lang w:eastAsia="en-GB"/>
              </w:rPr>
              <w:t xml:space="preserve">I being the parent / </w:t>
            </w:r>
            <w:proofErr w:type="spellStart"/>
            <w:r w:rsidRPr="009452F6">
              <w:rPr>
                <w:rFonts w:asciiTheme="majorHAnsi" w:hAnsiTheme="majorHAnsi" w:cstheme="majorHAnsi"/>
                <w:sz w:val="24"/>
                <w:szCs w:val="24"/>
                <w:lang w:eastAsia="en-GB"/>
              </w:rPr>
              <w:t>carer</w:t>
            </w:r>
            <w:proofErr w:type="spellEnd"/>
            <w:r w:rsidRPr="009452F6">
              <w:rPr>
                <w:rFonts w:asciiTheme="majorHAnsi" w:hAnsiTheme="majorHAnsi" w:cstheme="majorHAnsi"/>
                <w:sz w:val="24"/>
                <w:szCs w:val="24"/>
                <w:lang w:eastAsia="en-GB"/>
              </w:rPr>
              <w:t xml:space="preserve"> give permission for my child to have a plaster applied if the need arises.</w:t>
            </w:r>
          </w:p>
        </w:tc>
        <w:tc>
          <w:tcPr>
            <w:tcW w:w="11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033050" w14:textId="77777777" w:rsidR="009452F6" w:rsidRPr="009452F6" w:rsidRDefault="009452F6" w:rsidP="00247AF8">
            <w:pPr>
              <w:suppressAutoHyphens/>
              <w:autoSpaceDN w:val="0"/>
              <w:spacing w:after="0" w:line="240" w:lineRule="auto"/>
              <w:textAlignment w:val="baseline"/>
              <w:rPr>
                <w:rFonts w:asciiTheme="majorHAnsi" w:hAnsiTheme="majorHAnsi" w:cstheme="majorHAnsi"/>
                <w:sz w:val="24"/>
                <w:szCs w:val="24"/>
                <w:lang w:eastAsia="en-GB"/>
              </w:rPr>
            </w:pPr>
            <w:r w:rsidRPr="009452F6">
              <w:rPr>
                <w:rFonts w:asciiTheme="majorHAnsi" w:hAnsiTheme="majorHAnsi" w:cstheme="majorHAnsi"/>
                <w:sz w:val="24"/>
                <w:szCs w:val="24"/>
                <w:lang w:eastAsia="en-GB"/>
              </w:rPr>
              <w:t>Yes / No</w:t>
            </w:r>
          </w:p>
        </w:tc>
      </w:tr>
      <w:tr w:rsidR="009452F6" w:rsidRPr="009452F6" w14:paraId="75755156" w14:textId="77777777" w:rsidTr="009452F6">
        <w:trPr>
          <w:jc w:val="center"/>
        </w:trPr>
        <w:tc>
          <w:tcPr>
            <w:tcW w:w="8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144D9C" w14:textId="77777777" w:rsidR="009452F6" w:rsidRPr="009452F6" w:rsidRDefault="009452F6" w:rsidP="00247AF8">
            <w:pPr>
              <w:suppressAutoHyphens/>
              <w:autoSpaceDN w:val="0"/>
              <w:spacing w:after="0" w:line="240" w:lineRule="auto"/>
              <w:textAlignment w:val="baseline"/>
              <w:rPr>
                <w:rFonts w:asciiTheme="majorHAnsi" w:hAnsiTheme="majorHAnsi" w:cstheme="majorHAnsi"/>
                <w:sz w:val="24"/>
                <w:szCs w:val="24"/>
                <w:lang w:eastAsia="en-GB"/>
              </w:rPr>
            </w:pPr>
            <w:r w:rsidRPr="009452F6">
              <w:rPr>
                <w:rFonts w:asciiTheme="majorHAnsi" w:hAnsiTheme="majorHAnsi" w:cstheme="majorHAnsi"/>
                <w:sz w:val="24"/>
                <w:szCs w:val="24"/>
                <w:lang w:eastAsia="en-GB"/>
              </w:rPr>
              <w:t xml:space="preserve">I being the parent / </w:t>
            </w:r>
            <w:proofErr w:type="spellStart"/>
            <w:r w:rsidRPr="009452F6">
              <w:rPr>
                <w:rFonts w:asciiTheme="majorHAnsi" w:hAnsiTheme="majorHAnsi" w:cstheme="majorHAnsi"/>
                <w:sz w:val="24"/>
                <w:szCs w:val="24"/>
                <w:lang w:eastAsia="en-GB"/>
              </w:rPr>
              <w:t>carer</w:t>
            </w:r>
            <w:proofErr w:type="spellEnd"/>
            <w:r w:rsidRPr="009452F6">
              <w:rPr>
                <w:rFonts w:asciiTheme="majorHAnsi" w:hAnsiTheme="majorHAnsi" w:cstheme="majorHAnsi"/>
                <w:sz w:val="24"/>
                <w:szCs w:val="24"/>
                <w:lang w:eastAsia="en-GB"/>
              </w:rPr>
              <w:t xml:space="preserve"> give permission for my child to have face paint applied during fun activities. </w:t>
            </w:r>
          </w:p>
        </w:tc>
        <w:tc>
          <w:tcPr>
            <w:tcW w:w="11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238AE" w14:textId="77777777" w:rsidR="009452F6" w:rsidRPr="009452F6" w:rsidRDefault="009452F6" w:rsidP="00247AF8">
            <w:pPr>
              <w:suppressAutoHyphens/>
              <w:autoSpaceDN w:val="0"/>
              <w:spacing w:after="0" w:line="240" w:lineRule="auto"/>
              <w:textAlignment w:val="baseline"/>
              <w:rPr>
                <w:rFonts w:asciiTheme="majorHAnsi" w:hAnsiTheme="majorHAnsi" w:cstheme="majorHAnsi"/>
                <w:sz w:val="24"/>
                <w:szCs w:val="24"/>
                <w:lang w:eastAsia="en-GB"/>
              </w:rPr>
            </w:pPr>
            <w:r w:rsidRPr="009452F6">
              <w:rPr>
                <w:rFonts w:asciiTheme="majorHAnsi" w:hAnsiTheme="majorHAnsi" w:cstheme="majorHAnsi"/>
                <w:sz w:val="24"/>
                <w:szCs w:val="24"/>
                <w:lang w:eastAsia="en-GB"/>
              </w:rPr>
              <w:t>Yes / No</w:t>
            </w:r>
          </w:p>
        </w:tc>
      </w:tr>
      <w:tr w:rsidR="009452F6" w:rsidRPr="009452F6" w14:paraId="6209DDD9" w14:textId="77777777" w:rsidTr="009452F6">
        <w:trPr>
          <w:jc w:val="center"/>
        </w:trPr>
        <w:tc>
          <w:tcPr>
            <w:tcW w:w="8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BE4030" w14:textId="77777777" w:rsidR="009452F6" w:rsidRPr="009452F6" w:rsidRDefault="009452F6" w:rsidP="00247AF8">
            <w:pPr>
              <w:suppressAutoHyphens/>
              <w:autoSpaceDN w:val="0"/>
              <w:spacing w:after="0" w:line="240" w:lineRule="auto"/>
              <w:textAlignment w:val="baseline"/>
              <w:rPr>
                <w:rFonts w:asciiTheme="majorHAnsi" w:hAnsiTheme="majorHAnsi" w:cstheme="majorHAnsi"/>
                <w:sz w:val="24"/>
                <w:szCs w:val="24"/>
                <w:lang w:eastAsia="en-GB"/>
              </w:rPr>
            </w:pPr>
            <w:r w:rsidRPr="009452F6">
              <w:rPr>
                <w:rFonts w:asciiTheme="majorHAnsi" w:hAnsiTheme="majorHAnsi" w:cstheme="majorHAnsi"/>
                <w:sz w:val="24"/>
                <w:szCs w:val="24"/>
                <w:lang w:eastAsia="en-GB"/>
              </w:rPr>
              <w:t xml:space="preserve">I being the parent / </w:t>
            </w:r>
            <w:proofErr w:type="spellStart"/>
            <w:r w:rsidRPr="009452F6">
              <w:rPr>
                <w:rFonts w:asciiTheme="majorHAnsi" w:hAnsiTheme="majorHAnsi" w:cstheme="majorHAnsi"/>
                <w:sz w:val="24"/>
                <w:szCs w:val="24"/>
                <w:lang w:eastAsia="en-GB"/>
              </w:rPr>
              <w:t>carer</w:t>
            </w:r>
            <w:proofErr w:type="spellEnd"/>
            <w:r w:rsidRPr="009452F6">
              <w:rPr>
                <w:rFonts w:asciiTheme="majorHAnsi" w:hAnsiTheme="majorHAnsi" w:cstheme="majorHAnsi"/>
                <w:sz w:val="24"/>
                <w:szCs w:val="24"/>
                <w:lang w:eastAsia="en-GB"/>
              </w:rPr>
              <w:t xml:space="preserve"> give permission for my child to use the sun cream provided by Little Oaks Preschool in the event I do not have my own sun cream available. </w:t>
            </w:r>
          </w:p>
        </w:tc>
        <w:tc>
          <w:tcPr>
            <w:tcW w:w="11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B1334E" w14:textId="77777777" w:rsidR="009452F6" w:rsidRPr="009452F6" w:rsidRDefault="009452F6" w:rsidP="00247AF8">
            <w:pPr>
              <w:suppressAutoHyphens/>
              <w:autoSpaceDN w:val="0"/>
              <w:spacing w:after="0" w:line="240" w:lineRule="auto"/>
              <w:textAlignment w:val="baseline"/>
              <w:rPr>
                <w:rFonts w:asciiTheme="majorHAnsi" w:hAnsiTheme="majorHAnsi" w:cstheme="majorHAnsi"/>
                <w:sz w:val="24"/>
                <w:szCs w:val="24"/>
                <w:lang w:eastAsia="en-GB"/>
              </w:rPr>
            </w:pPr>
            <w:r w:rsidRPr="009452F6">
              <w:rPr>
                <w:rFonts w:asciiTheme="majorHAnsi" w:hAnsiTheme="majorHAnsi" w:cstheme="majorHAnsi"/>
                <w:sz w:val="24"/>
                <w:szCs w:val="24"/>
                <w:lang w:eastAsia="en-GB"/>
              </w:rPr>
              <w:t>Yes / No</w:t>
            </w:r>
          </w:p>
        </w:tc>
      </w:tr>
      <w:tr w:rsidR="009452F6" w:rsidRPr="009452F6" w14:paraId="0EAF1E96" w14:textId="77777777" w:rsidTr="009452F6">
        <w:trPr>
          <w:jc w:val="center"/>
        </w:trPr>
        <w:tc>
          <w:tcPr>
            <w:tcW w:w="8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0B59C" w14:textId="77777777" w:rsidR="009452F6" w:rsidRPr="009452F6" w:rsidRDefault="009452F6" w:rsidP="00247AF8">
            <w:pPr>
              <w:suppressAutoHyphens/>
              <w:autoSpaceDN w:val="0"/>
              <w:spacing w:after="0" w:line="240" w:lineRule="auto"/>
              <w:textAlignment w:val="baseline"/>
              <w:rPr>
                <w:rFonts w:asciiTheme="majorHAnsi" w:hAnsiTheme="majorHAnsi" w:cstheme="majorHAnsi"/>
                <w:sz w:val="24"/>
                <w:szCs w:val="24"/>
                <w:lang w:eastAsia="en-GB"/>
              </w:rPr>
            </w:pPr>
            <w:r w:rsidRPr="009452F6">
              <w:rPr>
                <w:rFonts w:asciiTheme="majorHAnsi" w:hAnsiTheme="majorHAnsi" w:cstheme="majorHAnsi"/>
                <w:sz w:val="24"/>
                <w:szCs w:val="24"/>
                <w:lang w:eastAsia="en-GB"/>
              </w:rPr>
              <w:t xml:space="preserve">I being the parent / </w:t>
            </w:r>
            <w:proofErr w:type="spellStart"/>
            <w:r w:rsidRPr="009452F6">
              <w:rPr>
                <w:rFonts w:asciiTheme="majorHAnsi" w:hAnsiTheme="majorHAnsi" w:cstheme="majorHAnsi"/>
                <w:sz w:val="24"/>
                <w:szCs w:val="24"/>
                <w:lang w:eastAsia="en-GB"/>
              </w:rPr>
              <w:t>carer</w:t>
            </w:r>
            <w:proofErr w:type="spellEnd"/>
            <w:r w:rsidRPr="009452F6">
              <w:rPr>
                <w:rFonts w:asciiTheme="majorHAnsi" w:hAnsiTheme="majorHAnsi" w:cstheme="majorHAnsi"/>
                <w:sz w:val="24"/>
                <w:szCs w:val="24"/>
                <w:lang w:eastAsia="en-GB"/>
              </w:rPr>
              <w:t xml:space="preserve"> give permission for data sharing between other settings that my child attends or has attended in the past.</w:t>
            </w:r>
          </w:p>
        </w:tc>
        <w:tc>
          <w:tcPr>
            <w:tcW w:w="11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93EB1A" w14:textId="77777777" w:rsidR="009452F6" w:rsidRPr="009452F6" w:rsidRDefault="009452F6" w:rsidP="00247AF8">
            <w:pPr>
              <w:suppressAutoHyphens/>
              <w:autoSpaceDN w:val="0"/>
              <w:spacing w:after="0" w:line="240" w:lineRule="auto"/>
              <w:textAlignment w:val="baseline"/>
              <w:rPr>
                <w:rFonts w:asciiTheme="majorHAnsi" w:hAnsiTheme="majorHAnsi" w:cstheme="majorHAnsi"/>
                <w:sz w:val="24"/>
                <w:szCs w:val="24"/>
                <w:lang w:eastAsia="en-GB"/>
              </w:rPr>
            </w:pPr>
            <w:r w:rsidRPr="009452F6">
              <w:rPr>
                <w:rFonts w:asciiTheme="majorHAnsi" w:hAnsiTheme="majorHAnsi" w:cstheme="majorHAnsi"/>
                <w:sz w:val="24"/>
                <w:szCs w:val="24"/>
                <w:lang w:eastAsia="en-GB"/>
              </w:rPr>
              <w:t>Yes / No</w:t>
            </w:r>
          </w:p>
        </w:tc>
      </w:tr>
    </w:tbl>
    <w:p w14:paraId="72A1A4A4" w14:textId="77777777" w:rsidR="009452F6" w:rsidRPr="009452F6" w:rsidRDefault="009452F6" w:rsidP="009452F6">
      <w:pPr>
        <w:spacing w:before="120" w:after="120" w:line="240" w:lineRule="auto"/>
        <w:rPr>
          <w:rFonts w:asciiTheme="majorHAnsi" w:eastAsia="Times New Roman" w:hAnsiTheme="majorHAnsi" w:cstheme="majorHAnsi"/>
          <w:b/>
          <w:sz w:val="28"/>
          <w:szCs w:val="24"/>
        </w:rPr>
      </w:pPr>
      <w:r w:rsidRPr="009452F6">
        <w:rPr>
          <w:rFonts w:asciiTheme="majorHAnsi" w:eastAsia="Times New Roman" w:hAnsiTheme="majorHAnsi" w:cstheme="majorHAnsi"/>
          <w:b/>
          <w:sz w:val="28"/>
          <w:szCs w:val="24"/>
        </w:rPr>
        <w:lastRenderedPageBreak/>
        <w:t>Names of professionals involved with child: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2"/>
        <w:gridCol w:w="4621"/>
      </w:tblGrid>
      <w:tr w:rsidR="009452F6" w:rsidRPr="009452F6" w14:paraId="264EB895" w14:textId="77777777" w:rsidTr="009452F6">
        <w:trPr>
          <w:jc w:val="center"/>
        </w:trPr>
        <w:tc>
          <w:tcPr>
            <w:tcW w:w="5222" w:type="dxa"/>
            <w:shd w:val="clear" w:color="auto" w:fill="auto"/>
          </w:tcPr>
          <w:p w14:paraId="3E36101B" w14:textId="77777777" w:rsidR="009452F6" w:rsidRPr="009452F6" w:rsidRDefault="009452F6" w:rsidP="00247AF8">
            <w:pPr>
              <w:spacing w:before="120" w:after="120" w:line="240" w:lineRule="auto"/>
              <w:rPr>
                <w:rFonts w:asciiTheme="majorHAnsi" w:eastAsia="Times New Roman" w:hAnsiTheme="majorHAnsi" w:cstheme="majorHAnsi"/>
                <w:b/>
                <w:sz w:val="24"/>
                <w:szCs w:val="24"/>
              </w:rPr>
            </w:pPr>
            <w:r w:rsidRPr="009452F6">
              <w:rPr>
                <w:rFonts w:asciiTheme="majorHAnsi" w:eastAsia="Times New Roman" w:hAnsiTheme="majorHAnsi" w:cstheme="majorHAnsi"/>
                <w:b/>
                <w:sz w:val="24"/>
                <w:szCs w:val="24"/>
              </w:rPr>
              <w:t>Name:</w:t>
            </w:r>
          </w:p>
          <w:p w14:paraId="3B149E45" w14:textId="77777777" w:rsidR="009452F6" w:rsidRPr="009452F6" w:rsidRDefault="009452F6" w:rsidP="00247AF8">
            <w:pPr>
              <w:spacing w:before="120" w:after="120" w:line="240" w:lineRule="auto"/>
              <w:rPr>
                <w:rFonts w:asciiTheme="majorHAnsi" w:eastAsia="Times New Roman" w:hAnsiTheme="majorHAnsi" w:cstheme="majorHAnsi"/>
                <w:b/>
                <w:sz w:val="24"/>
                <w:szCs w:val="24"/>
              </w:rPr>
            </w:pPr>
            <w:r w:rsidRPr="009452F6">
              <w:rPr>
                <w:rFonts w:asciiTheme="majorHAnsi" w:eastAsia="Times New Roman" w:hAnsiTheme="majorHAnsi" w:cstheme="majorHAnsi"/>
                <w:b/>
                <w:sz w:val="24"/>
                <w:szCs w:val="24"/>
              </w:rPr>
              <w:t>Agency:</w:t>
            </w:r>
          </w:p>
        </w:tc>
        <w:tc>
          <w:tcPr>
            <w:tcW w:w="4621" w:type="dxa"/>
            <w:shd w:val="clear" w:color="auto" w:fill="auto"/>
          </w:tcPr>
          <w:p w14:paraId="21089B54" w14:textId="77777777" w:rsidR="009452F6" w:rsidRPr="009452F6" w:rsidRDefault="009452F6" w:rsidP="00247AF8">
            <w:pPr>
              <w:spacing w:before="120" w:after="120" w:line="240" w:lineRule="auto"/>
              <w:rPr>
                <w:rFonts w:asciiTheme="majorHAnsi" w:eastAsia="Times New Roman" w:hAnsiTheme="majorHAnsi" w:cstheme="majorHAnsi"/>
                <w:b/>
                <w:sz w:val="24"/>
                <w:szCs w:val="24"/>
              </w:rPr>
            </w:pPr>
            <w:r w:rsidRPr="009452F6">
              <w:rPr>
                <w:rFonts w:asciiTheme="majorHAnsi" w:eastAsia="Times New Roman" w:hAnsiTheme="majorHAnsi" w:cstheme="majorHAnsi"/>
                <w:b/>
                <w:sz w:val="24"/>
                <w:szCs w:val="24"/>
              </w:rPr>
              <w:t>Role:</w:t>
            </w:r>
          </w:p>
          <w:p w14:paraId="623BAC52" w14:textId="77777777" w:rsidR="009452F6" w:rsidRPr="009452F6" w:rsidRDefault="009452F6" w:rsidP="00247AF8">
            <w:pPr>
              <w:spacing w:before="120" w:after="120" w:line="240" w:lineRule="auto"/>
              <w:rPr>
                <w:rFonts w:asciiTheme="majorHAnsi" w:eastAsia="Times New Roman" w:hAnsiTheme="majorHAnsi" w:cstheme="majorHAnsi"/>
                <w:b/>
                <w:sz w:val="24"/>
                <w:szCs w:val="24"/>
              </w:rPr>
            </w:pPr>
            <w:r w:rsidRPr="009452F6">
              <w:rPr>
                <w:rFonts w:asciiTheme="majorHAnsi" w:eastAsia="Times New Roman" w:hAnsiTheme="majorHAnsi" w:cstheme="majorHAnsi"/>
                <w:b/>
                <w:sz w:val="24"/>
                <w:szCs w:val="24"/>
              </w:rPr>
              <w:t>Tel no:</w:t>
            </w:r>
          </w:p>
        </w:tc>
      </w:tr>
      <w:tr w:rsidR="009452F6" w:rsidRPr="009452F6" w14:paraId="1ED300E7" w14:textId="77777777" w:rsidTr="009452F6">
        <w:trPr>
          <w:jc w:val="center"/>
        </w:trPr>
        <w:tc>
          <w:tcPr>
            <w:tcW w:w="5222" w:type="dxa"/>
            <w:shd w:val="clear" w:color="auto" w:fill="auto"/>
          </w:tcPr>
          <w:p w14:paraId="350BEA18" w14:textId="77777777" w:rsidR="009452F6" w:rsidRPr="009452F6" w:rsidRDefault="009452F6" w:rsidP="00247AF8">
            <w:pPr>
              <w:spacing w:before="120" w:after="120" w:line="240" w:lineRule="auto"/>
              <w:rPr>
                <w:rFonts w:asciiTheme="majorHAnsi" w:eastAsia="Times New Roman" w:hAnsiTheme="majorHAnsi" w:cstheme="majorHAnsi"/>
                <w:b/>
                <w:sz w:val="24"/>
                <w:szCs w:val="24"/>
              </w:rPr>
            </w:pPr>
            <w:r w:rsidRPr="009452F6">
              <w:rPr>
                <w:rFonts w:asciiTheme="majorHAnsi" w:eastAsia="Times New Roman" w:hAnsiTheme="majorHAnsi" w:cstheme="majorHAnsi"/>
                <w:b/>
                <w:sz w:val="24"/>
                <w:szCs w:val="24"/>
              </w:rPr>
              <w:t>Name:</w:t>
            </w:r>
          </w:p>
          <w:p w14:paraId="25207CE0" w14:textId="77777777" w:rsidR="009452F6" w:rsidRPr="009452F6" w:rsidRDefault="009452F6" w:rsidP="00247AF8">
            <w:pPr>
              <w:spacing w:before="120" w:after="120" w:line="240" w:lineRule="auto"/>
              <w:rPr>
                <w:rFonts w:asciiTheme="majorHAnsi" w:eastAsia="Times New Roman" w:hAnsiTheme="majorHAnsi" w:cstheme="majorHAnsi"/>
                <w:b/>
                <w:sz w:val="24"/>
                <w:szCs w:val="24"/>
              </w:rPr>
            </w:pPr>
            <w:r w:rsidRPr="009452F6">
              <w:rPr>
                <w:rFonts w:asciiTheme="majorHAnsi" w:eastAsia="Times New Roman" w:hAnsiTheme="majorHAnsi" w:cstheme="majorHAnsi"/>
                <w:b/>
                <w:sz w:val="24"/>
                <w:szCs w:val="24"/>
              </w:rPr>
              <w:t>Agency:</w:t>
            </w:r>
          </w:p>
        </w:tc>
        <w:tc>
          <w:tcPr>
            <w:tcW w:w="4621" w:type="dxa"/>
            <w:shd w:val="clear" w:color="auto" w:fill="auto"/>
          </w:tcPr>
          <w:p w14:paraId="6A637543" w14:textId="77777777" w:rsidR="009452F6" w:rsidRPr="009452F6" w:rsidRDefault="009452F6" w:rsidP="00247AF8">
            <w:pPr>
              <w:spacing w:before="120" w:after="120" w:line="240" w:lineRule="auto"/>
              <w:rPr>
                <w:rFonts w:asciiTheme="majorHAnsi" w:eastAsia="Times New Roman" w:hAnsiTheme="majorHAnsi" w:cstheme="majorHAnsi"/>
                <w:b/>
                <w:sz w:val="24"/>
                <w:szCs w:val="24"/>
              </w:rPr>
            </w:pPr>
            <w:r w:rsidRPr="009452F6">
              <w:rPr>
                <w:rFonts w:asciiTheme="majorHAnsi" w:eastAsia="Times New Roman" w:hAnsiTheme="majorHAnsi" w:cstheme="majorHAnsi"/>
                <w:b/>
                <w:sz w:val="24"/>
                <w:szCs w:val="24"/>
              </w:rPr>
              <w:t>Role:</w:t>
            </w:r>
          </w:p>
          <w:p w14:paraId="04968E05" w14:textId="77777777" w:rsidR="009452F6" w:rsidRPr="009452F6" w:rsidRDefault="009452F6" w:rsidP="00247AF8">
            <w:pPr>
              <w:spacing w:before="120" w:after="120" w:line="240" w:lineRule="auto"/>
              <w:rPr>
                <w:rFonts w:asciiTheme="majorHAnsi" w:eastAsia="Times New Roman" w:hAnsiTheme="majorHAnsi" w:cstheme="majorHAnsi"/>
                <w:b/>
                <w:sz w:val="24"/>
                <w:szCs w:val="24"/>
              </w:rPr>
            </w:pPr>
            <w:r w:rsidRPr="009452F6">
              <w:rPr>
                <w:rFonts w:asciiTheme="majorHAnsi" w:eastAsia="Times New Roman" w:hAnsiTheme="majorHAnsi" w:cstheme="majorHAnsi"/>
                <w:b/>
                <w:sz w:val="24"/>
                <w:szCs w:val="24"/>
              </w:rPr>
              <w:t>Tel no:</w:t>
            </w:r>
          </w:p>
        </w:tc>
      </w:tr>
      <w:tr w:rsidR="009452F6" w:rsidRPr="009452F6" w14:paraId="10CB5DEC" w14:textId="77777777" w:rsidTr="009452F6">
        <w:trPr>
          <w:jc w:val="center"/>
        </w:trPr>
        <w:tc>
          <w:tcPr>
            <w:tcW w:w="5222" w:type="dxa"/>
            <w:shd w:val="clear" w:color="auto" w:fill="auto"/>
          </w:tcPr>
          <w:p w14:paraId="1FD66268" w14:textId="77777777" w:rsidR="009452F6" w:rsidRPr="009452F6" w:rsidRDefault="009452F6" w:rsidP="00247AF8">
            <w:pPr>
              <w:spacing w:before="120" w:after="120" w:line="240" w:lineRule="auto"/>
              <w:rPr>
                <w:rFonts w:asciiTheme="majorHAnsi" w:eastAsia="Times New Roman" w:hAnsiTheme="majorHAnsi" w:cstheme="majorHAnsi"/>
                <w:b/>
                <w:sz w:val="24"/>
                <w:szCs w:val="24"/>
              </w:rPr>
            </w:pPr>
            <w:r w:rsidRPr="009452F6">
              <w:rPr>
                <w:rFonts w:asciiTheme="majorHAnsi" w:eastAsia="Times New Roman" w:hAnsiTheme="majorHAnsi" w:cstheme="majorHAnsi"/>
                <w:b/>
                <w:sz w:val="24"/>
                <w:szCs w:val="24"/>
              </w:rPr>
              <w:t>Name:</w:t>
            </w:r>
          </w:p>
          <w:p w14:paraId="7E89E401" w14:textId="77777777" w:rsidR="009452F6" w:rsidRPr="009452F6" w:rsidRDefault="009452F6" w:rsidP="00247AF8">
            <w:pPr>
              <w:spacing w:before="120" w:after="120" w:line="240" w:lineRule="auto"/>
              <w:rPr>
                <w:rFonts w:asciiTheme="majorHAnsi" w:eastAsia="Times New Roman" w:hAnsiTheme="majorHAnsi" w:cstheme="majorHAnsi"/>
                <w:b/>
                <w:sz w:val="24"/>
                <w:szCs w:val="24"/>
              </w:rPr>
            </w:pPr>
            <w:r w:rsidRPr="009452F6">
              <w:rPr>
                <w:rFonts w:asciiTheme="majorHAnsi" w:eastAsia="Times New Roman" w:hAnsiTheme="majorHAnsi" w:cstheme="majorHAnsi"/>
                <w:b/>
                <w:sz w:val="24"/>
                <w:szCs w:val="24"/>
              </w:rPr>
              <w:t>Agency:</w:t>
            </w:r>
          </w:p>
        </w:tc>
        <w:tc>
          <w:tcPr>
            <w:tcW w:w="4621" w:type="dxa"/>
            <w:shd w:val="clear" w:color="auto" w:fill="auto"/>
          </w:tcPr>
          <w:p w14:paraId="0AFCEB5C" w14:textId="77777777" w:rsidR="009452F6" w:rsidRPr="009452F6" w:rsidRDefault="009452F6" w:rsidP="00247AF8">
            <w:pPr>
              <w:spacing w:before="120" w:after="120" w:line="240" w:lineRule="auto"/>
              <w:rPr>
                <w:rFonts w:asciiTheme="majorHAnsi" w:eastAsia="Times New Roman" w:hAnsiTheme="majorHAnsi" w:cstheme="majorHAnsi"/>
                <w:b/>
                <w:sz w:val="24"/>
                <w:szCs w:val="24"/>
              </w:rPr>
            </w:pPr>
            <w:r w:rsidRPr="009452F6">
              <w:rPr>
                <w:rFonts w:asciiTheme="majorHAnsi" w:eastAsia="Times New Roman" w:hAnsiTheme="majorHAnsi" w:cstheme="majorHAnsi"/>
                <w:b/>
                <w:sz w:val="24"/>
                <w:szCs w:val="24"/>
              </w:rPr>
              <w:t>Role:</w:t>
            </w:r>
          </w:p>
          <w:p w14:paraId="23DDD89A" w14:textId="77777777" w:rsidR="009452F6" w:rsidRPr="009452F6" w:rsidRDefault="009452F6" w:rsidP="00247AF8">
            <w:pPr>
              <w:spacing w:before="120" w:after="120" w:line="240" w:lineRule="auto"/>
              <w:rPr>
                <w:rFonts w:asciiTheme="majorHAnsi" w:eastAsia="Times New Roman" w:hAnsiTheme="majorHAnsi" w:cstheme="majorHAnsi"/>
                <w:b/>
                <w:sz w:val="24"/>
                <w:szCs w:val="24"/>
              </w:rPr>
            </w:pPr>
            <w:r w:rsidRPr="009452F6">
              <w:rPr>
                <w:rFonts w:asciiTheme="majorHAnsi" w:eastAsia="Times New Roman" w:hAnsiTheme="majorHAnsi" w:cstheme="majorHAnsi"/>
                <w:b/>
                <w:sz w:val="24"/>
                <w:szCs w:val="24"/>
              </w:rPr>
              <w:t>Tel no:</w:t>
            </w:r>
          </w:p>
        </w:tc>
      </w:tr>
    </w:tbl>
    <w:p w14:paraId="64DECF45" w14:textId="77777777" w:rsidR="009452F6" w:rsidRPr="009452F6" w:rsidRDefault="009452F6" w:rsidP="009452F6">
      <w:pPr>
        <w:suppressAutoHyphens/>
        <w:autoSpaceDN w:val="0"/>
        <w:textAlignment w:val="baseline"/>
        <w:rPr>
          <w:rFonts w:asciiTheme="majorHAnsi" w:hAnsiTheme="majorHAnsi" w:cstheme="majorHAnsi"/>
          <w:sz w:val="24"/>
          <w:szCs w:val="24"/>
          <w:lang w:eastAsia="en-GB"/>
        </w:rPr>
      </w:pPr>
      <w:r w:rsidRPr="009452F6">
        <w:rPr>
          <w:rFonts w:asciiTheme="majorHAnsi" w:hAnsiTheme="majorHAnsi" w:cstheme="majorHAnsi"/>
          <w:sz w:val="24"/>
          <w:szCs w:val="24"/>
          <w:lang w:eastAsia="en-GB"/>
        </w:rPr>
        <w:br/>
        <w:t xml:space="preserve">Does your child have a health visitor? </w:t>
      </w:r>
      <w:r w:rsidRPr="009452F6">
        <w:rPr>
          <w:rFonts w:asciiTheme="majorHAnsi" w:hAnsiTheme="majorHAnsi" w:cstheme="majorHAnsi"/>
          <w:sz w:val="24"/>
          <w:szCs w:val="24"/>
          <w:lang w:eastAsia="en-GB"/>
        </w:rPr>
        <w:tab/>
      </w:r>
      <w:r w:rsidRPr="009452F6">
        <w:rPr>
          <w:rFonts w:asciiTheme="majorHAnsi" w:hAnsiTheme="majorHAnsi" w:cstheme="majorHAnsi"/>
          <w:sz w:val="24"/>
          <w:szCs w:val="24"/>
          <w:lang w:eastAsia="en-GB"/>
        </w:rPr>
        <w:tab/>
        <w:t>Yes / No</w:t>
      </w:r>
    </w:p>
    <w:p w14:paraId="52C26E2B" w14:textId="77777777" w:rsidR="009452F6" w:rsidRPr="009452F6" w:rsidRDefault="009452F6" w:rsidP="009452F6">
      <w:pPr>
        <w:suppressAutoHyphens/>
        <w:autoSpaceDN w:val="0"/>
        <w:textAlignment w:val="baseline"/>
        <w:rPr>
          <w:rFonts w:asciiTheme="majorHAnsi" w:hAnsiTheme="majorHAnsi" w:cstheme="majorHAnsi"/>
          <w:sz w:val="24"/>
          <w:szCs w:val="24"/>
          <w:lang w:eastAsia="en-GB"/>
        </w:rPr>
      </w:pPr>
      <w:r w:rsidRPr="009452F6">
        <w:rPr>
          <w:rFonts w:asciiTheme="majorHAnsi" w:hAnsiTheme="majorHAnsi" w:cstheme="majorHAnsi"/>
          <w:sz w:val="24"/>
          <w:szCs w:val="24"/>
          <w:lang w:eastAsia="en-GB"/>
        </w:rPr>
        <w:t>Name:</w:t>
      </w:r>
      <w:r w:rsidRPr="009452F6">
        <w:rPr>
          <w:rFonts w:asciiTheme="majorHAnsi" w:hAnsiTheme="majorHAnsi" w:cstheme="majorHAnsi"/>
          <w:sz w:val="24"/>
          <w:szCs w:val="24"/>
          <w:lang w:eastAsia="en-GB"/>
        </w:rPr>
        <w:tab/>
      </w:r>
      <w:r w:rsidRPr="009452F6">
        <w:rPr>
          <w:rFonts w:asciiTheme="majorHAnsi" w:hAnsiTheme="majorHAnsi" w:cstheme="majorHAnsi"/>
          <w:sz w:val="24"/>
          <w:szCs w:val="24"/>
          <w:lang w:eastAsia="en-GB"/>
        </w:rPr>
        <w:tab/>
      </w:r>
      <w:r w:rsidRPr="009452F6">
        <w:rPr>
          <w:rFonts w:asciiTheme="majorHAnsi" w:hAnsiTheme="majorHAnsi" w:cstheme="majorHAnsi"/>
          <w:sz w:val="24"/>
          <w:szCs w:val="24"/>
          <w:lang w:eastAsia="en-GB"/>
        </w:rPr>
        <w:tab/>
      </w:r>
      <w:r w:rsidRPr="009452F6">
        <w:rPr>
          <w:rFonts w:asciiTheme="majorHAnsi" w:hAnsiTheme="majorHAnsi" w:cstheme="majorHAnsi"/>
          <w:sz w:val="24"/>
          <w:szCs w:val="24"/>
          <w:lang w:eastAsia="en-GB"/>
        </w:rPr>
        <w:tab/>
      </w:r>
      <w:r w:rsidRPr="009452F6">
        <w:rPr>
          <w:rFonts w:asciiTheme="majorHAnsi" w:hAnsiTheme="majorHAnsi" w:cstheme="majorHAnsi"/>
          <w:sz w:val="24"/>
          <w:szCs w:val="24"/>
          <w:lang w:eastAsia="en-GB"/>
        </w:rPr>
        <w:tab/>
      </w:r>
      <w:r w:rsidRPr="009452F6">
        <w:rPr>
          <w:rFonts w:asciiTheme="majorHAnsi" w:hAnsiTheme="majorHAnsi" w:cstheme="majorHAnsi"/>
          <w:sz w:val="24"/>
          <w:szCs w:val="24"/>
          <w:lang w:eastAsia="en-GB"/>
        </w:rPr>
        <w:tab/>
      </w:r>
      <w:r w:rsidRPr="009452F6">
        <w:rPr>
          <w:rFonts w:asciiTheme="majorHAnsi" w:hAnsiTheme="majorHAnsi" w:cstheme="majorHAnsi"/>
          <w:sz w:val="24"/>
          <w:szCs w:val="24"/>
          <w:lang w:eastAsia="en-GB"/>
        </w:rPr>
        <w:tab/>
        <w:t>Clinic:</w:t>
      </w:r>
    </w:p>
    <w:p w14:paraId="08095B3D" w14:textId="77777777" w:rsidR="009452F6" w:rsidRPr="009452F6" w:rsidRDefault="009452F6" w:rsidP="009452F6">
      <w:pPr>
        <w:suppressAutoHyphens/>
        <w:autoSpaceDN w:val="0"/>
        <w:textAlignment w:val="baseline"/>
        <w:rPr>
          <w:rFonts w:asciiTheme="majorHAnsi" w:hAnsiTheme="majorHAnsi" w:cstheme="majorHAnsi"/>
          <w:sz w:val="24"/>
          <w:szCs w:val="24"/>
          <w:lang w:eastAsia="en-GB"/>
        </w:rPr>
      </w:pPr>
      <w:r w:rsidRPr="009452F6">
        <w:rPr>
          <w:rFonts w:asciiTheme="majorHAnsi" w:hAnsiTheme="majorHAnsi" w:cstheme="majorHAnsi"/>
          <w:sz w:val="24"/>
          <w:szCs w:val="24"/>
          <w:lang w:eastAsia="en-GB"/>
        </w:rPr>
        <w:t>Does your family have a social care worker?</w:t>
      </w:r>
      <w:r w:rsidRPr="009452F6">
        <w:rPr>
          <w:rFonts w:asciiTheme="majorHAnsi" w:hAnsiTheme="majorHAnsi" w:cstheme="majorHAnsi"/>
          <w:sz w:val="24"/>
          <w:szCs w:val="24"/>
          <w:lang w:eastAsia="en-GB"/>
        </w:rPr>
        <w:tab/>
      </w:r>
      <w:r w:rsidRPr="009452F6">
        <w:rPr>
          <w:rFonts w:asciiTheme="majorHAnsi" w:hAnsiTheme="majorHAnsi" w:cstheme="majorHAnsi"/>
          <w:sz w:val="24"/>
          <w:szCs w:val="24"/>
          <w:lang w:eastAsia="en-GB"/>
        </w:rPr>
        <w:tab/>
        <w:t>Yes / No</w:t>
      </w:r>
    </w:p>
    <w:p w14:paraId="69FDF10C" w14:textId="77777777" w:rsidR="009452F6" w:rsidRPr="009452F6" w:rsidRDefault="009452F6" w:rsidP="009452F6">
      <w:pPr>
        <w:suppressAutoHyphens/>
        <w:autoSpaceDN w:val="0"/>
        <w:textAlignment w:val="baseline"/>
        <w:rPr>
          <w:rFonts w:asciiTheme="majorHAnsi" w:hAnsiTheme="majorHAnsi" w:cstheme="majorHAnsi"/>
          <w:sz w:val="24"/>
          <w:szCs w:val="24"/>
          <w:lang w:eastAsia="en-GB"/>
        </w:rPr>
      </w:pPr>
      <w:r w:rsidRPr="009452F6">
        <w:rPr>
          <w:rFonts w:asciiTheme="majorHAnsi" w:hAnsiTheme="majorHAnsi" w:cstheme="majorHAnsi"/>
          <w:sz w:val="24"/>
          <w:szCs w:val="24"/>
          <w:lang w:eastAsia="en-GB"/>
        </w:rPr>
        <w:t>Name:</w:t>
      </w:r>
      <w:r w:rsidRPr="009452F6">
        <w:rPr>
          <w:rFonts w:asciiTheme="majorHAnsi" w:hAnsiTheme="majorHAnsi" w:cstheme="majorHAnsi"/>
          <w:sz w:val="24"/>
          <w:szCs w:val="24"/>
          <w:lang w:eastAsia="en-GB"/>
        </w:rPr>
        <w:tab/>
      </w:r>
      <w:r w:rsidRPr="009452F6">
        <w:rPr>
          <w:rFonts w:asciiTheme="majorHAnsi" w:hAnsiTheme="majorHAnsi" w:cstheme="majorHAnsi"/>
          <w:sz w:val="24"/>
          <w:szCs w:val="24"/>
          <w:lang w:eastAsia="en-GB"/>
        </w:rPr>
        <w:tab/>
      </w:r>
      <w:r w:rsidRPr="009452F6">
        <w:rPr>
          <w:rFonts w:asciiTheme="majorHAnsi" w:hAnsiTheme="majorHAnsi" w:cstheme="majorHAnsi"/>
          <w:sz w:val="24"/>
          <w:szCs w:val="24"/>
          <w:lang w:eastAsia="en-GB"/>
        </w:rPr>
        <w:tab/>
      </w:r>
      <w:r w:rsidRPr="009452F6">
        <w:rPr>
          <w:rFonts w:asciiTheme="majorHAnsi" w:hAnsiTheme="majorHAnsi" w:cstheme="majorHAnsi"/>
          <w:sz w:val="24"/>
          <w:szCs w:val="24"/>
          <w:lang w:eastAsia="en-GB"/>
        </w:rPr>
        <w:tab/>
      </w:r>
      <w:r w:rsidRPr="009452F6">
        <w:rPr>
          <w:rFonts w:asciiTheme="majorHAnsi" w:hAnsiTheme="majorHAnsi" w:cstheme="majorHAnsi"/>
          <w:sz w:val="24"/>
          <w:szCs w:val="24"/>
          <w:lang w:eastAsia="en-GB"/>
        </w:rPr>
        <w:tab/>
      </w:r>
      <w:r w:rsidRPr="009452F6">
        <w:rPr>
          <w:rFonts w:asciiTheme="majorHAnsi" w:hAnsiTheme="majorHAnsi" w:cstheme="majorHAnsi"/>
          <w:sz w:val="24"/>
          <w:szCs w:val="24"/>
          <w:lang w:eastAsia="en-GB"/>
        </w:rPr>
        <w:tab/>
      </w:r>
      <w:r w:rsidRPr="009452F6">
        <w:rPr>
          <w:rFonts w:asciiTheme="majorHAnsi" w:hAnsiTheme="majorHAnsi" w:cstheme="majorHAnsi"/>
          <w:sz w:val="24"/>
          <w:szCs w:val="24"/>
          <w:lang w:eastAsia="en-GB"/>
        </w:rPr>
        <w:tab/>
        <w:t>Based at:</w:t>
      </w:r>
    </w:p>
    <w:p w14:paraId="5BF653A2" w14:textId="0D550C38" w:rsidR="009452F6" w:rsidRPr="009452F6" w:rsidRDefault="009452F6" w:rsidP="00C334EF">
      <w:pPr>
        <w:suppressAutoHyphens/>
        <w:autoSpaceDN w:val="0"/>
        <w:textAlignment w:val="baseline"/>
        <w:rPr>
          <w:rFonts w:asciiTheme="majorHAnsi" w:hAnsiTheme="majorHAnsi" w:cstheme="majorHAnsi"/>
          <w:sz w:val="24"/>
          <w:szCs w:val="24"/>
        </w:rPr>
      </w:pPr>
      <w:r w:rsidRPr="009452F6">
        <w:rPr>
          <w:rFonts w:asciiTheme="majorHAnsi" w:hAnsiTheme="majorHAnsi" w:cstheme="majorHAnsi"/>
          <w:sz w:val="24"/>
          <w:szCs w:val="24"/>
          <w:lang w:eastAsia="en-GB"/>
        </w:rPr>
        <w:br/>
      </w:r>
      <w:r w:rsidRPr="009452F6">
        <w:rPr>
          <w:rFonts w:asciiTheme="majorHAnsi" w:hAnsiTheme="majorHAnsi" w:cstheme="majorHAnsi"/>
          <w:b/>
          <w:sz w:val="24"/>
          <w:szCs w:val="24"/>
        </w:rPr>
        <w:t xml:space="preserve">Data protection legislation:  </w:t>
      </w:r>
      <w:r w:rsidRPr="009452F6">
        <w:rPr>
          <w:rFonts w:asciiTheme="majorHAnsi" w:hAnsiTheme="majorHAnsi" w:cstheme="majorHAnsi"/>
          <w:sz w:val="24"/>
          <w:szCs w:val="24"/>
        </w:rPr>
        <w:t>The school is registered with the Information Commissioner for holding and processing of personal data. The school has a duty to protect this information and to keep it up to date. The school is required to share some of the data with other agencies including Warwickshire County Council and the Department for Education. Please see our Privacy Notice for full details of how we use and share personal information.</w:t>
      </w:r>
    </w:p>
    <w:p w14:paraId="4D2FF9E7" w14:textId="58BF2BFA" w:rsidR="00C334EF" w:rsidRDefault="009452F6" w:rsidP="00C334EF">
      <w:pPr>
        <w:rPr>
          <w:rFonts w:asciiTheme="majorHAnsi" w:hAnsiTheme="majorHAnsi" w:cstheme="majorHAnsi"/>
        </w:rPr>
      </w:pPr>
      <w:r w:rsidRPr="009452F6">
        <w:rPr>
          <w:rFonts w:asciiTheme="majorHAnsi" w:hAnsiTheme="majorHAnsi" w:cstheme="majorHAnsi"/>
          <w:sz w:val="24"/>
          <w:szCs w:val="24"/>
        </w:rPr>
        <w:t>Please note that you have the right to withdraw or amend your consent for the sharing of personal information at any time, although we will need to have certain personal information to fulfil our legal duties. You can notify us of a withdrawal of or any changes to your consent in writing by contacting littleoakspreschool@welearn365.com.</w:t>
      </w:r>
      <w:r w:rsidR="00C334EF" w:rsidRPr="00C334EF">
        <w:rPr>
          <w:rFonts w:asciiTheme="majorHAnsi" w:hAnsiTheme="majorHAnsi" w:cstheme="majorHAnsi"/>
          <w:color w:val="000000"/>
          <w:shd w:val="clear" w:color="auto" w:fill="FFFFFF"/>
        </w:rPr>
        <w:t xml:space="preserve"> </w:t>
      </w:r>
      <w:r w:rsidR="00C334EF" w:rsidRPr="00BE2B6D">
        <w:rPr>
          <w:rFonts w:asciiTheme="majorHAnsi" w:hAnsiTheme="majorHAnsi" w:cstheme="majorHAnsi"/>
          <w:color w:val="000000"/>
          <w:shd w:val="clear" w:color="auto" w:fill="FFFFFF"/>
        </w:rPr>
        <w:t>Please</w:t>
      </w:r>
      <w:r w:rsidR="00C334EF" w:rsidRPr="00BE2B6D">
        <w:rPr>
          <w:rFonts w:asciiTheme="majorHAnsi" w:hAnsiTheme="majorHAnsi" w:cstheme="majorHAnsi"/>
        </w:rPr>
        <w:t xml:space="preserve"> indicate below the preschool sessions you would like to request for your child. Sessions apply to all ages.</w:t>
      </w:r>
    </w:p>
    <w:p w14:paraId="3906FB46" w14:textId="77777777" w:rsidR="00C334EF" w:rsidRPr="00BE2B6D" w:rsidRDefault="00C334EF" w:rsidP="00C334EF">
      <w:pPr>
        <w:rPr>
          <w:rFonts w:asciiTheme="majorHAnsi" w:hAnsiTheme="majorHAnsi" w:cstheme="majorHAnsi"/>
        </w:rPr>
      </w:pPr>
    </w:p>
    <w:tbl>
      <w:tblPr>
        <w:tblStyle w:val="PlainTable1"/>
        <w:tblW w:w="0" w:type="auto"/>
        <w:jc w:val="center"/>
        <w:tblLook w:val="04A0" w:firstRow="1" w:lastRow="0" w:firstColumn="1" w:lastColumn="0" w:noHBand="0" w:noVBand="1"/>
      </w:tblPr>
      <w:tblGrid>
        <w:gridCol w:w="1874"/>
        <w:gridCol w:w="1716"/>
        <w:gridCol w:w="1716"/>
        <w:gridCol w:w="1716"/>
        <w:gridCol w:w="1717"/>
        <w:gridCol w:w="1717"/>
      </w:tblGrid>
      <w:tr w:rsidR="00C334EF" w14:paraId="6BB0EFE3" w14:textId="77777777" w:rsidTr="00247AF8">
        <w:trPr>
          <w:cnfStyle w:val="100000000000" w:firstRow="1" w:lastRow="0" w:firstColumn="0" w:lastColumn="0" w:oddVBand="0" w:evenVBand="0" w:oddHBand="0" w:evenHBand="0" w:firstRowFirstColumn="0" w:firstRowLastColumn="0" w:lastRowFirstColumn="0" w:lastRowLastColumn="0"/>
          <w:trHeight w:val="468"/>
          <w:jc w:val="center"/>
        </w:trPr>
        <w:tc>
          <w:tcPr>
            <w:cnfStyle w:val="001000000000" w:firstRow="0" w:lastRow="0" w:firstColumn="1" w:lastColumn="0" w:oddVBand="0" w:evenVBand="0" w:oddHBand="0" w:evenHBand="0" w:firstRowFirstColumn="0" w:firstRowLastColumn="0" w:lastRowFirstColumn="0" w:lastRowLastColumn="0"/>
            <w:tcW w:w="5306" w:type="dxa"/>
            <w:gridSpan w:val="3"/>
            <w:vAlign w:val="center"/>
          </w:tcPr>
          <w:p w14:paraId="4492DFF2" w14:textId="77777777" w:rsidR="00C334EF" w:rsidRPr="00BE2B6D" w:rsidRDefault="00C334EF" w:rsidP="00247AF8">
            <w:pPr>
              <w:rPr>
                <w:rFonts w:asciiTheme="majorHAnsi" w:hAnsiTheme="majorHAnsi" w:cstheme="majorHAnsi"/>
                <w:i/>
              </w:rPr>
            </w:pPr>
            <w:r w:rsidRPr="00BE2B6D">
              <w:rPr>
                <w:rFonts w:asciiTheme="majorHAnsi" w:hAnsiTheme="majorHAnsi" w:cstheme="majorHAnsi"/>
                <w:color w:val="404040" w:themeColor="text1" w:themeTint="BF"/>
                <w:sz w:val="28"/>
              </w:rPr>
              <w:t xml:space="preserve">Child’s name:                                                             </w:t>
            </w:r>
          </w:p>
        </w:tc>
        <w:tc>
          <w:tcPr>
            <w:tcW w:w="5150" w:type="dxa"/>
            <w:gridSpan w:val="3"/>
            <w:vAlign w:val="center"/>
          </w:tcPr>
          <w:p w14:paraId="51A61643" w14:textId="77777777" w:rsidR="00C334EF" w:rsidRPr="00BE2B6D" w:rsidRDefault="00C334EF" w:rsidP="00247AF8">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i/>
              </w:rPr>
            </w:pPr>
            <w:r w:rsidRPr="00BE2B6D">
              <w:rPr>
                <w:rFonts w:asciiTheme="majorHAnsi" w:hAnsiTheme="majorHAnsi" w:cstheme="majorHAnsi"/>
                <w:color w:val="404040" w:themeColor="text1" w:themeTint="BF"/>
                <w:sz w:val="28"/>
              </w:rPr>
              <w:t>Date of birth:</w:t>
            </w:r>
          </w:p>
        </w:tc>
      </w:tr>
      <w:tr w:rsidR="00C334EF" w14:paraId="34C6F496" w14:textId="77777777" w:rsidTr="00247AF8">
        <w:trPr>
          <w:cnfStyle w:val="000000100000" w:firstRow="0" w:lastRow="0" w:firstColumn="0" w:lastColumn="0" w:oddVBand="0" w:evenVBand="0" w:oddHBand="1" w:evenHBand="0" w:firstRowFirstColumn="0" w:firstRowLastColumn="0" w:lastRowFirstColumn="0" w:lastRowLastColumn="0"/>
          <w:trHeight w:val="468"/>
          <w:jc w:val="center"/>
        </w:trPr>
        <w:tc>
          <w:tcPr>
            <w:cnfStyle w:val="001000000000" w:firstRow="0" w:lastRow="0" w:firstColumn="1" w:lastColumn="0" w:oddVBand="0" w:evenVBand="0" w:oddHBand="0" w:evenHBand="0" w:firstRowFirstColumn="0" w:firstRowLastColumn="0" w:lastRowFirstColumn="0" w:lastRowLastColumn="0"/>
            <w:tcW w:w="1874" w:type="dxa"/>
            <w:vAlign w:val="center"/>
          </w:tcPr>
          <w:p w14:paraId="7DEFD8B6" w14:textId="77777777" w:rsidR="00C334EF" w:rsidRPr="00BE2B6D" w:rsidRDefault="00C334EF" w:rsidP="00247AF8">
            <w:pPr>
              <w:spacing w:line="276" w:lineRule="auto"/>
              <w:rPr>
                <w:rFonts w:asciiTheme="majorHAnsi" w:hAnsiTheme="majorHAnsi" w:cstheme="majorHAnsi"/>
                <w:i/>
              </w:rPr>
            </w:pPr>
          </w:p>
        </w:tc>
        <w:tc>
          <w:tcPr>
            <w:tcW w:w="1716" w:type="dxa"/>
            <w:vAlign w:val="center"/>
          </w:tcPr>
          <w:p w14:paraId="7559CB0E" w14:textId="77777777" w:rsidR="00C334EF" w:rsidRPr="004F14EE" w:rsidRDefault="00C334EF" w:rsidP="00247AF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i/>
              </w:rPr>
            </w:pPr>
            <w:r w:rsidRPr="004F14EE">
              <w:rPr>
                <w:rFonts w:asciiTheme="majorHAnsi" w:hAnsiTheme="majorHAnsi" w:cstheme="majorHAnsi"/>
                <w:b/>
                <w:i/>
              </w:rPr>
              <w:t>Monday</w:t>
            </w:r>
          </w:p>
        </w:tc>
        <w:tc>
          <w:tcPr>
            <w:tcW w:w="1716" w:type="dxa"/>
            <w:vAlign w:val="center"/>
          </w:tcPr>
          <w:p w14:paraId="10CFCB8E" w14:textId="77777777" w:rsidR="00C334EF" w:rsidRPr="004F14EE" w:rsidRDefault="00C334EF" w:rsidP="00247AF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i/>
              </w:rPr>
            </w:pPr>
            <w:r w:rsidRPr="004F14EE">
              <w:rPr>
                <w:rFonts w:asciiTheme="majorHAnsi" w:hAnsiTheme="majorHAnsi" w:cstheme="majorHAnsi"/>
                <w:b/>
                <w:i/>
              </w:rPr>
              <w:t>Tuesday</w:t>
            </w:r>
          </w:p>
        </w:tc>
        <w:tc>
          <w:tcPr>
            <w:tcW w:w="1716" w:type="dxa"/>
            <w:vAlign w:val="center"/>
          </w:tcPr>
          <w:p w14:paraId="0EC0B69E" w14:textId="77777777" w:rsidR="00C334EF" w:rsidRPr="004F14EE" w:rsidRDefault="00C334EF" w:rsidP="00247AF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i/>
              </w:rPr>
            </w:pPr>
            <w:r w:rsidRPr="004F14EE">
              <w:rPr>
                <w:rFonts w:asciiTheme="majorHAnsi" w:hAnsiTheme="majorHAnsi" w:cstheme="majorHAnsi"/>
                <w:b/>
                <w:i/>
              </w:rPr>
              <w:t>Wednesday</w:t>
            </w:r>
          </w:p>
        </w:tc>
        <w:tc>
          <w:tcPr>
            <w:tcW w:w="1717" w:type="dxa"/>
            <w:vAlign w:val="center"/>
          </w:tcPr>
          <w:p w14:paraId="122A8F70" w14:textId="77777777" w:rsidR="00C334EF" w:rsidRPr="004F14EE" w:rsidRDefault="00C334EF" w:rsidP="00247AF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i/>
              </w:rPr>
            </w:pPr>
            <w:r w:rsidRPr="004F14EE">
              <w:rPr>
                <w:rFonts w:asciiTheme="majorHAnsi" w:hAnsiTheme="majorHAnsi" w:cstheme="majorHAnsi"/>
                <w:b/>
                <w:i/>
              </w:rPr>
              <w:t>Thursday</w:t>
            </w:r>
          </w:p>
        </w:tc>
        <w:tc>
          <w:tcPr>
            <w:tcW w:w="1717" w:type="dxa"/>
            <w:vAlign w:val="center"/>
          </w:tcPr>
          <w:p w14:paraId="05CD6C78" w14:textId="77777777" w:rsidR="00C334EF" w:rsidRPr="004F14EE" w:rsidRDefault="00C334EF" w:rsidP="00247AF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i/>
              </w:rPr>
            </w:pPr>
            <w:r w:rsidRPr="004F14EE">
              <w:rPr>
                <w:rFonts w:asciiTheme="majorHAnsi" w:hAnsiTheme="majorHAnsi" w:cstheme="majorHAnsi"/>
                <w:b/>
                <w:i/>
              </w:rPr>
              <w:t>Friday</w:t>
            </w:r>
          </w:p>
        </w:tc>
      </w:tr>
      <w:tr w:rsidR="00C334EF" w14:paraId="3ABAB449" w14:textId="77777777" w:rsidTr="00247AF8">
        <w:trPr>
          <w:trHeight w:val="780"/>
          <w:jc w:val="center"/>
        </w:trPr>
        <w:tc>
          <w:tcPr>
            <w:cnfStyle w:val="001000000000" w:firstRow="0" w:lastRow="0" w:firstColumn="1" w:lastColumn="0" w:oddVBand="0" w:evenVBand="0" w:oddHBand="0" w:evenHBand="0" w:firstRowFirstColumn="0" w:firstRowLastColumn="0" w:lastRowFirstColumn="0" w:lastRowLastColumn="0"/>
            <w:tcW w:w="1874" w:type="dxa"/>
            <w:vAlign w:val="center"/>
          </w:tcPr>
          <w:p w14:paraId="4FA1F2C9" w14:textId="77777777" w:rsidR="00C334EF" w:rsidRPr="00A85FAF" w:rsidRDefault="00C334EF" w:rsidP="00247AF8">
            <w:pPr>
              <w:rPr>
                <w:rFonts w:asciiTheme="majorHAnsi" w:hAnsiTheme="majorHAnsi" w:cstheme="majorHAnsi"/>
                <w:b w:val="0"/>
                <w:bCs w:val="0"/>
                <w:i/>
                <w:noProof/>
                <w:sz w:val="20"/>
              </w:rPr>
            </w:pPr>
            <w:r w:rsidRPr="00BE2B6D">
              <w:rPr>
                <w:rFonts w:asciiTheme="majorHAnsi" w:hAnsiTheme="majorHAnsi" w:cstheme="majorHAnsi"/>
                <w:i/>
                <w:noProof/>
                <w:sz w:val="20"/>
              </w:rPr>
              <w:t>Breakfast club</w:t>
            </w:r>
            <w:r w:rsidRPr="00BE2B6D">
              <w:rPr>
                <w:rFonts w:asciiTheme="majorHAnsi" w:hAnsiTheme="majorHAnsi" w:cstheme="majorHAnsi"/>
                <w:i/>
                <w:noProof/>
                <w:sz w:val="20"/>
              </w:rPr>
              <w:br/>
              <w:t>7.45am - 8.30am</w:t>
            </w:r>
          </w:p>
        </w:tc>
        <w:tc>
          <w:tcPr>
            <w:tcW w:w="1716" w:type="dxa"/>
            <w:vAlign w:val="center"/>
          </w:tcPr>
          <w:p w14:paraId="12EBF020" w14:textId="77777777" w:rsidR="00C334EF" w:rsidRPr="00BE2B6D" w:rsidRDefault="00C334EF" w:rsidP="00247AF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16" w:type="dxa"/>
            <w:vAlign w:val="center"/>
          </w:tcPr>
          <w:p w14:paraId="0067ACB5" w14:textId="77777777" w:rsidR="00C334EF" w:rsidRPr="00BE2B6D" w:rsidRDefault="00C334EF" w:rsidP="00247AF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16" w:type="dxa"/>
            <w:vAlign w:val="center"/>
          </w:tcPr>
          <w:p w14:paraId="24594E42" w14:textId="77777777" w:rsidR="00C334EF" w:rsidRPr="00BE2B6D" w:rsidRDefault="00C334EF" w:rsidP="00247AF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17" w:type="dxa"/>
            <w:vAlign w:val="center"/>
          </w:tcPr>
          <w:p w14:paraId="111BFDCB" w14:textId="77777777" w:rsidR="00C334EF" w:rsidRPr="00BE2B6D" w:rsidRDefault="00C334EF" w:rsidP="00247AF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17" w:type="dxa"/>
            <w:vAlign w:val="center"/>
          </w:tcPr>
          <w:p w14:paraId="79E3FF01" w14:textId="77777777" w:rsidR="00C334EF" w:rsidRPr="00BE2B6D" w:rsidRDefault="00C334EF" w:rsidP="00247AF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C334EF" w14:paraId="4C48E8B7" w14:textId="77777777" w:rsidTr="00247AF8">
        <w:trPr>
          <w:cnfStyle w:val="000000100000" w:firstRow="0" w:lastRow="0" w:firstColumn="0" w:lastColumn="0" w:oddVBand="0" w:evenVBand="0" w:oddHBand="1" w:evenHBand="0" w:firstRowFirstColumn="0" w:firstRowLastColumn="0" w:lastRowFirstColumn="0" w:lastRowLastColumn="0"/>
          <w:trHeight w:val="719"/>
          <w:jc w:val="center"/>
        </w:trPr>
        <w:tc>
          <w:tcPr>
            <w:cnfStyle w:val="001000000000" w:firstRow="0" w:lastRow="0" w:firstColumn="1" w:lastColumn="0" w:oddVBand="0" w:evenVBand="0" w:oddHBand="0" w:evenHBand="0" w:firstRowFirstColumn="0" w:firstRowLastColumn="0" w:lastRowFirstColumn="0" w:lastRowLastColumn="0"/>
            <w:tcW w:w="1874" w:type="dxa"/>
            <w:vAlign w:val="center"/>
          </w:tcPr>
          <w:p w14:paraId="27A33627" w14:textId="77777777" w:rsidR="00C334EF" w:rsidRPr="00BE2B6D" w:rsidRDefault="00C334EF" w:rsidP="00247AF8">
            <w:pPr>
              <w:rPr>
                <w:rFonts w:asciiTheme="majorHAnsi" w:hAnsiTheme="majorHAnsi" w:cstheme="majorHAnsi"/>
                <w:b w:val="0"/>
                <w:i/>
                <w:noProof/>
                <w:sz w:val="20"/>
              </w:rPr>
            </w:pPr>
            <w:r w:rsidRPr="00BE2B6D">
              <w:rPr>
                <w:rFonts w:asciiTheme="majorHAnsi" w:hAnsiTheme="majorHAnsi" w:cstheme="majorHAnsi"/>
                <w:i/>
                <w:noProof/>
                <w:sz w:val="20"/>
              </w:rPr>
              <w:t>Morning session</w:t>
            </w:r>
          </w:p>
          <w:p w14:paraId="3B6143A5" w14:textId="77777777" w:rsidR="00C334EF" w:rsidRPr="00A85FAF" w:rsidRDefault="00C334EF" w:rsidP="00247AF8">
            <w:pPr>
              <w:rPr>
                <w:rFonts w:asciiTheme="majorHAnsi" w:hAnsiTheme="majorHAnsi" w:cstheme="majorHAnsi"/>
                <w:i/>
                <w:noProof/>
                <w:sz w:val="20"/>
              </w:rPr>
            </w:pPr>
            <w:r w:rsidRPr="00BE2B6D">
              <w:rPr>
                <w:rFonts w:asciiTheme="majorHAnsi" w:hAnsiTheme="majorHAnsi" w:cstheme="majorHAnsi"/>
                <w:i/>
                <w:noProof/>
                <w:sz w:val="20"/>
              </w:rPr>
              <w:t xml:space="preserve">8.30am - 1pm </w:t>
            </w:r>
          </w:p>
        </w:tc>
        <w:tc>
          <w:tcPr>
            <w:tcW w:w="1716" w:type="dxa"/>
            <w:vAlign w:val="center"/>
          </w:tcPr>
          <w:p w14:paraId="1D6CE3BD" w14:textId="77777777" w:rsidR="00C334EF" w:rsidRPr="00BE2B6D" w:rsidRDefault="00C334EF" w:rsidP="00247AF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16" w:type="dxa"/>
            <w:vAlign w:val="center"/>
          </w:tcPr>
          <w:p w14:paraId="7569987B" w14:textId="77777777" w:rsidR="00C334EF" w:rsidRPr="00BE2B6D" w:rsidRDefault="00C334EF" w:rsidP="00247AF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16" w:type="dxa"/>
            <w:vAlign w:val="center"/>
          </w:tcPr>
          <w:p w14:paraId="6F0BAA2E" w14:textId="77777777" w:rsidR="00C334EF" w:rsidRPr="00BE2B6D" w:rsidRDefault="00C334EF" w:rsidP="00247AF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17" w:type="dxa"/>
            <w:vAlign w:val="center"/>
          </w:tcPr>
          <w:p w14:paraId="2D8C9E86" w14:textId="77777777" w:rsidR="00C334EF" w:rsidRPr="00BE2B6D" w:rsidRDefault="00C334EF" w:rsidP="00247AF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17" w:type="dxa"/>
            <w:vAlign w:val="center"/>
          </w:tcPr>
          <w:p w14:paraId="06AA3F3E" w14:textId="77777777" w:rsidR="00C334EF" w:rsidRPr="00BE2B6D" w:rsidRDefault="00C334EF" w:rsidP="00247AF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C334EF" w14:paraId="6C18BA99" w14:textId="77777777" w:rsidTr="00247AF8">
        <w:trPr>
          <w:trHeight w:val="829"/>
          <w:jc w:val="center"/>
        </w:trPr>
        <w:tc>
          <w:tcPr>
            <w:cnfStyle w:val="001000000000" w:firstRow="0" w:lastRow="0" w:firstColumn="1" w:lastColumn="0" w:oddVBand="0" w:evenVBand="0" w:oddHBand="0" w:evenHBand="0" w:firstRowFirstColumn="0" w:firstRowLastColumn="0" w:lastRowFirstColumn="0" w:lastRowLastColumn="0"/>
            <w:tcW w:w="1874" w:type="dxa"/>
            <w:vAlign w:val="center"/>
          </w:tcPr>
          <w:p w14:paraId="2414A15A" w14:textId="77777777" w:rsidR="00C334EF" w:rsidRPr="00BE2B6D" w:rsidRDefault="00C334EF" w:rsidP="00247AF8">
            <w:pPr>
              <w:rPr>
                <w:rFonts w:asciiTheme="majorHAnsi" w:hAnsiTheme="majorHAnsi" w:cstheme="majorHAnsi"/>
                <w:b w:val="0"/>
                <w:i/>
                <w:noProof/>
                <w:sz w:val="20"/>
              </w:rPr>
            </w:pPr>
            <w:r w:rsidRPr="00BE2B6D">
              <w:rPr>
                <w:rFonts w:asciiTheme="majorHAnsi" w:hAnsiTheme="majorHAnsi" w:cstheme="majorHAnsi"/>
                <w:i/>
                <w:noProof/>
                <w:sz w:val="20"/>
              </w:rPr>
              <w:t>Whole day</w:t>
            </w:r>
          </w:p>
          <w:p w14:paraId="467ED09D" w14:textId="77777777" w:rsidR="00C334EF" w:rsidRPr="00A85FAF" w:rsidRDefault="00C334EF" w:rsidP="00247AF8">
            <w:pPr>
              <w:rPr>
                <w:rFonts w:asciiTheme="majorHAnsi" w:hAnsiTheme="majorHAnsi" w:cstheme="majorHAnsi"/>
                <w:i/>
                <w:noProof/>
                <w:sz w:val="20"/>
              </w:rPr>
            </w:pPr>
            <w:r w:rsidRPr="00BE2B6D">
              <w:rPr>
                <w:rFonts w:asciiTheme="majorHAnsi" w:hAnsiTheme="majorHAnsi" w:cstheme="majorHAnsi"/>
                <w:i/>
                <w:noProof/>
                <w:sz w:val="20"/>
              </w:rPr>
              <w:t>8.30am – 3.4</w:t>
            </w:r>
            <w:r>
              <w:rPr>
                <w:rFonts w:asciiTheme="majorHAnsi" w:hAnsiTheme="majorHAnsi" w:cstheme="majorHAnsi"/>
                <w:i/>
                <w:noProof/>
                <w:sz w:val="20"/>
              </w:rPr>
              <w:t>5</w:t>
            </w:r>
            <w:r w:rsidRPr="00BE2B6D">
              <w:rPr>
                <w:rFonts w:asciiTheme="majorHAnsi" w:hAnsiTheme="majorHAnsi" w:cstheme="majorHAnsi"/>
                <w:i/>
                <w:noProof/>
                <w:sz w:val="20"/>
              </w:rPr>
              <w:t>pm</w:t>
            </w:r>
          </w:p>
        </w:tc>
        <w:tc>
          <w:tcPr>
            <w:tcW w:w="1716" w:type="dxa"/>
            <w:vAlign w:val="center"/>
          </w:tcPr>
          <w:p w14:paraId="0A15E57D" w14:textId="77777777" w:rsidR="00C334EF" w:rsidRPr="00BE2B6D" w:rsidRDefault="00C334EF" w:rsidP="00247AF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16" w:type="dxa"/>
            <w:vAlign w:val="center"/>
          </w:tcPr>
          <w:p w14:paraId="0511A6B5" w14:textId="77777777" w:rsidR="00C334EF" w:rsidRPr="00BE2B6D" w:rsidRDefault="00C334EF" w:rsidP="00247AF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16" w:type="dxa"/>
            <w:vAlign w:val="center"/>
          </w:tcPr>
          <w:p w14:paraId="11352D5F" w14:textId="77777777" w:rsidR="00C334EF" w:rsidRPr="00BE2B6D" w:rsidRDefault="00C334EF" w:rsidP="00247AF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17" w:type="dxa"/>
            <w:vAlign w:val="center"/>
          </w:tcPr>
          <w:p w14:paraId="401A5128" w14:textId="77777777" w:rsidR="00C334EF" w:rsidRPr="00BE2B6D" w:rsidRDefault="00C334EF" w:rsidP="00247AF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17" w:type="dxa"/>
            <w:vAlign w:val="center"/>
          </w:tcPr>
          <w:p w14:paraId="4CA8357C" w14:textId="77777777" w:rsidR="00C334EF" w:rsidRPr="00BE2B6D" w:rsidRDefault="00C334EF" w:rsidP="00247AF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C334EF" w14:paraId="58E582F0" w14:textId="77777777" w:rsidTr="00247AF8">
        <w:trPr>
          <w:cnfStyle w:val="000000100000" w:firstRow="0" w:lastRow="0" w:firstColumn="0" w:lastColumn="0" w:oddVBand="0" w:evenVBand="0" w:oddHBand="1" w:evenHBand="0" w:firstRowFirstColumn="0" w:firstRowLastColumn="0" w:lastRowFirstColumn="0" w:lastRowLastColumn="0"/>
          <w:trHeight w:val="842"/>
          <w:jc w:val="center"/>
        </w:trPr>
        <w:tc>
          <w:tcPr>
            <w:cnfStyle w:val="001000000000" w:firstRow="0" w:lastRow="0" w:firstColumn="1" w:lastColumn="0" w:oddVBand="0" w:evenVBand="0" w:oddHBand="0" w:evenHBand="0" w:firstRowFirstColumn="0" w:firstRowLastColumn="0" w:lastRowFirstColumn="0" w:lastRowLastColumn="0"/>
            <w:tcW w:w="1874" w:type="dxa"/>
            <w:vAlign w:val="center"/>
          </w:tcPr>
          <w:p w14:paraId="0BBB76A6" w14:textId="77777777" w:rsidR="00C334EF" w:rsidRPr="00A85FAF" w:rsidRDefault="00C334EF" w:rsidP="00247AF8">
            <w:pPr>
              <w:rPr>
                <w:rFonts w:asciiTheme="majorHAnsi" w:hAnsiTheme="majorHAnsi" w:cstheme="majorHAnsi"/>
                <w:b w:val="0"/>
                <w:bCs w:val="0"/>
                <w:i/>
                <w:noProof/>
                <w:sz w:val="20"/>
              </w:rPr>
            </w:pPr>
            <w:r>
              <w:rPr>
                <w:rFonts w:asciiTheme="majorHAnsi" w:hAnsiTheme="majorHAnsi" w:cstheme="majorHAnsi"/>
                <w:i/>
                <w:noProof/>
                <w:sz w:val="20"/>
              </w:rPr>
              <w:t>After school</w:t>
            </w:r>
            <w:r w:rsidRPr="00BE2B6D">
              <w:rPr>
                <w:rFonts w:asciiTheme="majorHAnsi" w:hAnsiTheme="majorHAnsi" w:cstheme="majorHAnsi"/>
                <w:i/>
                <w:noProof/>
                <w:sz w:val="20"/>
              </w:rPr>
              <w:t xml:space="preserve"> club</w:t>
            </w:r>
            <w:r w:rsidRPr="00BE2B6D">
              <w:rPr>
                <w:rFonts w:asciiTheme="majorHAnsi" w:hAnsiTheme="majorHAnsi" w:cstheme="majorHAnsi"/>
                <w:i/>
                <w:noProof/>
                <w:sz w:val="20"/>
              </w:rPr>
              <w:br/>
            </w:r>
            <w:r>
              <w:rPr>
                <w:rFonts w:asciiTheme="majorHAnsi" w:hAnsiTheme="majorHAnsi" w:cstheme="majorHAnsi"/>
                <w:i/>
                <w:noProof/>
                <w:sz w:val="20"/>
              </w:rPr>
              <w:t>3.45p</w:t>
            </w:r>
            <w:r w:rsidRPr="00BE2B6D">
              <w:rPr>
                <w:rFonts w:asciiTheme="majorHAnsi" w:hAnsiTheme="majorHAnsi" w:cstheme="majorHAnsi"/>
                <w:i/>
                <w:noProof/>
                <w:sz w:val="20"/>
              </w:rPr>
              <w:t xml:space="preserve">m </w:t>
            </w:r>
            <w:r>
              <w:rPr>
                <w:rFonts w:asciiTheme="majorHAnsi" w:hAnsiTheme="majorHAnsi" w:cstheme="majorHAnsi"/>
                <w:i/>
                <w:noProof/>
                <w:sz w:val="20"/>
              </w:rPr>
              <w:t>–</w:t>
            </w:r>
            <w:r w:rsidRPr="00BE2B6D">
              <w:rPr>
                <w:rFonts w:asciiTheme="majorHAnsi" w:hAnsiTheme="majorHAnsi" w:cstheme="majorHAnsi"/>
                <w:i/>
                <w:noProof/>
                <w:sz w:val="20"/>
              </w:rPr>
              <w:t xml:space="preserve"> </w:t>
            </w:r>
            <w:r>
              <w:rPr>
                <w:rFonts w:asciiTheme="majorHAnsi" w:hAnsiTheme="majorHAnsi" w:cstheme="majorHAnsi"/>
                <w:i/>
                <w:noProof/>
                <w:sz w:val="20"/>
              </w:rPr>
              <w:t>6pm</w:t>
            </w:r>
          </w:p>
        </w:tc>
        <w:tc>
          <w:tcPr>
            <w:tcW w:w="1716" w:type="dxa"/>
            <w:vAlign w:val="center"/>
          </w:tcPr>
          <w:p w14:paraId="31C3638C" w14:textId="77777777" w:rsidR="00C334EF" w:rsidRPr="00BE2B6D" w:rsidRDefault="00C334EF" w:rsidP="00247AF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16" w:type="dxa"/>
            <w:vAlign w:val="center"/>
          </w:tcPr>
          <w:p w14:paraId="2FCEAFE7" w14:textId="77777777" w:rsidR="00C334EF" w:rsidRPr="00BE2B6D" w:rsidRDefault="00C334EF" w:rsidP="00247AF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16" w:type="dxa"/>
            <w:vAlign w:val="center"/>
          </w:tcPr>
          <w:p w14:paraId="273EF3AE" w14:textId="77777777" w:rsidR="00C334EF" w:rsidRPr="00BE2B6D" w:rsidRDefault="00C334EF" w:rsidP="00247AF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17" w:type="dxa"/>
            <w:vAlign w:val="center"/>
          </w:tcPr>
          <w:p w14:paraId="35172DFB" w14:textId="77777777" w:rsidR="00C334EF" w:rsidRPr="00BE2B6D" w:rsidRDefault="00C334EF" w:rsidP="00247AF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17" w:type="dxa"/>
            <w:vAlign w:val="center"/>
          </w:tcPr>
          <w:p w14:paraId="554BD2DE" w14:textId="77777777" w:rsidR="00C334EF" w:rsidRPr="00BE2B6D" w:rsidRDefault="00C334EF" w:rsidP="00247AF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bl>
    <w:p w14:paraId="2E460AF3" w14:textId="414286B2" w:rsidR="00DE460D" w:rsidRPr="00DE460D" w:rsidRDefault="00DE460D" w:rsidP="00C334EF">
      <w:pPr>
        <w:spacing w:after="0"/>
        <w:rPr>
          <w:rFonts w:asciiTheme="majorHAnsi" w:hAnsiTheme="majorHAnsi" w:cstheme="majorHAnsi"/>
          <w:sz w:val="40"/>
          <w:szCs w:val="40"/>
        </w:rPr>
      </w:pPr>
      <w:r w:rsidRPr="00DE460D">
        <w:rPr>
          <w:rFonts w:asciiTheme="majorHAnsi" w:hAnsiTheme="majorHAnsi" w:cstheme="majorHAnsi"/>
          <w:noProof/>
          <w:lang w:eastAsia="en-GB"/>
        </w:rPr>
        <w:lastRenderedPageBreak/>
        <w:drawing>
          <wp:anchor distT="0" distB="0" distL="114300" distR="114300" simplePos="0" relativeHeight="251654656" behindDoc="0" locked="0" layoutInCell="1" allowOverlap="1" wp14:anchorId="2FC18632" wp14:editId="598C2FE4">
            <wp:simplePos x="0" y="0"/>
            <wp:positionH relativeFrom="margin">
              <wp:align>right</wp:align>
            </wp:positionH>
            <wp:positionV relativeFrom="paragraph">
              <wp:posOffset>0</wp:posOffset>
            </wp:positionV>
            <wp:extent cx="1276350" cy="88582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l="20441" t="25122" r="63438" b="55038"/>
                    <a:stretch/>
                  </pic:blipFill>
                  <pic:spPr bwMode="auto">
                    <a:xfrm>
                      <a:off x="0" y="0"/>
                      <a:ext cx="1276350" cy="8858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01EDD80" w14:textId="77777777" w:rsidR="00DE460D" w:rsidRPr="001A3F5A" w:rsidRDefault="00DE460D" w:rsidP="001A3F5A">
      <w:pPr>
        <w:spacing w:after="60"/>
        <w:ind w:firstLine="720"/>
        <w:rPr>
          <w:rFonts w:asciiTheme="majorHAnsi" w:hAnsiTheme="majorHAnsi" w:cstheme="majorHAnsi"/>
          <w:b/>
          <w:sz w:val="36"/>
          <w:szCs w:val="32"/>
        </w:rPr>
      </w:pPr>
      <w:r w:rsidRPr="001A3F5A">
        <w:rPr>
          <w:rFonts w:asciiTheme="majorHAnsi" w:hAnsiTheme="majorHAnsi" w:cstheme="majorHAnsi"/>
          <w:b/>
          <w:sz w:val="36"/>
          <w:szCs w:val="32"/>
        </w:rPr>
        <w:t>Medical Record</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5670"/>
        <w:gridCol w:w="709"/>
        <w:gridCol w:w="850"/>
      </w:tblGrid>
      <w:tr w:rsidR="00DE460D" w:rsidRPr="00DE460D" w14:paraId="655676AD" w14:textId="77777777" w:rsidTr="00247AF8">
        <w:tc>
          <w:tcPr>
            <w:tcW w:w="3085" w:type="dxa"/>
          </w:tcPr>
          <w:p w14:paraId="1234BB38" w14:textId="0D749494" w:rsid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t>Doctors Name:</w:t>
            </w:r>
          </w:p>
          <w:p w14:paraId="4C749C66" w14:textId="77777777" w:rsidR="00C334EF" w:rsidRPr="00DE460D" w:rsidRDefault="00C334EF" w:rsidP="00C334EF">
            <w:pPr>
              <w:spacing w:after="0"/>
              <w:rPr>
                <w:rFonts w:asciiTheme="majorHAnsi" w:hAnsiTheme="majorHAnsi" w:cstheme="majorHAnsi"/>
                <w:sz w:val="24"/>
                <w:szCs w:val="24"/>
              </w:rPr>
            </w:pPr>
          </w:p>
          <w:p w14:paraId="0BFF1BE1" w14:textId="30A0DC75" w:rsid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t>Surgery Address:</w:t>
            </w:r>
          </w:p>
          <w:p w14:paraId="26364175" w14:textId="0A79EDE3" w:rsidR="00C334EF" w:rsidRDefault="00C334EF" w:rsidP="00C334EF">
            <w:pPr>
              <w:spacing w:after="0"/>
              <w:rPr>
                <w:rFonts w:asciiTheme="majorHAnsi" w:hAnsiTheme="majorHAnsi" w:cstheme="majorHAnsi"/>
                <w:sz w:val="24"/>
                <w:szCs w:val="24"/>
              </w:rPr>
            </w:pPr>
          </w:p>
          <w:p w14:paraId="02A7E2C7" w14:textId="77777777" w:rsidR="00C334EF" w:rsidRPr="00DE460D" w:rsidRDefault="00C334EF" w:rsidP="00C334EF">
            <w:pPr>
              <w:spacing w:after="0"/>
              <w:rPr>
                <w:rFonts w:asciiTheme="majorHAnsi" w:hAnsiTheme="majorHAnsi" w:cstheme="majorHAnsi"/>
                <w:sz w:val="24"/>
                <w:szCs w:val="24"/>
              </w:rPr>
            </w:pPr>
          </w:p>
          <w:p w14:paraId="54DD339F" w14:textId="77777777" w:rsidR="00DE460D" w:rsidRP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t>Telephone Number:</w:t>
            </w:r>
          </w:p>
        </w:tc>
        <w:tc>
          <w:tcPr>
            <w:tcW w:w="7229" w:type="dxa"/>
            <w:gridSpan w:val="3"/>
            <w:tcBorders>
              <w:bottom w:val="single" w:sz="4" w:space="0" w:color="auto"/>
            </w:tcBorders>
          </w:tcPr>
          <w:p w14:paraId="0DF32368" w14:textId="77777777" w:rsidR="00DE460D" w:rsidRDefault="00DE460D" w:rsidP="00C334EF">
            <w:pPr>
              <w:spacing w:after="0"/>
              <w:rPr>
                <w:rFonts w:asciiTheme="majorHAnsi" w:hAnsiTheme="majorHAnsi" w:cstheme="majorHAnsi"/>
                <w:sz w:val="24"/>
                <w:szCs w:val="24"/>
              </w:rPr>
            </w:pPr>
          </w:p>
          <w:p w14:paraId="38DC968E" w14:textId="77777777" w:rsidR="00C334EF" w:rsidRDefault="00C334EF" w:rsidP="00C334EF">
            <w:pPr>
              <w:spacing w:after="0"/>
              <w:rPr>
                <w:rFonts w:asciiTheme="majorHAnsi" w:hAnsiTheme="majorHAnsi" w:cstheme="majorHAnsi"/>
                <w:sz w:val="24"/>
                <w:szCs w:val="24"/>
              </w:rPr>
            </w:pPr>
          </w:p>
          <w:p w14:paraId="6FDA9B78" w14:textId="77777777" w:rsidR="00C334EF" w:rsidRDefault="00C334EF" w:rsidP="00C334EF">
            <w:pPr>
              <w:spacing w:after="0"/>
              <w:rPr>
                <w:rFonts w:asciiTheme="majorHAnsi" w:hAnsiTheme="majorHAnsi" w:cstheme="majorHAnsi"/>
                <w:sz w:val="24"/>
                <w:szCs w:val="24"/>
              </w:rPr>
            </w:pPr>
          </w:p>
          <w:p w14:paraId="6696E14C" w14:textId="77777777" w:rsidR="00C334EF" w:rsidRDefault="00C334EF" w:rsidP="00C334EF">
            <w:pPr>
              <w:spacing w:after="0"/>
              <w:rPr>
                <w:rFonts w:asciiTheme="majorHAnsi" w:hAnsiTheme="majorHAnsi" w:cstheme="majorHAnsi"/>
                <w:sz w:val="24"/>
                <w:szCs w:val="24"/>
              </w:rPr>
            </w:pPr>
          </w:p>
          <w:p w14:paraId="603C8985" w14:textId="77777777" w:rsidR="00C334EF" w:rsidRDefault="00C334EF" w:rsidP="00C334EF">
            <w:pPr>
              <w:spacing w:after="0"/>
              <w:rPr>
                <w:rFonts w:asciiTheme="majorHAnsi" w:hAnsiTheme="majorHAnsi" w:cstheme="majorHAnsi"/>
                <w:sz w:val="24"/>
                <w:szCs w:val="24"/>
              </w:rPr>
            </w:pPr>
          </w:p>
          <w:p w14:paraId="6F1EF913" w14:textId="77777777" w:rsidR="00C334EF" w:rsidRDefault="00C334EF" w:rsidP="00C334EF">
            <w:pPr>
              <w:spacing w:after="0"/>
              <w:rPr>
                <w:rFonts w:asciiTheme="majorHAnsi" w:hAnsiTheme="majorHAnsi" w:cstheme="majorHAnsi"/>
                <w:sz w:val="24"/>
                <w:szCs w:val="24"/>
              </w:rPr>
            </w:pPr>
          </w:p>
          <w:p w14:paraId="45122D08" w14:textId="7DB3A071" w:rsidR="00C334EF" w:rsidRPr="00DE460D" w:rsidRDefault="00C334EF" w:rsidP="00C334EF">
            <w:pPr>
              <w:spacing w:after="0"/>
              <w:rPr>
                <w:rFonts w:asciiTheme="majorHAnsi" w:hAnsiTheme="majorHAnsi" w:cstheme="majorHAnsi"/>
                <w:sz w:val="24"/>
                <w:szCs w:val="24"/>
              </w:rPr>
            </w:pPr>
          </w:p>
        </w:tc>
      </w:tr>
      <w:tr w:rsidR="00DE460D" w:rsidRPr="00DE460D" w14:paraId="782B5A05" w14:textId="77777777" w:rsidTr="00247AF8">
        <w:tc>
          <w:tcPr>
            <w:tcW w:w="8755" w:type="dxa"/>
            <w:gridSpan w:val="2"/>
            <w:tcBorders>
              <w:bottom w:val="single" w:sz="4" w:space="0" w:color="auto"/>
            </w:tcBorders>
          </w:tcPr>
          <w:p w14:paraId="4113C4D5" w14:textId="77777777" w:rsidR="00DE460D" w:rsidRPr="00DE460D" w:rsidRDefault="00DE460D" w:rsidP="00C334EF">
            <w:pPr>
              <w:spacing w:after="0"/>
              <w:rPr>
                <w:rFonts w:asciiTheme="majorHAnsi" w:hAnsiTheme="majorHAnsi" w:cstheme="majorHAnsi"/>
                <w:sz w:val="24"/>
                <w:szCs w:val="24"/>
              </w:rPr>
            </w:pPr>
          </w:p>
        </w:tc>
        <w:tc>
          <w:tcPr>
            <w:tcW w:w="709" w:type="dxa"/>
          </w:tcPr>
          <w:p w14:paraId="2E72EE21" w14:textId="77777777" w:rsidR="00DE460D" w:rsidRPr="00DE460D" w:rsidRDefault="00DE460D" w:rsidP="00C334EF">
            <w:pPr>
              <w:spacing w:after="0"/>
              <w:jc w:val="center"/>
              <w:rPr>
                <w:rFonts w:asciiTheme="majorHAnsi" w:hAnsiTheme="majorHAnsi" w:cstheme="majorHAnsi"/>
                <w:sz w:val="24"/>
                <w:szCs w:val="24"/>
              </w:rPr>
            </w:pPr>
            <w:r w:rsidRPr="00DE460D">
              <w:rPr>
                <w:rFonts w:asciiTheme="majorHAnsi" w:hAnsiTheme="majorHAnsi" w:cstheme="majorHAnsi"/>
                <w:sz w:val="24"/>
                <w:szCs w:val="24"/>
              </w:rPr>
              <w:t>Yes</w:t>
            </w:r>
          </w:p>
        </w:tc>
        <w:tc>
          <w:tcPr>
            <w:tcW w:w="850" w:type="dxa"/>
          </w:tcPr>
          <w:p w14:paraId="0A263E29" w14:textId="77777777" w:rsidR="00DE460D" w:rsidRPr="00DE460D" w:rsidRDefault="00DE460D" w:rsidP="00C334EF">
            <w:pPr>
              <w:spacing w:after="0"/>
              <w:jc w:val="center"/>
              <w:rPr>
                <w:rFonts w:asciiTheme="majorHAnsi" w:hAnsiTheme="majorHAnsi" w:cstheme="majorHAnsi"/>
                <w:sz w:val="24"/>
                <w:szCs w:val="24"/>
              </w:rPr>
            </w:pPr>
            <w:r w:rsidRPr="00DE460D">
              <w:rPr>
                <w:rFonts w:asciiTheme="majorHAnsi" w:hAnsiTheme="majorHAnsi" w:cstheme="majorHAnsi"/>
                <w:sz w:val="24"/>
                <w:szCs w:val="24"/>
              </w:rPr>
              <w:t>No</w:t>
            </w:r>
          </w:p>
        </w:tc>
      </w:tr>
      <w:tr w:rsidR="00DE460D" w:rsidRPr="00DE460D" w14:paraId="533CAE1F" w14:textId="77777777" w:rsidTr="00247AF8">
        <w:tc>
          <w:tcPr>
            <w:tcW w:w="3085" w:type="dxa"/>
            <w:vMerge w:val="restart"/>
          </w:tcPr>
          <w:p w14:paraId="32297BB0" w14:textId="77777777" w:rsidR="00DE460D" w:rsidRP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t>Has your child had any of the following:</w:t>
            </w:r>
          </w:p>
        </w:tc>
        <w:tc>
          <w:tcPr>
            <w:tcW w:w="5670" w:type="dxa"/>
          </w:tcPr>
          <w:p w14:paraId="7C7ACACD" w14:textId="77777777" w:rsidR="00DE460D" w:rsidRP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t>Asthma or Bronchitis</w:t>
            </w:r>
          </w:p>
        </w:tc>
        <w:tc>
          <w:tcPr>
            <w:tcW w:w="709" w:type="dxa"/>
          </w:tcPr>
          <w:p w14:paraId="0DC31FB3" w14:textId="77777777" w:rsidR="00DE460D" w:rsidRPr="00DE460D" w:rsidRDefault="00DE460D" w:rsidP="00C334EF">
            <w:pPr>
              <w:spacing w:after="0"/>
              <w:rPr>
                <w:rFonts w:asciiTheme="majorHAnsi" w:hAnsiTheme="majorHAnsi" w:cstheme="majorHAnsi"/>
                <w:sz w:val="24"/>
                <w:szCs w:val="24"/>
              </w:rPr>
            </w:pPr>
          </w:p>
        </w:tc>
        <w:tc>
          <w:tcPr>
            <w:tcW w:w="850" w:type="dxa"/>
          </w:tcPr>
          <w:p w14:paraId="11A3C802" w14:textId="77777777" w:rsidR="00DE460D" w:rsidRPr="00DE460D" w:rsidRDefault="00DE460D" w:rsidP="00C334EF">
            <w:pPr>
              <w:spacing w:after="0"/>
              <w:rPr>
                <w:rFonts w:asciiTheme="majorHAnsi" w:hAnsiTheme="majorHAnsi" w:cstheme="majorHAnsi"/>
                <w:sz w:val="24"/>
                <w:szCs w:val="24"/>
              </w:rPr>
            </w:pPr>
          </w:p>
        </w:tc>
      </w:tr>
      <w:tr w:rsidR="00DE460D" w:rsidRPr="00DE460D" w14:paraId="56F099D5" w14:textId="77777777" w:rsidTr="00247AF8">
        <w:tc>
          <w:tcPr>
            <w:tcW w:w="3085" w:type="dxa"/>
            <w:vMerge/>
          </w:tcPr>
          <w:p w14:paraId="59F0BA58" w14:textId="77777777" w:rsidR="00DE460D" w:rsidRPr="00DE460D" w:rsidRDefault="00DE460D" w:rsidP="00C334EF">
            <w:pPr>
              <w:spacing w:after="0"/>
              <w:rPr>
                <w:rFonts w:asciiTheme="majorHAnsi" w:hAnsiTheme="majorHAnsi" w:cstheme="majorHAnsi"/>
                <w:sz w:val="24"/>
                <w:szCs w:val="24"/>
              </w:rPr>
            </w:pPr>
          </w:p>
        </w:tc>
        <w:tc>
          <w:tcPr>
            <w:tcW w:w="5670" w:type="dxa"/>
          </w:tcPr>
          <w:p w14:paraId="0329AF12" w14:textId="77777777" w:rsidR="00DE460D" w:rsidRP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t>Inhaler</w:t>
            </w:r>
          </w:p>
        </w:tc>
        <w:tc>
          <w:tcPr>
            <w:tcW w:w="709" w:type="dxa"/>
          </w:tcPr>
          <w:p w14:paraId="712DE4A2" w14:textId="77777777" w:rsidR="00DE460D" w:rsidRPr="00DE460D" w:rsidRDefault="00DE460D" w:rsidP="00C334EF">
            <w:pPr>
              <w:spacing w:after="0"/>
              <w:rPr>
                <w:rFonts w:asciiTheme="majorHAnsi" w:hAnsiTheme="majorHAnsi" w:cstheme="majorHAnsi"/>
                <w:sz w:val="24"/>
                <w:szCs w:val="24"/>
              </w:rPr>
            </w:pPr>
          </w:p>
        </w:tc>
        <w:tc>
          <w:tcPr>
            <w:tcW w:w="850" w:type="dxa"/>
          </w:tcPr>
          <w:p w14:paraId="08A9034F" w14:textId="77777777" w:rsidR="00DE460D" w:rsidRPr="00DE460D" w:rsidRDefault="00DE460D" w:rsidP="00C334EF">
            <w:pPr>
              <w:spacing w:after="0"/>
              <w:rPr>
                <w:rFonts w:asciiTheme="majorHAnsi" w:hAnsiTheme="majorHAnsi" w:cstheme="majorHAnsi"/>
                <w:sz w:val="24"/>
                <w:szCs w:val="24"/>
              </w:rPr>
            </w:pPr>
          </w:p>
        </w:tc>
      </w:tr>
      <w:tr w:rsidR="00DE460D" w:rsidRPr="00DE460D" w14:paraId="52EE9AD5" w14:textId="77777777" w:rsidTr="00247AF8">
        <w:tc>
          <w:tcPr>
            <w:tcW w:w="3085" w:type="dxa"/>
            <w:vMerge/>
          </w:tcPr>
          <w:p w14:paraId="674A59B1" w14:textId="77777777" w:rsidR="00DE460D" w:rsidRPr="00DE460D" w:rsidRDefault="00DE460D" w:rsidP="00C334EF">
            <w:pPr>
              <w:spacing w:after="0"/>
              <w:rPr>
                <w:rFonts w:asciiTheme="majorHAnsi" w:hAnsiTheme="majorHAnsi" w:cstheme="majorHAnsi"/>
                <w:sz w:val="24"/>
                <w:szCs w:val="24"/>
              </w:rPr>
            </w:pPr>
          </w:p>
        </w:tc>
        <w:tc>
          <w:tcPr>
            <w:tcW w:w="5670" w:type="dxa"/>
          </w:tcPr>
          <w:p w14:paraId="2A5FC8EC" w14:textId="77777777" w:rsidR="00DE460D" w:rsidRP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t>Heart Condition</w:t>
            </w:r>
          </w:p>
        </w:tc>
        <w:tc>
          <w:tcPr>
            <w:tcW w:w="709" w:type="dxa"/>
          </w:tcPr>
          <w:p w14:paraId="37ABD59C" w14:textId="77777777" w:rsidR="00DE460D" w:rsidRPr="00DE460D" w:rsidRDefault="00DE460D" w:rsidP="00C334EF">
            <w:pPr>
              <w:spacing w:after="0"/>
              <w:rPr>
                <w:rFonts w:asciiTheme="majorHAnsi" w:hAnsiTheme="majorHAnsi" w:cstheme="majorHAnsi"/>
                <w:sz w:val="24"/>
                <w:szCs w:val="24"/>
              </w:rPr>
            </w:pPr>
          </w:p>
        </w:tc>
        <w:tc>
          <w:tcPr>
            <w:tcW w:w="850" w:type="dxa"/>
          </w:tcPr>
          <w:p w14:paraId="562E8D46" w14:textId="77777777" w:rsidR="00DE460D" w:rsidRPr="00DE460D" w:rsidRDefault="00DE460D" w:rsidP="00C334EF">
            <w:pPr>
              <w:spacing w:after="0"/>
              <w:rPr>
                <w:rFonts w:asciiTheme="majorHAnsi" w:hAnsiTheme="majorHAnsi" w:cstheme="majorHAnsi"/>
                <w:sz w:val="24"/>
                <w:szCs w:val="24"/>
              </w:rPr>
            </w:pPr>
          </w:p>
        </w:tc>
      </w:tr>
      <w:tr w:rsidR="00DE460D" w:rsidRPr="00DE460D" w14:paraId="4A630AB1" w14:textId="77777777" w:rsidTr="00247AF8">
        <w:tc>
          <w:tcPr>
            <w:tcW w:w="3085" w:type="dxa"/>
            <w:vMerge/>
          </w:tcPr>
          <w:p w14:paraId="26B6C681" w14:textId="77777777" w:rsidR="00DE460D" w:rsidRPr="00DE460D" w:rsidRDefault="00DE460D" w:rsidP="00C334EF">
            <w:pPr>
              <w:spacing w:after="0"/>
              <w:rPr>
                <w:rFonts w:asciiTheme="majorHAnsi" w:hAnsiTheme="majorHAnsi" w:cstheme="majorHAnsi"/>
                <w:sz w:val="24"/>
                <w:szCs w:val="24"/>
              </w:rPr>
            </w:pPr>
          </w:p>
        </w:tc>
        <w:tc>
          <w:tcPr>
            <w:tcW w:w="5670" w:type="dxa"/>
          </w:tcPr>
          <w:p w14:paraId="4CEA16A2" w14:textId="77777777" w:rsidR="00DE460D" w:rsidRP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t>Fits, fainting or blackouts</w:t>
            </w:r>
          </w:p>
        </w:tc>
        <w:tc>
          <w:tcPr>
            <w:tcW w:w="709" w:type="dxa"/>
          </w:tcPr>
          <w:p w14:paraId="4B73218A" w14:textId="77777777" w:rsidR="00DE460D" w:rsidRPr="00DE460D" w:rsidRDefault="00DE460D" w:rsidP="00C334EF">
            <w:pPr>
              <w:spacing w:after="0"/>
              <w:rPr>
                <w:rFonts w:asciiTheme="majorHAnsi" w:hAnsiTheme="majorHAnsi" w:cstheme="majorHAnsi"/>
                <w:sz w:val="24"/>
                <w:szCs w:val="24"/>
              </w:rPr>
            </w:pPr>
          </w:p>
        </w:tc>
        <w:tc>
          <w:tcPr>
            <w:tcW w:w="850" w:type="dxa"/>
          </w:tcPr>
          <w:p w14:paraId="1ADA7910" w14:textId="77777777" w:rsidR="00DE460D" w:rsidRPr="00DE460D" w:rsidRDefault="00DE460D" w:rsidP="00C334EF">
            <w:pPr>
              <w:spacing w:after="0"/>
              <w:rPr>
                <w:rFonts w:asciiTheme="majorHAnsi" w:hAnsiTheme="majorHAnsi" w:cstheme="majorHAnsi"/>
                <w:sz w:val="24"/>
                <w:szCs w:val="24"/>
              </w:rPr>
            </w:pPr>
          </w:p>
        </w:tc>
      </w:tr>
      <w:tr w:rsidR="00DE460D" w:rsidRPr="00DE460D" w14:paraId="66ADFC00" w14:textId="77777777" w:rsidTr="00247AF8">
        <w:tc>
          <w:tcPr>
            <w:tcW w:w="3085" w:type="dxa"/>
            <w:vMerge/>
          </w:tcPr>
          <w:p w14:paraId="549E04C3" w14:textId="77777777" w:rsidR="00DE460D" w:rsidRPr="00DE460D" w:rsidRDefault="00DE460D" w:rsidP="00C334EF">
            <w:pPr>
              <w:spacing w:after="0"/>
              <w:rPr>
                <w:rFonts w:asciiTheme="majorHAnsi" w:hAnsiTheme="majorHAnsi" w:cstheme="majorHAnsi"/>
                <w:sz w:val="24"/>
                <w:szCs w:val="24"/>
              </w:rPr>
            </w:pPr>
          </w:p>
        </w:tc>
        <w:tc>
          <w:tcPr>
            <w:tcW w:w="5670" w:type="dxa"/>
          </w:tcPr>
          <w:p w14:paraId="4D298C39" w14:textId="77777777" w:rsidR="00DE460D" w:rsidRP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t>Severe headaches</w:t>
            </w:r>
          </w:p>
        </w:tc>
        <w:tc>
          <w:tcPr>
            <w:tcW w:w="709" w:type="dxa"/>
          </w:tcPr>
          <w:p w14:paraId="4DF54950" w14:textId="77777777" w:rsidR="00DE460D" w:rsidRPr="00DE460D" w:rsidRDefault="00DE460D" w:rsidP="00C334EF">
            <w:pPr>
              <w:spacing w:after="0"/>
              <w:rPr>
                <w:rFonts w:asciiTheme="majorHAnsi" w:hAnsiTheme="majorHAnsi" w:cstheme="majorHAnsi"/>
                <w:sz w:val="24"/>
                <w:szCs w:val="24"/>
              </w:rPr>
            </w:pPr>
          </w:p>
        </w:tc>
        <w:tc>
          <w:tcPr>
            <w:tcW w:w="850" w:type="dxa"/>
          </w:tcPr>
          <w:p w14:paraId="560A5D66" w14:textId="77777777" w:rsidR="00DE460D" w:rsidRPr="00DE460D" w:rsidRDefault="00DE460D" w:rsidP="00C334EF">
            <w:pPr>
              <w:spacing w:after="0"/>
              <w:rPr>
                <w:rFonts w:asciiTheme="majorHAnsi" w:hAnsiTheme="majorHAnsi" w:cstheme="majorHAnsi"/>
                <w:sz w:val="24"/>
                <w:szCs w:val="24"/>
              </w:rPr>
            </w:pPr>
          </w:p>
        </w:tc>
      </w:tr>
      <w:tr w:rsidR="00DE460D" w:rsidRPr="00DE460D" w14:paraId="6E2694C3" w14:textId="77777777" w:rsidTr="00247AF8">
        <w:tc>
          <w:tcPr>
            <w:tcW w:w="3085" w:type="dxa"/>
            <w:vMerge/>
          </w:tcPr>
          <w:p w14:paraId="3BA9860F" w14:textId="77777777" w:rsidR="00DE460D" w:rsidRPr="00DE460D" w:rsidRDefault="00DE460D" w:rsidP="00C334EF">
            <w:pPr>
              <w:spacing w:after="0"/>
              <w:rPr>
                <w:rFonts w:asciiTheme="majorHAnsi" w:hAnsiTheme="majorHAnsi" w:cstheme="majorHAnsi"/>
                <w:sz w:val="24"/>
                <w:szCs w:val="24"/>
              </w:rPr>
            </w:pPr>
          </w:p>
        </w:tc>
        <w:tc>
          <w:tcPr>
            <w:tcW w:w="5670" w:type="dxa"/>
          </w:tcPr>
          <w:p w14:paraId="7188C32A" w14:textId="77777777" w:rsidR="00DE460D" w:rsidRP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t>Diabetes</w:t>
            </w:r>
          </w:p>
        </w:tc>
        <w:tc>
          <w:tcPr>
            <w:tcW w:w="709" w:type="dxa"/>
          </w:tcPr>
          <w:p w14:paraId="26B41AAB" w14:textId="77777777" w:rsidR="00DE460D" w:rsidRPr="00DE460D" w:rsidRDefault="00DE460D" w:rsidP="00C334EF">
            <w:pPr>
              <w:spacing w:after="0"/>
              <w:rPr>
                <w:rFonts w:asciiTheme="majorHAnsi" w:hAnsiTheme="majorHAnsi" w:cstheme="majorHAnsi"/>
                <w:sz w:val="24"/>
                <w:szCs w:val="24"/>
              </w:rPr>
            </w:pPr>
          </w:p>
        </w:tc>
        <w:tc>
          <w:tcPr>
            <w:tcW w:w="850" w:type="dxa"/>
          </w:tcPr>
          <w:p w14:paraId="666FE810" w14:textId="77777777" w:rsidR="00DE460D" w:rsidRPr="00DE460D" w:rsidRDefault="00DE460D" w:rsidP="00C334EF">
            <w:pPr>
              <w:spacing w:after="0"/>
              <w:rPr>
                <w:rFonts w:asciiTheme="majorHAnsi" w:hAnsiTheme="majorHAnsi" w:cstheme="majorHAnsi"/>
                <w:sz w:val="24"/>
                <w:szCs w:val="24"/>
              </w:rPr>
            </w:pPr>
          </w:p>
        </w:tc>
      </w:tr>
      <w:tr w:rsidR="00DE460D" w:rsidRPr="00DE460D" w14:paraId="3E5C3B84" w14:textId="77777777" w:rsidTr="00247AF8">
        <w:tc>
          <w:tcPr>
            <w:tcW w:w="3085" w:type="dxa"/>
            <w:vMerge/>
          </w:tcPr>
          <w:p w14:paraId="5925ECB5" w14:textId="77777777" w:rsidR="00DE460D" w:rsidRPr="00DE460D" w:rsidRDefault="00DE460D" w:rsidP="00C334EF">
            <w:pPr>
              <w:spacing w:after="0"/>
              <w:rPr>
                <w:rFonts w:asciiTheme="majorHAnsi" w:hAnsiTheme="majorHAnsi" w:cstheme="majorHAnsi"/>
                <w:sz w:val="24"/>
                <w:szCs w:val="24"/>
              </w:rPr>
            </w:pPr>
          </w:p>
        </w:tc>
        <w:tc>
          <w:tcPr>
            <w:tcW w:w="5670" w:type="dxa"/>
          </w:tcPr>
          <w:p w14:paraId="1EF6BCF0" w14:textId="77777777" w:rsidR="00DE460D" w:rsidRP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t>Allergies to any known drugs or medication</w:t>
            </w:r>
          </w:p>
        </w:tc>
        <w:tc>
          <w:tcPr>
            <w:tcW w:w="709" w:type="dxa"/>
          </w:tcPr>
          <w:p w14:paraId="7ABB0D37" w14:textId="77777777" w:rsidR="00DE460D" w:rsidRPr="00DE460D" w:rsidRDefault="00DE460D" w:rsidP="00C334EF">
            <w:pPr>
              <w:spacing w:after="0"/>
              <w:rPr>
                <w:rFonts w:asciiTheme="majorHAnsi" w:hAnsiTheme="majorHAnsi" w:cstheme="majorHAnsi"/>
                <w:sz w:val="24"/>
                <w:szCs w:val="24"/>
              </w:rPr>
            </w:pPr>
          </w:p>
        </w:tc>
        <w:tc>
          <w:tcPr>
            <w:tcW w:w="850" w:type="dxa"/>
          </w:tcPr>
          <w:p w14:paraId="74F6E280" w14:textId="77777777" w:rsidR="00DE460D" w:rsidRPr="00DE460D" w:rsidRDefault="00DE460D" w:rsidP="00C334EF">
            <w:pPr>
              <w:spacing w:after="0"/>
              <w:rPr>
                <w:rFonts w:asciiTheme="majorHAnsi" w:hAnsiTheme="majorHAnsi" w:cstheme="majorHAnsi"/>
                <w:sz w:val="24"/>
                <w:szCs w:val="24"/>
              </w:rPr>
            </w:pPr>
          </w:p>
        </w:tc>
      </w:tr>
      <w:tr w:rsidR="00DE460D" w:rsidRPr="00DE460D" w14:paraId="19671F44" w14:textId="77777777" w:rsidTr="00247AF8">
        <w:tc>
          <w:tcPr>
            <w:tcW w:w="3085" w:type="dxa"/>
            <w:vMerge/>
          </w:tcPr>
          <w:p w14:paraId="736409E5" w14:textId="77777777" w:rsidR="00DE460D" w:rsidRPr="00DE460D" w:rsidRDefault="00DE460D" w:rsidP="00C334EF">
            <w:pPr>
              <w:spacing w:after="0"/>
              <w:rPr>
                <w:rFonts w:asciiTheme="majorHAnsi" w:hAnsiTheme="majorHAnsi" w:cstheme="majorHAnsi"/>
                <w:sz w:val="24"/>
                <w:szCs w:val="24"/>
              </w:rPr>
            </w:pPr>
          </w:p>
        </w:tc>
        <w:tc>
          <w:tcPr>
            <w:tcW w:w="5670" w:type="dxa"/>
          </w:tcPr>
          <w:p w14:paraId="5FDC9950" w14:textId="77777777" w:rsidR="00DE460D" w:rsidRP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t>Any other allergies e.g. material, food, insect bites etc.</w:t>
            </w:r>
          </w:p>
        </w:tc>
        <w:tc>
          <w:tcPr>
            <w:tcW w:w="709" w:type="dxa"/>
          </w:tcPr>
          <w:p w14:paraId="2CF28D79" w14:textId="77777777" w:rsidR="00DE460D" w:rsidRPr="00DE460D" w:rsidRDefault="00DE460D" w:rsidP="00C334EF">
            <w:pPr>
              <w:spacing w:after="0"/>
              <w:rPr>
                <w:rFonts w:asciiTheme="majorHAnsi" w:hAnsiTheme="majorHAnsi" w:cstheme="majorHAnsi"/>
                <w:sz w:val="24"/>
                <w:szCs w:val="24"/>
              </w:rPr>
            </w:pPr>
          </w:p>
        </w:tc>
        <w:tc>
          <w:tcPr>
            <w:tcW w:w="850" w:type="dxa"/>
          </w:tcPr>
          <w:p w14:paraId="702A14A6" w14:textId="77777777" w:rsidR="00DE460D" w:rsidRPr="00DE460D" w:rsidRDefault="00DE460D" w:rsidP="00C334EF">
            <w:pPr>
              <w:spacing w:after="0"/>
              <w:rPr>
                <w:rFonts w:asciiTheme="majorHAnsi" w:hAnsiTheme="majorHAnsi" w:cstheme="majorHAnsi"/>
                <w:sz w:val="24"/>
                <w:szCs w:val="24"/>
              </w:rPr>
            </w:pPr>
          </w:p>
        </w:tc>
      </w:tr>
      <w:tr w:rsidR="00DE460D" w:rsidRPr="00DE460D" w14:paraId="2DAEC547" w14:textId="77777777" w:rsidTr="00247AF8">
        <w:tc>
          <w:tcPr>
            <w:tcW w:w="3085" w:type="dxa"/>
            <w:vMerge/>
          </w:tcPr>
          <w:p w14:paraId="24272A07" w14:textId="77777777" w:rsidR="00DE460D" w:rsidRPr="00DE460D" w:rsidRDefault="00DE460D" w:rsidP="00C334EF">
            <w:pPr>
              <w:spacing w:after="0"/>
              <w:rPr>
                <w:rFonts w:asciiTheme="majorHAnsi" w:hAnsiTheme="majorHAnsi" w:cstheme="majorHAnsi"/>
                <w:sz w:val="24"/>
                <w:szCs w:val="24"/>
              </w:rPr>
            </w:pPr>
          </w:p>
        </w:tc>
        <w:tc>
          <w:tcPr>
            <w:tcW w:w="5670" w:type="dxa"/>
          </w:tcPr>
          <w:p w14:paraId="0D841C79" w14:textId="77777777" w:rsidR="00DE460D" w:rsidRP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t>Any specific dietary requirements</w:t>
            </w:r>
          </w:p>
        </w:tc>
        <w:tc>
          <w:tcPr>
            <w:tcW w:w="709" w:type="dxa"/>
          </w:tcPr>
          <w:p w14:paraId="2044FDD7" w14:textId="77777777" w:rsidR="00DE460D" w:rsidRPr="00DE460D" w:rsidRDefault="00DE460D" w:rsidP="00C334EF">
            <w:pPr>
              <w:spacing w:after="0"/>
              <w:rPr>
                <w:rFonts w:asciiTheme="majorHAnsi" w:hAnsiTheme="majorHAnsi" w:cstheme="majorHAnsi"/>
                <w:sz w:val="24"/>
                <w:szCs w:val="24"/>
              </w:rPr>
            </w:pPr>
          </w:p>
        </w:tc>
        <w:tc>
          <w:tcPr>
            <w:tcW w:w="850" w:type="dxa"/>
          </w:tcPr>
          <w:p w14:paraId="11CAD735" w14:textId="77777777" w:rsidR="00DE460D" w:rsidRPr="00DE460D" w:rsidRDefault="00DE460D" w:rsidP="00C334EF">
            <w:pPr>
              <w:spacing w:after="0"/>
              <w:rPr>
                <w:rFonts w:asciiTheme="majorHAnsi" w:hAnsiTheme="majorHAnsi" w:cstheme="majorHAnsi"/>
                <w:sz w:val="24"/>
                <w:szCs w:val="24"/>
              </w:rPr>
            </w:pPr>
          </w:p>
        </w:tc>
      </w:tr>
      <w:tr w:rsidR="00DE460D" w:rsidRPr="00DE460D" w14:paraId="369A2047" w14:textId="77777777" w:rsidTr="00247AF8">
        <w:tc>
          <w:tcPr>
            <w:tcW w:w="3085" w:type="dxa"/>
            <w:vMerge/>
          </w:tcPr>
          <w:p w14:paraId="24D2F10A" w14:textId="77777777" w:rsidR="00DE460D" w:rsidRPr="00DE460D" w:rsidRDefault="00DE460D" w:rsidP="00C334EF">
            <w:pPr>
              <w:spacing w:after="0"/>
              <w:rPr>
                <w:rFonts w:asciiTheme="majorHAnsi" w:hAnsiTheme="majorHAnsi" w:cstheme="majorHAnsi"/>
                <w:sz w:val="24"/>
                <w:szCs w:val="24"/>
              </w:rPr>
            </w:pPr>
          </w:p>
        </w:tc>
        <w:tc>
          <w:tcPr>
            <w:tcW w:w="5670" w:type="dxa"/>
          </w:tcPr>
          <w:p w14:paraId="4B75C19B" w14:textId="77777777" w:rsidR="00DE460D" w:rsidRP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t>Other illness or disability</w:t>
            </w:r>
          </w:p>
        </w:tc>
        <w:tc>
          <w:tcPr>
            <w:tcW w:w="709" w:type="dxa"/>
          </w:tcPr>
          <w:p w14:paraId="7F914141" w14:textId="77777777" w:rsidR="00DE460D" w:rsidRPr="00DE460D" w:rsidRDefault="00DE460D" w:rsidP="00C334EF">
            <w:pPr>
              <w:spacing w:after="0"/>
              <w:rPr>
                <w:rFonts w:asciiTheme="majorHAnsi" w:hAnsiTheme="majorHAnsi" w:cstheme="majorHAnsi"/>
                <w:sz w:val="24"/>
                <w:szCs w:val="24"/>
              </w:rPr>
            </w:pPr>
          </w:p>
        </w:tc>
        <w:tc>
          <w:tcPr>
            <w:tcW w:w="850" w:type="dxa"/>
          </w:tcPr>
          <w:p w14:paraId="028154AD" w14:textId="77777777" w:rsidR="00DE460D" w:rsidRPr="00DE460D" w:rsidRDefault="00DE460D" w:rsidP="00C334EF">
            <w:pPr>
              <w:spacing w:after="0"/>
              <w:rPr>
                <w:rFonts w:asciiTheme="majorHAnsi" w:hAnsiTheme="majorHAnsi" w:cstheme="majorHAnsi"/>
                <w:sz w:val="24"/>
                <w:szCs w:val="24"/>
              </w:rPr>
            </w:pPr>
          </w:p>
        </w:tc>
      </w:tr>
      <w:tr w:rsidR="00DE460D" w:rsidRPr="00DE460D" w14:paraId="0F1B7B18" w14:textId="77777777" w:rsidTr="00247AF8">
        <w:tc>
          <w:tcPr>
            <w:tcW w:w="3085" w:type="dxa"/>
            <w:vMerge/>
          </w:tcPr>
          <w:p w14:paraId="51D51CCF" w14:textId="77777777" w:rsidR="00DE460D" w:rsidRPr="00DE460D" w:rsidRDefault="00DE460D" w:rsidP="00C334EF">
            <w:pPr>
              <w:spacing w:after="0"/>
              <w:rPr>
                <w:rFonts w:asciiTheme="majorHAnsi" w:hAnsiTheme="majorHAnsi" w:cstheme="majorHAnsi"/>
                <w:sz w:val="24"/>
                <w:szCs w:val="24"/>
              </w:rPr>
            </w:pPr>
          </w:p>
        </w:tc>
        <w:tc>
          <w:tcPr>
            <w:tcW w:w="5670" w:type="dxa"/>
          </w:tcPr>
          <w:p w14:paraId="77BF19F2" w14:textId="77777777" w:rsidR="00DE460D" w:rsidRP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t>Any recent contact with contagious diseases &amp; infections</w:t>
            </w:r>
          </w:p>
        </w:tc>
        <w:tc>
          <w:tcPr>
            <w:tcW w:w="709" w:type="dxa"/>
          </w:tcPr>
          <w:p w14:paraId="79535691" w14:textId="77777777" w:rsidR="00DE460D" w:rsidRPr="00DE460D" w:rsidRDefault="00DE460D" w:rsidP="00C334EF">
            <w:pPr>
              <w:spacing w:after="0"/>
              <w:rPr>
                <w:rFonts w:asciiTheme="majorHAnsi" w:hAnsiTheme="majorHAnsi" w:cstheme="majorHAnsi"/>
                <w:sz w:val="24"/>
                <w:szCs w:val="24"/>
              </w:rPr>
            </w:pPr>
          </w:p>
        </w:tc>
        <w:tc>
          <w:tcPr>
            <w:tcW w:w="850" w:type="dxa"/>
          </w:tcPr>
          <w:p w14:paraId="0D2CEA0C" w14:textId="77777777" w:rsidR="00DE460D" w:rsidRPr="00DE460D" w:rsidRDefault="00DE460D" w:rsidP="00C334EF">
            <w:pPr>
              <w:spacing w:after="0"/>
              <w:rPr>
                <w:rFonts w:asciiTheme="majorHAnsi" w:hAnsiTheme="majorHAnsi" w:cstheme="majorHAnsi"/>
                <w:sz w:val="24"/>
                <w:szCs w:val="24"/>
              </w:rPr>
            </w:pPr>
          </w:p>
        </w:tc>
      </w:tr>
      <w:tr w:rsidR="00DE460D" w:rsidRPr="00DE460D" w14:paraId="2EACCA8C" w14:textId="77777777" w:rsidTr="00247AF8">
        <w:tc>
          <w:tcPr>
            <w:tcW w:w="3085" w:type="dxa"/>
            <w:vMerge/>
          </w:tcPr>
          <w:p w14:paraId="2C4E0C0E" w14:textId="77777777" w:rsidR="00DE460D" w:rsidRPr="00DE460D" w:rsidRDefault="00DE460D" w:rsidP="00C334EF">
            <w:pPr>
              <w:spacing w:after="0"/>
              <w:rPr>
                <w:rFonts w:asciiTheme="majorHAnsi" w:hAnsiTheme="majorHAnsi" w:cstheme="majorHAnsi"/>
                <w:sz w:val="24"/>
                <w:szCs w:val="24"/>
              </w:rPr>
            </w:pPr>
          </w:p>
        </w:tc>
        <w:tc>
          <w:tcPr>
            <w:tcW w:w="5670" w:type="dxa"/>
          </w:tcPr>
          <w:p w14:paraId="493141BD" w14:textId="77777777" w:rsidR="00DE460D" w:rsidRP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t>An existing Education Health Care Plan</w:t>
            </w:r>
          </w:p>
        </w:tc>
        <w:tc>
          <w:tcPr>
            <w:tcW w:w="709" w:type="dxa"/>
          </w:tcPr>
          <w:p w14:paraId="01B3C289" w14:textId="77777777" w:rsidR="00DE460D" w:rsidRPr="00DE460D" w:rsidRDefault="00DE460D" w:rsidP="00C334EF">
            <w:pPr>
              <w:spacing w:after="0"/>
              <w:rPr>
                <w:rFonts w:asciiTheme="majorHAnsi" w:hAnsiTheme="majorHAnsi" w:cstheme="majorHAnsi"/>
                <w:sz w:val="24"/>
                <w:szCs w:val="24"/>
              </w:rPr>
            </w:pPr>
          </w:p>
        </w:tc>
        <w:tc>
          <w:tcPr>
            <w:tcW w:w="850" w:type="dxa"/>
          </w:tcPr>
          <w:p w14:paraId="683AB132" w14:textId="77777777" w:rsidR="00DE460D" w:rsidRPr="00DE460D" w:rsidRDefault="00DE460D" w:rsidP="00C334EF">
            <w:pPr>
              <w:spacing w:after="0"/>
              <w:rPr>
                <w:rFonts w:asciiTheme="majorHAnsi" w:hAnsiTheme="majorHAnsi" w:cstheme="majorHAnsi"/>
                <w:sz w:val="24"/>
                <w:szCs w:val="24"/>
              </w:rPr>
            </w:pPr>
          </w:p>
        </w:tc>
      </w:tr>
      <w:tr w:rsidR="00DE460D" w:rsidRPr="00DE460D" w14:paraId="38833F01" w14:textId="77777777" w:rsidTr="00247AF8">
        <w:tc>
          <w:tcPr>
            <w:tcW w:w="3085" w:type="dxa"/>
            <w:vMerge/>
          </w:tcPr>
          <w:p w14:paraId="35E31F3F" w14:textId="77777777" w:rsidR="00DE460D" w:rsidRPr="00DE460D" w:rsidRDefault="00DE460D" w:rsidP="00C334EF">
            <w:pPr>
              <w:spacing w:after="0"/>
              <w:rPr>
                <w:rFonts w:asciiTheme="majorHAnsi" w:hAnsiTheme="majorHAnsi" w:cstheme="majorHAnsi"/>
                <w:sz w:val="24"/>
                <w:szCs w:val="24"/>
              </w:rPr>
            </w:pPr>
          </w:p>
        </w:tc>
        <w:tc>
          <w:tcPr>
            <w:tcW w:w="7229" w:type="dxa"/>
            <w:gridSpan w:val="3"/>
          </w:tcPr>
          <w:p w14:paraId="65328B2D" w14:textId="77777777" w:rsidR="00DE460D" w:rsidRP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t>If the answer to any of these questions is yes, please state below:</w:t>
            </w:r>
          </w:p>
          <w:p w14:paraId="5F122EA3" w14:textId="2B700A5C" w:rsid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br/>
            </w:r>
          </w:p>
          <w:p w14:paraId="044A3B86" w14:textId="77777777" w:rsidR="00C334EF" w:rsidRPr="00DE460D" w:rsidRDefault="00C334EF" w:rsidP="00C334EF">
            <w:pPr>
              <w:spacing w:after="0"/>
              <w:rPr>
                <w:rFonts w:asciiTheme="majorHAnsi" w:hAnsiTheme="majorHAnsi" w:cstheme="majorHAnsi"/>
                <w:sz w:val="24"/>
                <w:szCs w:val="24"/>
              </w:rPr>
            </w:pPr>
          </w:p>
          <w:p w14:paraId="579415A1" w14:textId="77777777" w:rsidR="00DE460D" w:rsidRPr="00DE460D" w:rsidRDefault="00DE460D" w:rsidP="00C334EF">
            <w:pPr>
              <w:spacing w:after="0"/>
              <w:rPr>
                <w:rFonts w:asciiTheme="majorHAnsi" w:hAnsiTheme="majorHAnsi" w:cstheme="majorHAnsi"/>
                <w:sz w:val="24"/>
                <w:szCs w:val="24"/>
              </w:rPr>
            </w:pPr>
          </w:p>
          <w:p w14:paraId="670EA956" w14:textId="77777777" w:rsidR="00DE460D" w:rsidRPr="00DE460D" w:rsidRDefault="00DE460D" w:rsidP="00C334EF">
            <w:pPr>
              <w:spacing w:after="0"/>
              <w:rPr>
                <w:rFonts w:asciiTheme="majorHAnsi" w:hAnsiTheme="majorHAnsi" w:cstheme="majorHAnsi"/>
                <w:sz w:val="6"/>
                <w:szCs w:val="24"/>
              </w:rPr>
            </w:pPr>
          </w:p>
        </w:tc>
      </w:tr>
      <w:tr w:rsidR="00DE460D" w:rsidRPr="00DE460D" w14:paraId="49BE5146" w14:textId="77777777" w:rsidTr="00247AF8">
        <w:tc>
          <w:tcPr>
            <w:tcW w:w="8755" w:type="dxa"/>
            <w:gridSpan w:val="2"/>
          </w:tcPr>
          <w:p w14:paraId="1E14DF62" w14:textId="77777777" w:rsidR="00DE460D" w:rsidRP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t>Has your child received vaccination against Tetanus in the last five years?</w:t>
            </w:r>
          </w:p>
        </w:tc>
        <w:tc>
          <w:tcPr>
            <w:tcW w:w="709" w:type="dxa"/>
          </w:tcPr>
          <w:p w14:paraId="21CA7A29" w14:textId="77777777" w:rsidR="00DE460D" w:rsidRPr="00DE460D" w:rsidRDefault="00DE460D" w:rsidP="00C334EF">
            <w:pPr>
              <w:spacing w:after="0"/>
              <w:jc w:val="center"/>
              <w:rPr>
                <w:rFonts w:asciiTheme="majorHAnsi" w:hAnsiTheme="majorHAnsi" w:cstheme="majorHAnsi"/>
                <w:sz w:val="24"/>
                <w:szCs w:val="24"/>
              </w:rPr>
            </w:pPr>
            <w:r w:rsidRPr="00DE460D">
              <w:rPr>
                <w:rFonts w:asciiTheme="majorHAnsi" w:hAnsiTheme="majorHAnsi" w:cstheme="majorHAnsi"/>
                <w:sz w:val="24"/>
                <w:szCs w:val="24"/>
              </w:rPr>
              <w:t>Yes</w:t>
            </w:r>
          </w:p>
        </w:tc>
        <w:tc>
          <w:tcPr>
            <w:tcW w:w="850" w:type="dxa"/>
          </w:tcPr>
          <w:p w14:paraId="6FBD3C47" w14:textId="77777777" w:rsidR="00DE460D" w:rsidRPr="00DE460D" w:rsidRDefault="00DE460D" w:rsidP="00C334EF">
            <w:pPr>
              <w:spacing w:after="0"/>
              <w:jc w:val="center"/>
              <w:rPr>
                <w:rFonts w:asciiTheme="majorHAnsi" w:hAnsiTheme="majorHAnsi" w:cstheme="majorHAnsi"/>
                <w:sz w:val="24"/>
                <w:szCs w:val="24"/>
              </w:rPr>
            </w:pPr>
            <w:r w:rsidRPr="00DE460D">
              <w:rPr>
                <w:rFonts w:asciiTheme="majorHAnsi" w:hAnsiTheme="majorHAnsi" w:cstheme="majorHAnsi"/>
                <w:sz w:val="24"/>
                <w:szCs w:val="24"/>
              </w:rPr>
              <w:t>No</w:t>
            </w:r>
          </w:p>
        </w:tc>
      </w:tr>
      <w:tr w:rsidR="00DE460D" w:rsidRPr="00DE460D" w14:paraId="40F0B9CC" w14:textId="77777777" w:rsidTr="00247AF8">
        <w:tc>
          <w:tcPr>
            <w:tcW w:w="8755" w:type="dxa"/>
            <w:gridSpan w:val="2"/>
          </w:tcPr>
          <w:p w14:paraId="2540D069" w14:textId="77777777" w:rsidR="00DE460D" w:rsidRP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t>Is your child receiving medical treatment of any kind from either your doctor or hospital?</w:t>
            </w:r>
          </w:p>
        </w:tc>
        <w:tc>
          <w:tcPr>
            <w:tcW w:w="709" w:type="dxa"/>
          </w:tcPr>
          <w:p w14:paraId="428807CA" w14:textId="77777777" w:rsidR="00DE460D" w:rsidRPr="00DE460D" w:rsidRDefault="00DE460D" w:rsidP="00C334EF">
            <w:pPr>
              <w:spacing w:after="0"/>
              <w:jc w:val="center"/>
              <w:rPr>
                <w:rFonts w:asciiTheme="majorHAnsi" w:hAnsiTheme="majorHAnsi" w:cstheme="majorHAnsi"/>
                <w:sz w:val="24"/>
                <w:szCs w:val="24"/>
              </w:rPr>
            </w:pPr>
            <w:r w:rsidRPr="00DE460D">
              <w:rPr>
                <w:rFonts w:asciiTheme="majorHAnsi" w:hAnsiTheme="majorHAnsi" w:cstheme="majorHAnsi"/>
                <w:sz w:val="24"/>
                <w:szCs w:val="24"/>
              </w:rPr>
              <w:t>Yes</w:t>
            </w:r>
          </w:p>
        </w:tc>
        <w:tc>
          <w:tcPr>
            <w:tcW w:w="850" w:type="dxa"/>
          </w:tcPr>
          <w:p w14:paraId="779F9A55" w14:textId="77777777" w:rsidR="00DE460D" w:rsidRPr="00DE460D" w:rsidRDefault="00DE460D" w:rsidP="00C334EF">
            <w:pPr>
              <w:spacing w:after="0"/>
              <w:jc w:val="center"/>
              <w:rPr>
                <w:rFonts w:asciiTheme="majorHAnsi" w:hAnsiTheme="majorHAnsi" w:cstheme="majorHAnsi"/>
                <w:sz w:val="24"/>
                <w:szCs w:val="24"/>
              </w:rPr>
            </w:pPr>
            <w:r w:rsidRPr="00DE460D">
              <w:rPr>
                <w:rFonts w:asciiTheme="majorHAnsi" w:hAnsiTheme="majorHAnsi" w:cstheme="majorHAnsi"/>
                <w:sz w:val="24"/>
                <w:szCs w:val="24"/>
              </w:rPr>
              <w:t>No</w:t>
            </w:r>
          </w:p>
        </w:tc>
      </w:tr>
      <w:tr w:rsidR="00DE460D" w:rsidRPr="00DE460D" w14:paraId="1ADB5FC2" w14:textId="77777777" w:rsidTr="00247AF8">
        <w:tc>
          <w:tcPr>
            <w:tcW w:w="8755" w:type="dxa"/>
            <w:gridSpan w:val="2"/>
          </w:tcPr>
          <w:p w14:paraId="6E1497F4" w14:textId="77777777" w:rsidR="00DE460D" w:rsidRP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t>Has your child been given specific medical advice to follow in emergencies?</w:t>
            </w:r>
          </w:p>
        </w:tc>
        <w:tc>
          <w:tcPr>
            <w:tcW w:w="709" w:type="dxa"/>
          </w:tcPr>
          <w:p w14:paraId="27166B78" w14:textId="77777777" w:rsidR="00DE460D" w:rsidRPr="00DE460D" w:rsidRDefault="00DE460D" w:rsidP="00C334EF">
            <w:pPr>
              <w:spacing w:after="0"/>
              <w:jc w:val="center"/>
              <w:rPr>
                <w:rFonts w:asciiTheme="majorHAnsi" w:hAnsiTheme="majorHAnsi" w:cstheme="majorHAnsi"/>
                <w:sz w:val="24"/>
                <w:szCs w:val="24"/>
              </w:rPr>
            </w:pPr>
            <w:r w:rsidRPr="00DE460D">
              <w:rPr>
                <w:rFonts w:asciiTheme="majorHAnsi" w:hAnsiTheme="majorHAnsi" w:cstheme="majorHAnsi"/>
                <w:sz w:val="24"/>
                <w:szCs w:val="24"/>
              </w:rPr>
              <w:t>Yes</w:t>
            </w:r>
          </w:p>
        </w:tc>
        <w:tc>
          <w:tcPr>
            <w:tcW w:w="850" w:type="dxa"/>
          </w:tcPr>
          <w:p w14:paraId="2225AFF0" w14:textId="77777777" w:rsidR="00DE460D" w:rsidRPr="00DE460D" w:rsidRDefault="00DE460D" w:rsidP="00C334EF">
            <w:pPr>
              <w:spacing w:after="0"/>
              <w:jc w:val="center"/>
              <w:rPr>
                <w:rFonts w:asciiTheme="majorHAnsi" w:hAnsiTheme="majorHAnsi" w:cstheme="majorHAnsi"/>
                <w:sz w:val="24"/>
                <w:szCs w:val="24"/>
              </w:rPr>
            </w:pPr>
            <w:r w:rsidRPr="00DE460D">
              <w:rPr>
                <w:rFonts w:asciiTheme="majorHAnsi" w:hAnsiTheme="majorHAnsi" w:cstheme="majorHAnsi"/>
                <w:sz w:val="24"/>
                <w:szCs w:val="24"/>
              </w:rPr>
              <w:t>No</w:t>
            </w:r>
          </w:p>
        </w:tc>
      </w:tr>
      <w:tr w:rsidR="00DE460D" w:rsidRPr="00DE460D" w14:paraId="7CE9CDD1" w14:textId="77777777" w:rsidTr="00247AF8">
        <w:tc>
          <w:tcPr>
            <w:tcW w:w="10314" w:type="dxa"/>
            <w:gridSpan w:val="4"/>
          </w:tcPr>
          <w:p w14:paraId="6CF55995" w14:textId="77777777" w:rsidR="00DE460D" w:rsidRP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t>If the answer to any of these questions is yes, please state below:</w:t>
            </w:r>
          </w:p>
          <w:p w14:paraId="1B7AAD9B" w14:textId="77777777" w:rsidR="00DE460D" w:rsidRPr="00DE460D" w:rsidRDefault="00DE460D" w:rsidP="00C334EF">
            <w:pPr>
              <w:spacing w:after="0"/>
              <w:rPr>
                <w:rFonts w:asciiTheme="majorHAnsi" w:hAnsiTheme="majorHAnsi" w:cstheme="majorHAnsi"/>
                <w:sz w:val="24"/>
                <w:szCs w:val="24"/>
              </w:rPr>
            </w:pPr>
          </w:p>
          <w:p w14:paraId="4C62CC2E" w14:textId="77777777" w:rsidR="00DE460D" w:rsidRPr="00DE460D" w:rsidRDefault="00DE460D" w:rsidP="00C334EF">
            <w:pPr>
              <w:spacing w:after="0"/>
              <w:jc w:val="center"/>
              <w:rPr>
                <w:rFonts w:asciiTheme="majorHAnsi" w:hAnsiTheme="majorHAnsi" w:cstheme="majorHAnsi"/>
                <w:sz w:val="24"/>
                <w:szCs w:val="24"/>
              </w:rPr>
            </w:pPr>
          </w:p>
          <w:p w14:paraId="05829FB2" w14:textId="77777777" w:rsidR="00C334EF" w:rsidRDefault="00C334EF" w:rsidP="00C334EF">
            <w:pPr>
              <w:spacing w:after="0"/>
              <w:rPr>
                <w:rFonts w:asciiTheme="majorHAnsi" w:hAnsiTheme="majorHAnsi" w:cstheme="majorHAnsi"/>
                <w:sz w:val="24"/>
                <w:szCs w:val="24"/>
              </w:rPr>
            </w:pPr>
          </w:p>
          <w:p w14:paraId="2C018CA5" w14:textId="2EDA3DD3" w:rsidR="00DE460D" w:rsidRDefault="00DE460D" w:rsidP="00C334EF">
            <w:pPr>
              <w:spacing w:after="0"/>
              <w:rPr>
                <w:rFonts w:asciiTheme="majorHAnsi" w:hAnsiTheme="majorHAnsi" w:cstheme="majorHAnsi"/>
                <w:sz w:val="24"/>
                <w:szCs w:val="24"/>
              </w:rPr>
            </w:pPr>
            <w:r w:rsidRPr="00DE460D">
              <w:rPr>
                <w:rFonts w:asciiTheme="majorHAnsi" w:hAnsiTheme="majorHAnsi" w:cstheme="majorHAnsi"/>
                <w:sz w:val="24"/>
                <w:szCs w:val="24"/>
              </w:rPr>
              <w:br/>
            </w:r>
          </w:p>
          <w:p w14:paraId="053FD562" w14:textId="12463F92" w:rsidR="00C334EF" w:rsidRPr="00DE460D" w:rsidRDefault="00C334EF" w:rsidP="00C334EF">
            <w:pPr>
              <w:spacing w:after="0"/>
              <w:rPr>
                <w:rFonts w:asciiTheme="majorHAnsi" w:hAnsiTheme="majorHAnsi" w:cstheme="majorHAnsi"/>
                <w:sz w:val="24"/>
                <w:szCs w:val="24"/>
              </w:rPr>
            </w:pPr>
          </w:p>
        </w:tc>
      </w:tr>
    </w:tbl>
    <w:p w14:paraId="0447B895" w14:textId="77777777" w:rsidR="001A3F5A" w:rsidRPr="001A3F5A" w:rsidRDefault="001A3F5A" w:rsidP="00DE460D">
      <w:pPr>
        <w:spacing w:after="0"/>
        <w:jc w:val="center"/>
        <w:rPr>
          <w:rFonts w:asciiTheme="majorHAnsi" w:hAnsiTheme="majorHAnsi" w:cstheme="majorHAnsi"/>
          <w:b/>
          <w:sz w:val="16"/>
          <w:szCs w:val="24"/>
        </w:rPr>
      </w:pPr>
    </w:p>
    <w:p w14:paraId="3089B420" w14:textId="034835E1" w:rsidR="00DE460D" w:rsidRPr="00DE460D" w:rsidRDefault="00DE460D" w:rsidP="00DE460D">
      <w:pPr>
        <w:spacing w:after="0"/>
        <w:jc w:val="center"/>
        <w:rPr>
          <w:rFonts w:asciiTheme="majorHAnsi" w:hAnsiTheme="majorHAnsi" w:cstheme="majorHAnsi"/>
          <w:b/>
          <w:szCs w:val="24"/>
        </w:rPr>
      </w:pPr>
      <w:r w:rsidRPr="00DE460D">
        <w:rPr>
          <w:rFonts w:asciiTheme="majorHAnsi" w:hAnsiTheme="majorHAnsi" w:cstheme="majorHAnsi"/>
          <w:b/>
          <w:szCs w:val="24"/>
        </w:rPr>
        <w:t>***It is important that you inform us of any changes to the form, so we can keep our records up to date***</w:t>
      </w:r>
    </w:p>
    <w:p w14:paraId="05333975" w14:textId="77777777" w:rsidR="001A3F5A" w:rsidRDefault="00DE460D" w:rsidP="001A3F5A">
      <w:pPr>
        <w:rPr>
          <w:rFonts w:ascii="Calibri" w:hAnsi="Calibri" w:cs="Calibri"/>
          <w:b/>
          <w:sz w:val="28"/>
          <w:szCs w:val="28"/>
        </w:rPr>
      </w:pPr>
      <w:r w:rsidRPr="005420DC">
        <w:rPr>
          <w:noProof/>
        </w:rPr>
        <w:lastRenderedPageBreak/>
        <w:drawing>
          <wp:anchor distT="0" distB="0" distL="114300" distR="114300" simplePos="0" relativeHeight="251656704" behindDoc="0" locked="0" layoutInCell="1" allowOverlap="1" wp14:anchorId="39261B43" wp14:editId="6E2AE58B">
            <wp:simplePos x="0" y="0"/>
            <wp:positionH relativeFrom="margin">
              <wp:align>right</wp:align>
            </wp:positionH>
            <wp:positionV relativeFrom="paragraph">
              <wp:posOffset>0</wp:posOffset>
            </wp:positionV>
            <wp:extent cx="1276350" cy="885825"/>
            <wp:effectExtent l="0" t="0" r="0"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l="20441" t="25122" r="63438" b="55038"/>
                    <a:stretch/>
                  </pic:blipFill>
                  <pic:spPr bwMode="auto">
                    <a:xfrm>
                      <a:off x="0" y="0"/>
                      <a:ext cx="1276350" cy="885825"/>
                    </a:xfrm>
                    <a:prstGeom prst="rect">
                      <a:avLst/>
                    </a:prstGeom>
                    <a:noFill/>
                    <a:ln>
                      <a:noFill/>
                    </a:ln>
                    <a:extLst>
                      <a:ext uri="{53640926-AAD7-44D8-BBD7-CCE9431645EC}">
                        <a14:shadowObscured xmlns:a14="http://schemas.microsoft.com/office/drawing/2010/main"/>
                      </a:ext>
                    </a:extLst>
                  </pic:spPr>
                </pic:pic>
              </a:graphicData>
            </a:graphic>
          </wp:anchor>
        </w:drawing>
      </w:r>
    </w:p>
    <w:p w14:paraId="7CE60B17" w14:textId="192FE0DF" w:rsidR="00DE460D" w:rsidRPr="001A3F5A" w:rsidRDefault="00DE460D" w:rsidP="001A3F5A">
      <w:pPr>
        <w:rPr>
          <w:rFonts w:ascii="Calibri" w:hAnsi="Calibri" w:cs="Calibri"/>
          <w:b/>
          <w:sz w:val="36"/>
          <w:szCs w:val="28"/>
        </w:rPr>
      </w:pPr>
      <w:r w:rsidRPr="001A3F5A">
        <w:rPr>
          <w:rFonts w:ascii="Calibri" w:hAnsi="Calibri" w:cs="Calibri"/>
          <w:b/>
          <w:sz w:val="36"/>
          <w:szCs w:val="28"/>
        </w:rPr>
        <w:t>Consent Form for the Recording and Use of Images</w:t>
      </w:r>
    </w:p>
    <w:p w14:paraId="5ADFCB64" w14:textId="77777777" w:rsidR="00A6388B" w:rsidRDefault="00A6388B" w:rsidP="00DE460D">
      <w:pPr>
        <w:jc w:val="both"/>
        <w:rPr>
          <w:rFonts w:ascii="Calibri" w:hAnsi="Calibri" w:cs="Calibri"/>
        </w:rPr>
      </w:pPr>
    </w:p>
    <w:p w14:paraId="61AA237B" w14:textId="5BEAD44F" w:rsidR="00DE460D" w:rsidRPr="00460C5C" w:rsidRDefault="00DE460D" w:rsidP="00DE460D">
      <w:pPr>
        <w:jc w:val="both"/>
        <w:rPr>
          <w:rFonts w:ascii="Calibri" w:hAnsi="Calibri" w:cs="Calibri"/>
        </w:rPr>
      </w:pPr>
      <w:r w:rsidRPr="00460C5C">
        <w:rPr>
          <w:rFonts w:ascii="Calibri" w:hAnsi="Calibri" w:cs="Calibri"/>
        </w:rPr>
        <w:t xml:space="preserve">During the course of the school year, we may wish to take photographs or video recordings of children within Preschool or on trips, either for our own records, for use as part of our learning curriculum or for inclusion in our promotional material such as the school prospectus and our website.  </w:t>
      </w:r>
    </w:p>
    <w:p w14:paraId="01D6E6A4" w14:textId="77777777" w:rsidR="00DE460D" w:rsidRPr="00460C5C" w:rsidRDefault="00DE460D" w:rsidP="00DE460D">
      <w:pPr>
        <w:jc w:val="both"/>
        <w:rPr>
          <w:rFonts w:ascii="Calibri" w:hAnsi="Calibri" w:cs="Calibri"/>
        </w:rPr>
      </w:pPr>
      <w:r w:rsidRPr="00460C5C">
        <w:rPr>
          <w:rFonts w:ascii="Calibri" w:hAnsi="Calibri" w:cs="Calibri"/>
        </w:rPr>
        <w:t>The school may also invite an external photographer to the school each year to take official school photographs and may invite the media in to take photographs of pupils engaged in school activities or events for publication.</w:t>
      </w:r>
    </w:p>
    <w:p w14:paraId="32227D7B" w14:textId="77777777" w:rsidR="00DE460D" w:rsidRPr="00460C5C" w:rsidRDefault="00DE460D" w:rsidP="00DE460D">
      <w:pPr>
        <w:jc w:val="both"/>
        <w:rPr>
          <w:rFonts w:ascii="Calibri" w:hAnsi="Calibri" w:cs="Calibri"/>
        </w:rPr>
      </w:pPr>
      <w:r w:rsidRPr="00460C5C">
        <w:rPr>
          <w:rFonts w:ascii="Calibri" w:hAnsi="Calibri" w:cs="Calibri"/>
        </w:rPr>
        <w:t>To comply with the General Data Protection Regulation, we need to ask your consent before the school record any images of your child. In view of this, please read the statements below complete the slip and return this form as soon as possible</w:t>
      </w:r>
      <w:r w:rsidRPr="00460C5C">
        <w:rPr>
          <w:rFonts w:ascii="Calibri" w:hAnsi="Calibri" w:cs="Calibri"/>
          <w:b/>
        </w:rPr>
        <w:t>.</w:t>
      </w:r>
    </w:p>
    <w:p w14:paraId="2C8BE165" w14:textId="77777777" w:rsidR="00DE460D" w:rsidRPr="00460C5C" w:rsidRDefault="00DE460D" w:rsidP="00DE460D">
      <w:pPr>
        <w:jc w:val="both"/>
        <w:rPr>
          <w:rFonts w:ascii="Calibri" w:hAnsi="Calibri" w:cs="Calibri"/>
        </w:rPr>
      </w:pPr>
      <w:r w:rsidRPr="00460C5C">
        <w:rPr>
          <w:rFonts w:ascii="Calibri" w:hAnsi="Calibri" w:cs="Calibri"/>
        </w:rPr>
        <w:t>This table sets out the various reasons for taking and making use of images of your child and we should be grateful if you would indicate whether or not you give consent for use in these circumstances. By indicating ‘YES’, you are confirming that you consent to your child’s personal data being shared for those purposes and/or with the named third parties):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985"/>
        <w:gridCol w:w="6515"/>
        <w:gridCol w:w="1275"/>
      </w:tblGrid>
      <w:tr w:rsidR="00DE460D" w:rsidRPr="00460C5C" w14:paraId="5839B615" w14:textId="77777777" w:rsidTr="00C334EF">
        <w:trPr>
          <w:trHeight w:val="397"/>
          <w:jc w:val="center"/>
        </w:trPr>
        <w:tc>
          <w:tcPr>
            <w:tcW w:w="567" w:type="dxa"/>
            <w:shd w:val="clear" w:color="auto" w:fill="auto"/>
          </w:tcPr>
          <w:p w14:paraId="353D9AC6" w14:textId="77777777" w:rsidR="00DE460D" w:rsidRPr="00460C5C" w:rsidRDefault="00DE460D" w:rsidP="00247AF8">
            <w:pPr>
              <w:rPr>
                <w:rFonts w:ascii="Calibri" w:hAnsi="Calibri" w:cs="Calibri"/>
              </w:rPr>
            </w:pPr>
            <w:r w:rsidRPr="00460C5C">
              <w:rPr>
                <w:rFonts w:ascii="Calibri" w:hAnsi="Calibri" w:cs="Calibri"/>
              </w:rPr>
              <w:t>1</w:t>
            </w:r>
          </w:p>
        </w:tc>
        <w:tc>
          <w:tcPr>
            <w:tcW w:w="8500" w:type="dxa"/>
            <w:gridSpan w:val="2"/>
            <w:shd w:val="clear" w:color="auto" w:fill="auto"/>
            <w:vAlign w:val="center"/>
          </w:tcPr>
          <w:p w14:paraId="17677B85" w14:textId="77777777" w:rsidR="00DE460D" w:rsidRPr="00460C5C" w:rsidRDefault="00DE460D" w:rsidP="00247AF8">
            <w:pPr>
              <w:rPr>
                <w:rFonts w:ascii="Calibri" w:hAnsi="Calibri" w:cs="Calibri"/>
              </w:rPr>
            </w:pPr>
            <w:r w:rsidRPr="00460C5C">
              <w:rPr>
                <w:rFonts w:ascii="Calibri" w:hAnsi="Calibri" w:cs="Calibri"/>
              </w:rPr>
              <w:t>For official school photographs, with images taken by DSP and available for purchase by parents, and held by the school for identification purposes with names attached.</w:t>
            </w:r>
          </w:p>
        </w:tc>
        <w:tc>
          <w:tcPr>
            <w:tcW w:w="1275" w:type="dxa"/>
            <w:shd w:val="clear" w:color="auto" w:fill="auto"/>
            <w:vAlign w:val="center"/>
          </w:tcPr>
          <w:p w14:paraId="77FA4BC5" w14:textId="209B7A0C" w:rsidR="00DE460D" w:rsidRPr="00460C5C" w:rsidRDefault="00DE460D" w:rsidP="00C334EF">
            <w:pPr>
              <w:jc w:val="center"/>
              <w:rPr>
                <w:rFonts w:ascii="Calibri" w:hAnsi="Calibri" w:cs="Calibri"/>
              </w:rPr>
            </w:pPr>
            <w:r w:rsidRPr="00460C5C">
              <w:rPr>
                <w:rFonts w:ascii="Calibri" w:hAnsi="Calibri" w:cs="Calibri"/>
              </w:rPr>
              <w:t>YES</w:t>
            </w:r>
            <w:r w:rsidR="00C334EF">
              <w:rPr>
                <w:rFonts w:ascii="Calibri" w:hAnsi="Calibri" w:cs="Calibri"/>
              </w:rPr>
              <w:t xml:space="preserve"> </w:t>
            </w:r>
            <w:r w:rsidRPr="00460C5C">
              <w:rPr>
                <w:rFonts w:ascii="Calibri" w:hAnsi="Calibri" w:cs="Calibri"/>
              </w:rPr>
              <w:t>/</w:t>
            </w:r>
            <w:r w:rsidR="00C334EF">
              <w:rPr>
                <w:rFonts w:ascii="Calibri" w:hAnsi="Calibri" w:cs="Calibri"/>
              </w:rPr>
              <w:t xml:space="preserve"> </w:t>
            </w:r>
            <w:r w:rsidRPr="00460C5C">
              <w:rPr>
                <w:rFonts w:ascii="Calibri" w:hAnsi="Calibri" w:cs="Calibri"/>
              </w:rPr>
              <w:t>NO</w:t>
            </w:r>
          </w:p>
        </w:tc>
      </w:tr>
      <w:tr w:rsidR="00DE460D" w:rsidRPr="00460C5C" w14:paraId="48F0A27C" w14:textId="77777777" w:rsidTr="00C334EF">
        <w:trPr>
          <w:trHeight w:val="397"/>
          <w:jc w:val="center"/>
        </w:trPr>
        <w:tc>
          <w:tcPr>
            <w:tcW w:w="567" w:type="dxa"/>
            <w:shd w:val="clear" w:color="auto" w:fill="auto"/>
          </w:tcPr>
          <w:p w14:paraId="390B24A9" w14:textId="77777777" w:rsidR="00DE460D" w:rsidRPr="00460C5C" w:rsidRDefault="00DE460D" w:rsidP="00247AF8">
            <w:pPr>
              <w:rPr>
                <w:rFonts w:ascii="Calibri" w:hAnsi="Calibri" w:cs="Calibri"/>
              </w:rPr>
            </w:pPr>
            <w:r w:rsidRPr="00460C5C">
              <w:rPr>
                <w:rFonts w:ascii="Calibri" w:hAnsi="Calibri" w:cs="Calibri"/>
              </w:rPr>
              <w:t>2</w:t>
            </w:r>
          </w:p>
        </w:tc>
        <w:tc>
          <w:tcPr>
            <w:tcW w:w="8500" w:type="dxa"/>
            <w:gridSpan w:val="2"/>
            <w:shd w:val="clear" w:color="auto" w:fill="auto"/>
            <w:vAlign w:val="center"/>
          </w:tcPr>
          <w:p w14:paraId="7B8A49D9" w14:textId="77777777" w:rsidR="00DE460D" w:rsidRPr="00460C5C" w:rsidRDefault="00DE460D" w:rsidP="00247AF8">
            <w:pPr>
              <w:rPr>
                <w:rFonts w:ascii="Calibri" w:hAnsi="Calibri" w:cs="Calibri"/>
              </w:rPr>
            </w:pPr>
            <w:r w:rsidRPr="00460C5C">
              <w:rPr>
                <w:rFonts w:ascii="Calibri" w:hAnsi="Calibri" w:cs="Calibri"/>
              </w:rPr>
              <w:t>For use on internal school / preschool displays.</w:t>
            </w:r>
            <w:r w:rsidRPr="00460C5C">
              <w:rPr>
                <w:rFonts w:ascii="Calibri" w:hAnsi="Calibri" w:cs="Calibri"/>
              </w:rPr>
              <w:tab/>
            </w:r>
          </w:p>
        </w:tc>
        <w:tc>
          <w:tcPr>
            <w:tcW w:w="1275" w:type="dxa"/>
            <w:shd w:val="clear" w:color="auto" w:fill="auto"/>
            <w:vAlign w:val="center"/>
          </w:tcPr>
          <w:p w14:paraId="033FFD9A" w14:textId="03F35C6E" w:rsidR="00DE460D" w:rsidRPr="00460C5C" w:rsidRDefault="00DE460D" w:rsidP="00C334EF">
            <w:pPr>
              <w:jc w:val="center"/>
              <w:rPr>
                <w:rFonts w:ascii="Calibri" w:hAnsi="Calibri" w:cs="Calibri"/>
              </w:rPr>
            </w:pPr>
            <w:r w:rsidRPr="00460C5C">
              <w:rPr>
                <w:rFonts w:ascii="Calibri" w:hAnsi="Calibri" w:cs="Calibri"/>
              </w:rPr>
              <w:t>YES</w:t>
            </w:r>
            <w:r w:rsidR="00C334EF">
              <w:rPr>
                <w:rFonts w:ascii="Calibri" w:hAnsi="Calibri" w:cs="Calibri"/>
              </w:rPr>
              <w:t xml:space="preserve"> </w:t>
            </w:r>
            <w:r w:rsidRPr="00460C5C">
              <w:rPr>
                <w:rFonts w:ascii="Calibri" w:hAnsi="Calibri" w:cs="Calibri"/>
              </w:rPr>
              <w:t>/</w:t>
            </w:r>
            <w:r w:rsidR="00C334EF">
              <w:rPr>
                <w:rFonts w:ascii="Calibri" w:hAnsi="Calibri" w:cs="Calibri"/>
              </w:rPr>
              <w:t xml:space="preserve"> </w:t>
            </w:r>
            <w:r w:rsidRPr="00460C5C">
              <w:rPr>
                <w:rFonts w:ascii="Calibri" w:hAnsi="Calibri" w:cs="Calibri"/>
              </w:rPr>
              <w:t>NO</w:t>
            </w:r>
          </w:p>
        </w:tc>
      </w:tr>
      <w:tr w:rsidR="00DE460D" w:rsidRPr="00460C5C" w14:paraId="54E44CAB" w14:textId="77777777" w:rsidTr="00C334EF">
        <w:trPr>
          <w:trHeight w:val="397"/>
          <w:jc w:val="center"/>
        </w:trPr>
        <w:tc>
          <w:tcPr>
            <w:tcW w:w="567" w:type="dxa"/>
            <w:shd w:val="clear" w:color="auto" w:fill="auto"/>
          </w:tcPr>
          <w:p w14:paraId="529648F6" w14:textId="77777777" w:rsidR="00DE460D" w:rsidRPr="00460C5C" w:rsidRDefault="00DE460D" w:rsidP="00247AF8">
            <w:pPr>
              <w:rPr>
                <w:rFonts w:ascii="Calibri" w:hAnsi="Calibri" w:cs="Calibri"/>
              </w:rPr>
            </w:pPr>
            <w:r w:rsidRPr="00460C5C">
              <w:rPr>
                <w:rFonts w:ascii="Calibri" w:hAnsi="Calibri" w:cs="Calibri"/>
              </w:rPr>
              <w:t>3</w:t>
            </w:r>
          </w:p>
        </w:tc>
        <w:tc>
          <w:tcPr>
            <w:tcW w:w="8500" w:type="dxa"/>
            <w:gridSpan w:val="2"/>
            <w:shd w:val="clear" w:color="auto" w:fill="auto"/>
            <w:vAlign w:val="center"/>
          </w:tcPr>
          <w:p w14:paraId="6A79F502" w14:textId="77777777" w:rsidR="00DE460D" w:rsidRPr="00460C5C" w:rsidRDefault="00DE460D" w:rsidP="00247AF8">
            <w:pPr>
              <w:rPr>
                <w:rFonts w:ascii="Calibri" w:hAnsi="Calibri" w:cs="Calibri"/>
              </w:rPr>
            </w:pPr>
            <w:r w:rsidRPr="00460C5C">
              <w:rPr>
                <w:rFonts w:ascii="Calibri" w:hAnsi="Calibri" w:cs="Calibri"/>
              </w:rPr>
              <w:t>For use as part of projects of work by students.</w:t>
            </w:r>
          </w:p>
        </w:tc>
        <w:tc>
          <w:tcPr>
            <w:tcW w:w="1275" w:type="dxa"/>
            <w:shd w:val="clear" w:color="auto" w:fill="auto"/>
            <w:vAlign w:val="center"/>
          </w:tcPr>
          <w:p w14:paraId="63B9404A" w14:textId="3191764B" w:rsidR="00DE460D" w:rsidRPr="00460C5C" w:rsidRDefault="00DE460D" w:rsidP="00C334EF">
            <w:pPr>
              <w:jc w:val="center"/>
              <w:rPr>
                <w:rFonts w:ascii="Calibri" w:hAnsi="Calibri" w:cs="Calibri"/>
              </w:rPr>
            </w:pPr>
            <w:r w:rsidRPr="00460C5C">
              <w:rPr>
                <w:rFonts w:ascii="Calibri" w:hAnsi="Calibri" w:cs="Calibri"/>
              </w:rPr>
              <w:t>YES</w:t>
            </w:r>
            <w:r w:rsidR="00C334EF">
              <w:rPr>
                <w:rFonts w:ascii="Calibri" w:hAnsi="Calibri" w:cs="Calibri"/>
              </w:rPr>
              <w:t xml:space="preserve"> </w:t>
            </w:r>
            <w:r w:rsidRPr="00460C5C">
              <w:rPr>
                <w:rFonts w:ascii="Calibri" w:hAnsi="Calibri" w:cs="Calibri"/>
              </w:rPr>
              <w:t>/</w:t>
            </w:r>
            <w:r w:rsidR="00C334EF">
              <w:rPr>
                <w:rFonts w:ascii="Calibri" w:hAnsi="Calibri" w:cs="Calibri"/>
              </w:rPr>
              <w:t xml:space="preserve"> </w:t>
            </w:r>
            <w:r w:rsidRPr="00460C5C">
              <w:rPr>
                <w:rFonts w:ascii="Calibri" w:hAnsi="Calibri" w:cs="Calibri"/>
              </w:rPr>
              <w:t>NO</w:t>
            </w:r>
          </w:p>
        </w:tc>
      </w:tr>
      <w:tr w:rsidR="00DE460D" w:rsidRPr="00460C5C" w14:paraId="3234515F" w14:textId="77777777" w:rsidTr="00C334EF">
        <w:trPr>
          <w:trHeight w:val="397"/>
          <w:jc w:val="center"/>
        </w:trPr>
        <w:tc>
          <w:tcPr>
            <w:tcW w:w="567" w:type="dxa"/>
            <w:shd w:val="clear" w:color="auto" w:fill="auto"/>
          </w:tcPr>
          <w:p w14:paraId="555E2AA4" w14:textId="77777777" w:rsidR="00DE460D" w:rsidRPr="00460C5C" w:rsidRDefault="00DE460D" w:rsidP="00247AF8">
            <w:pPr>
              <w:rPr>
                <w:rFonts w:ascii="Calibri" w:hAnsi="Calibri" w:cs="Calibri"/>
              </w:rPr>
            </w:pPr>
            <w:r w:rsidRPr="00460C5C">
              <w:rPr>
                <w:rFonts w:ascii="Calibri" w:hAnsi="Calibri" w:cs="Calibri"/>
              </w:rPr>
              <w:t>4</w:t>
            </w:r>
          </w:p>
        </w:tc>
        <w:tc>
          <w:tcPr>
            <w:tcW w:w="8500" w:type="dxa"/>
            <w:gridSpan w:val="2"/>
            <w:shd w:val="clear" w:color="auto" w:fill="auto"/>
            <w:vAlign w:val="center"/>
          </w:tcPr>
          <w:p w14:paraId="1896AC59" w14:textId="77777777" w:rsidR="00DE460D" w:rsidRPr="00460C5C" w:rsidRDefault="00DE460D" w:rsidP="00247AF8">
            <w:pPr>
              <w:rPr>
                <w:rFonts w:ascii="Calibri" w:hAnsi="Calibri" w:cs="Calibri"/>
              </w:rPr>
            </w:pPr>
            <w:r w:rsidRPr="00460C5C">
              <w:rPr>
                <w:rFonts w:ascii="Calibri" w:hAnsi="Calibri" w:cs="Calibri"/>
              </w:rPr>
              <w:t>For use on the school’s website or newsletter.</w:t>
            </w:r>
          </w:p>
        </w:tc>
        <w:tc>
          <w:tcPr>
            <w:tcW w:w="1275" w:type="dxa"/>
            <w:shd w:val="clear" w:color="auto" w:fill="auto"/>
            <w:vAlign w:val="center"/>
          </w:tcPr>
          <w:p w14:paraId="675E92D8" w14:textId="5E017082" w:rsidR="00DE460D" w:rsidRPr="00460C5C" w:rsidRDefault="00DE460D" w:rsidP="00C334EF">
            <w:pPr>
              <w:jc w:val="center"/>
              <w:rPr>
                <w:rFonts w:ascii="Calibri" w:hAnsi="Calibri" w:cs="Calibri"/>
              </w:rPr>
            </w:pPr>
            <w:r w:rsidRPr="00460C5C">
              <w:rPr>
                <w:rFonts w:ascii="Calibri" w:hAnsi="Calibri" w:cs="Calibri"/>
              </w:rPr>
              <w:t>YES</w:t>
            </w:r>
            <w:r w:rsidR="00C334EF">
              <w:rPr>
                <w:rFonts w:ascii="Calibri" w:hAnsi="Calibri" w:cs="Calibri"/>
              </w:rPr>
              <w:t xml:space="preserve"> </w:t>
            </w:r>
            <w:r w:rsidRPr="00460C5C">
              <w:rPr>
                <w:rFonts w:ascii="Calibri" w:hAnsi="Calibri" w:cs="Calibri"/>
              </w:rPr>
              <w:t>/</w:t>
            </w:r>
            <w:r w:rsidR="00C334EF">
              <w:rPr>
                <w:rFonts w:ascii="Calibri" w:hAnsi="Calibri" w:cs="Calibri"/>
              </w:rPr>
              <w:t xml:space="preserve"> </w:t>
            </w:r>
            <w:r w:rsidRPr="00460C5C">
              <w:rPr>
                <w:rFonts w:ascii="Calibri" w:hAnsi="Calibri" w:cs="Calibri"/>
              </w:rPr>
              <w:t>NO</w:t>
            </w:r>
          </w:p>
        </w:tc>
      </w:tr>
      <w:tr w:rsidR="00DE460D" w:rsidRPr="00460C5C" w14:paraId="31555370" w14:textId="77777777" w:rsidTr="00C334EF">
        <w:trPr>
          <w:trHeight w:val="397"/>
          <w:jc w:val="center"/>
        </w:trPr>
        <w:tc>
          <w:tcPr>
            <w:tcW w:w="567" w:type="dxa"/>
            <w:shd w:val="clear" w:color="auto" w:fill="auto"/>
          </w:tcPr>
          <w:p w14:paraId="1C226861" w14:textId="77777777" w:rsidR="00DE460D" w:rsidRPr="00460C5C" w:rsidRDefault="00DE460D" w:rsidP="00247AF8">
            <w:pPr>
              <w:rPr>
                <w:rFonts w:ascii="Calibri" w:hAnsi="Calibri" w:cs="Calibri"/>
              </w:rPr>
            </w:pPr>
            <w:r w:rsidRPr="00460C5C">
              <w:rPr>
                <w:rFonts w:ascii="Calibri" w:hAnsi="Calibri" w:cs="Calibri"/>
              </w:rPr>
              <w:t>5</w:t>
            </w:r>
          </w:p>
        </w:tc>
        <w:tc>
          <w:tcPr>
            <w:tcW w:w="8500" w:type="dxa"/>
            <w:gridSpan w:val="2"/>
            <w:shd w:val="clear" w:color="auto" w:fill="auto"/>
            <w:vAlign w:val="center"/>
          </w:tcPr>
          <w:p w14:paraId="6F0B13EC" w14:textId="77777777" w:rsidR="00DE460D" w:rsidRPr="00460C5C" w:rsidRDefault="00DE460D" w:rsidP="00247AF8">
            <w:pPr>
              <w:rPr>
                <w:rFonts w:ascii="Calibri" w:hAnsi="Calibri" w:cs="Calibri"/>
              </w:rPr>
            </w:pPr>
            <w:r w:rsidRPr="00460C5C">
              <w:rPr>
                <w:rFonts w:ascii="Calibri" w:hAnsi="Calibri" w:cs="Calibri"/>
              </w:rPr>
              <w:t xml:space="preserve">Occasional sharing of images of your child with external media </w:t>
            </w:r>
            <w:proofErr w:type="spellStart"/>
            <w:r w:rsidRPr="00460C5C">
              <w:rPr>
                <w:rFonts w:ascii="Calibri" w:hAnsi="Calibri" w:cs="Calibri"/>
              </w:rPr>
              <w:t>organisations</w:t>
            </w:r>
            <w:proofErr w:type="spellEnd"/>
            <w:r w:rsidRPr="00460C5C">
              <w:rPr>
                <w:rFonts w:ascii="Calibri" w:hAnsi="Calibri" w:cs="Calibri"/>
              </w:rPr>
              <w:t xml:space="preserve">, such as local papers and parish magazine or inviting such media </w:t>
            </w:r>
            <w:proofErr w:type="spellStart"/>
            <w:r w:rsidRPr="00460C5C">
              <w:rPr>
                <w:rFonts w:ascii="Calibri" w:hAnsi="Calibri" w:cs="Calibri"/>
              </w:rPr>
              <w:t>organisations</w:t>
            </w:r>
            <w:proofErr w:type="spellEnd"/>
            <w:r w:rsidRPr="00460C5C">
              <w:rPr>
                <w:rFonts w:ascii="Calibri" w:hAnsi="Calibri" w:cs="Calibri"/>
              </w:rPr>
              <w:t xml:space="preserve"> to take photographs of pupils (including your child) engaged in school activities or events for publication.</w:t>
            </w:r>
          </w:p>
        </w:tc>
        <w:tc>
          <w:tcPr>
            <w:tcW w:w="1275" w:type="dxa"/>
            <w:shd w:val="clear" w:color="auto" w:fill="auto"/>
            <w:vAlign w:val="center"/>
          </w:tcPr>
          <w:p w14:paraId="170837E7" w14:textId="113A7B3B" w:rsidR="00DE460D" w:rsidRPr="00460C5C" w:rsidRDefault="00DE460D" w:rsidP="00C334EF">
            <w:pPr>
              <w:jc w:val="center"/>
              <w:rPr>
                <w:rFonts w:ascii="Calibri" w:hAnsi="Calibri" w:cs="Calibri"/>
              </w:rPr>
            </w:pPr>
            <w:r w:rsidRPr="00460C5C">
              <w:rPr>
                <w:rFonts w:ascii="Calibri" w:hAnsi="Calibri" w:cs="Calibri"/>
              </w:rPr>
              <w:t>YES</w:t>
            </w:r>
            <w:r w:rsidR="00A6388B">
              <w:rPr>
                <w:rFonts w:ascii="Calibri" w:hAnsi="Calibri" w:cs="Calibri"/>
              </w:rPr>
              <w:t xml:space="preserve"> </w:t>
            </w:r>
            <w:r w:rsidRPr="00460C5C">
              <w:rPr>
                <w:rFonts w:ascii="Calibri" w:hAnsi="Calibri" w:cs="Calibri"/>
              </w:rPr>
              <w:t>/</w:t>
            </w:r>
            <w:r w:rsidR="00A6388B">
              <w:rPr>
                <w:rFonts w:ascii="Calibri" w:hAnsi="Calibri" w:cs="Calibri"/>
              </w:rPr>
              <w:t xml:space="preserve"> </w:t>
            </w:r>
            <w:r w:rsidRPr="00460C5C">
              <w:rPr>
                <w:rFonts w:ascii="Calibri" w:hAnsi="Calibri" w:cs="Calibri"/>
              </w:rPr>
              <w:t>NO</w:t>
            </w:r>
          </w:p>
        </w:tc>
      </w:tr>
      <w:tr w:rsidR="00DE460D" w:rsidRPr="00460C5C" w14:paraId="0169FAE7" w14:textId="77777777" w:rsidTr="00247AF8">
        <w:trPr>
          <w:trHeight w:val="397"/>
          <w:jc w:val="center"/>
        </w:trPr>
        <w:tc>
          <w:tcPr>
            <w:tcW w:w="10342" w:type="dxa"/>
            <w:gridSpan w:val="4"/>
            <w:shd w:val="clear" w:color="auto" w:fill="auto"/>
            <w:vAlign w:val="center"/>
          </w:tcPr>
          <w:p w14:paraId="316EC435" w14:textId="77777777" w:rsidR="00DE460D" w:rsidRPr="00460C5C" w:rsidRDefault="00DE460D" w:rsidP="00247AF8">
            <w:pPr>
              <w:rPr>
                <w:rFonts w:ascii="Calibri" w:hAnsi="Calibri" w:cs="Calibri"/>
              </w:rPr>
            </w:pPr>
            <w:r w:rsidRPr="005D7AB7">
              <w:rPr>
                <w:rFonts w:ascii="Calibri" w:hAnsi="Calibri" w:cs="Calibri"/>
              </w:rPr>
              <w:t>We also need your consent before your child’s name would be attached to any images accessible externally to the school (for example school website or printed media). Please indicate below whether you consent to this:</w:t>
            </w:r>
          </w:p>
        </w:tc>
      </w:tr>
      <w:tr w:rsidR="00DE460D" w:rsidRPr="00460C5C" w14:paraId="2B08E8D8" w14:textId="77777777" w:rsidTr="00C334EF">
        <w:trPr>
          <w:trHeight w:val="397"/>
          <w:jc w:val="center"/>
        </w:trPr>
        <w:tc>
          <w:tcPr>
            <w:tcW w:w="567" w:type="dxa"/>
            <w:shd w:val="clear" w:color="auto" w:fill="auto"/>
          </w:tcPr>
          <w:p w14:paraId="59CB14A2" w14:textId="77777777" w:rsidR="00DE460D" w:rsidRPr="00460C5C" w:rsidRDefault="00DE460D" w:rsidP="00247AF8">
            <w:pPr>
              <w:rPr>
                <w:rFonts w:ascii="Calibri" w:hAnsi="Calibri" w:cs="Calibri"/>
              </w:rPr>
            </w:pPr>
            <w:r w:rsidRPr="00460C5C">
              <w:rPr>
                <w:rFonts w:ascii="Calibri" w:hAnsi="Calibri" w:cs="Calibri"/>
              </w:rPr>
              <w:t>6</w:t>
            </w:r>
          </w:p>
        </w:tc>
        <w:tc>
          <w:tcPr>
            <w:tcW w:w="8500" w:type="dxa"/>
            <w:gridSpan w:val="2"/>
            <w:shd w:val="clear" w:color="auto" w:fill="auto"/>
            <w:vAlign w:val="center"/>
          </w:tcPr>
          <w:p w14:paraId="5EE364D7" w14:textId="5C922C87" w:rsidR="00DE460D" w:rsidRPr="00460C5C" w:rsidRDefault="00DE460D" w:rsidP="00247AF8">
            <w:pPr>
              <w:rPr>
                <w:rFonts w:ascii="Calibri" w:hAnsi="Calibri" w:cs="Calibri"/>
              </w:rPr>
            </w:pPr>
            <w:r w:rsidRPr="008A7539">
              <w:rPr>
                <w:rFonts w:ascii="Calibri" w:hAnsi="Calibri" w:cs="Calibri"/>
              </w:rPr>
              <w:t>Attaching your child’s name to images accessible externally to the school (</w:t>
            </w:r>
            <w:r w:rsidR="001A3F5A" w:rsidRPr="008A7539">
              <w:rPr>
                <w:rFonts w:ascii="Calibri" w:hAnsi="Calibri" w:cs="Calibri"/>
              </w:rPr>
              <w:t>e.g.</w:t>
            </w:r>
            <w:r w:rsidRPr="008A7539">
              <w:rPr>
                <w:rFonts w:ascii="Calibri" w:hAnsi="Calibri" w:cs="Calibri"/>
              </w:rPr>
              <w:t xml:space="preserve"> social media, other websites or printed media)</w:t>
            </w:r>
          </w:p>
        </w:tc>
        <w:tc>
          <w:tcPr>
            <w:tcW w:w="1275" w:type="dxa"/>
            <w:shd w:val="clear" w:color="auto" w:fill="auto"/>
            <w:vAlign w:val="center"/>
          </w:tcPr>
          <w:p w14:paraId="54A0772D" w14:textId="1F045CA0" w:rsidR="00DE460D" w:rsidRPr="00460C5C" w:rsidRDefault="00DE460D" w:rsidP="00C334EF">
            <w:pPr>
              <w:jc w:val="center"/>
              <w:rPr>
                <w:rFonts w:ascii="Calibri" w:hAnsi="Calibri" w:cs="Calibri"/>
              </w:rPr>
            </w:pPr>
            <w:r w:rsidRPr="005D7AB7">
              <w:rPr>
                <w:rFonts w:ascii="Calibri" w:hAnsi="Calibri" w:cs="Calibri"/>
              </w:rPr>
              <w:t>YES</w:t>
            </w:r>
            <w:r w:rsidR="00A6388B">
              <w:rPr>
                <w:rFonts w:ascii="Calibri" w:hAnsi="Calibri" w:cs="Calibri"/>
              </w:rPr>
              <w:t xml:space="preserve"> </w:t>
            </w:r>
            <w:r w:rsidRPr="005D7AB7">
              <w:rPr>
                <w:rFonts w:ascii="Calibri" w:hAnsi="Calibri" w:cs="Calibri"/>
              </w:rPr>
              <w:t>/</w:t>
            </w:r>
            <w:r w:rsidR="00A6388B">
              <w:rPr>
                <w:rFonts w:ascii="Calibri" w:hAnsi="Calibri" w:cs="Calibri"/>
              </w:rPr>
              <w:t xml:space="preserve"> </w:t>
            </w:r>
            <w:r w:rsidRPr="005D7AB7">
              <w:rPr>
                <w:rFonts w:ascii="Calibri" w:hAnsi="Calibri" w:cs="Calibri"/>
              </w:rPr>
              <w:t>NO</w:t>
            </w:r>
          </w:p>
        </w:tc>
      </w:tr>
      <w:tr w:rsidR="00DE460D" w:rsidRPr="00460C5C" w14:paraId="21FA57F7" w14:textId="77777777" w:rsidTr="00A6388B">
        <w:trPr>
          <w:trHeight w:val="607"/>
          <w:jc w:val="center"/>
        </w:trPr>
        <w:tc>
          <w:tcPr>
            <w:tcW w:w="10342" w:type="dxa"/>
            <w:gridSpan w:val="4"/>
            <w:shd w:val="clear" w:color="auto" w:fill="auto"/>
            <w:vAlign w:val="center"/>
          </w:tcPr>
          <w:p w14:paraId="0FD964BD" w14:textId="77777777" w:rsidR="00DE460D" w:rsidRPr="005D7AB7" w:rsidRDefault="00DE460D" w:rsidP="00A6388B">
            <w:pPr>
              <w:rPr>
                <w:rFonts w:ascii="Calibri" w:hAnsi="Calibri" w:cs="Calibri"/>
                <w:b/>
              </w:rPr>
            </w:pPr>
            <w:r>
              <w:rPr>
                <w:rFonts w:ascii="Calibri" w:hAnsi="Calibri" w:cs="Calibri"/>
                <w:b/>
              </w:rPr>
              <w:t>You</w:t>
            </w:r>
            <w:r w:rsidRPr="005D7AB7">
              <w:rPr>
                <w:rFonts w:ascii="Calibri" w:hAnsi="Calibri" w:cs="Calibri"/>
                <w:b/>
              </w:rPr>
              <w:t xml:space="preserve"> have the right to withdraw your consent at any time by giving the school written notice and completing a new consent form. </w:t>
            </w:r>
            <w:r>
              <w:rPr>
                <w:rFonts w:ascii="Calibri" w:hAnsi="Calibri" w:cs="Calibri"/>
                <w:b/>
              </w:rPr>
              <w:t xml:space="preserve">Please notify us of </w:t>
            </w:r>
            <w:r w:rsidRPr="005D7AB7">
              <w:rPr>
                <w:rFonts w:ascii="Calibri" w:hAnsi="Calibri" w:cs="Calibri"/>
                <w:b/>
              </w:rPr>
              <w:t xml:space="preserve">consent withdrawal by </w:t>
            </w:r>
            <w:r>
              <w:rPr>
                <w:rFonts w:ascii="Calibri" w:hAnsi="Calibri" w:cs="Calibri"/>
                <w:b/>
              </w:rPr>
              <w:t>email to:</w:t>
            </w:r>
            <w:r w:rsidRPr="005D7AB7">
              <w:rPr>
                <w:rFonts w:ascii="Calibri" w:hAnsi="Calibri" w:cs="Calibri"/>
                <w:b/>
              </w:rPr>
              <w:t xml:space="preserve"> </w:t>
            </w:r>
            <w:r>
              <w:rPr>
                <w:rFonts w:ascii="Calibri" w:hAnsi="Calibri" w:cs="Calibri"/>
                <w:b/>
              </w:rPr>
              <w:t>littleoakspreschool@welearn365.com.</w:t>
            </w:r>
          </w:p>
        </w:tc>
      </w:tr>
      <w:tr w:rsidR="00DE460D" w:rsidRPr="00460C5C" w14:paraId="49142A86" w14:textId="77777777" w:rsidTr="001A3F5A">
        <w:trPr>
          <w:trHeight w:val="209"/>
          <w:jc w:val="center"/>
        </w:trPr>
        <w:tc>
          <w:tcPr>
            <w:tcW w:w="10342" w:type="dxa"/>
            <w:gridSpan w:val="4"/>
            <w:shd w:val="clear" w:color="auto" w:fill="auto"/>
          </w:tcPr>
          <w:p w14:paraId="1C0D6624" w14:textId="77777777" w:rsidR="00DE460D" w:rsidRPr="001A3F5A" w:rsidRDefault="00DE460D" w:rsidP="00247AF8">
            <w:pPr>
              <w:jc w:val="both"/>
              <w:rPr>
                <w:rFonts w:ascii="Calibri" w:hAnsi="Calibri" w:cs="Calibri"/>
                <w:b/>
                <w:sz w:val="2"/>
              </w:rPr>
            </w:pPr>
          </w:p>
        </w:tc>
      </w:tr>
      <w:tr w:rsidR="00DE460D" w:rsidRPr="00460C5C" w14:paraId="1F87871F" w14:textId="77777777" w:rsidTr="00247AF8">
        <w:trPr>
          <w:trHeight w:val="340"/>
          <w:jc w:val="center"/>
        </w:trPr>
        <w:tc>
          <w:tcPr>
            <w:tcW w:w="2552" w:type="dxa"/>
            <w:gridSpan w:val="2"/>
            <w:shd w:val="clear" w:color="auto" w:fill="auto"/>
            <w:vAlign w:val="center"/>
          </w:tcPr>
          <w:p w14:paraId="25B04068" w14:textId="77777777" w:rsidR="00DE460D" w:rsidRPr="005D7AB7" w:rsidRDefault="00DE460D" w:rsidP="00247AF8">
            <w:pPr>
              <w:rPr>
                <w:rFonts w:ascii="Calibri" w:hAnsi="Calibri" w:cs="Calibri"/>
                <w:b/>
              </w:rPr>
            </w:pPr>
            <w:r w:rsidRPr="005D7AB7">
              <w:rPr>
                <w:rFonts w:ascii="Calibri" w:hAnsi="Calibri" w:cs="Calibri"/>
              </w:rPr>
              <w:t>Signature</w:t>
            </w:r>
            <w:r>
              <w:rPr>
                <w:rFonts w:ascii="Calibri" w:hAnsi="Calibri" w:cs="Calibri"/>
              </w:rPr>
              <w:t>:</w:t>
            </w:r>
          </w:p>
        </w:tc>
        <w:tc>
          <w:tcPr>
            <w:tcW w:w="7790" w:type="dxa"/>
            <w:gridSpan w:val="2"/>
            <w:shd w:val="clear" w:color="auto" w:fill="auto"/>
            <w:vAlign w:val="center"/>
          </w:tcPr>
          <w:p w14:paraId="75A39491" w14:textId="77777777" w:rsidR="00DE460D" w:rsidRPr="005D7AB7" w:rsidRDefault="00DE460D" w:rsidP="00247AF8">
            <w:pPr>
              <w:rPr>
                <w:rFonts w:ascii="Calibri" w:hAnsi="Calibri" w:cs="Calibri"/>
                <w:b/>
              </w:rPr>
            </w:pPr>
          </w:p>
        </w:tc>
      </w:tr>
      <w:tr w:rsidR="00DE460D" w:rsidRPr="00460C5C" w14:paraId="47765E31" w14:textId="77777777" w:rsidTr="00247AF8">
        <w:trPr>
          <w:trHeight w:val="340"/>
          <w:jc w:val="center"/>
        </w:trPr>
        <w:tc>
          <w:tcPr>
            <w:tcW w:w="2552" w:type="dxa"/>
            <w:gridSpan w:val="2"/>
            <w:shd w:val="clear" w:color="auto" w:fill="auto"/>
            <w:vAlign w:val="center"/>
          </w:tcPr>
          <w:p w14:paraId="2D578143" w14:textId="77777777" w:rsidR="00DE460D" w:rsidRPr="005D7AB7" w:rsidRDefault="00DE460D" w:rsidP="00247AF8">
            <w:pPr>
              <w:rPr>
                <w:rFonts w:ascii="Calibri" w:hAnsi="Calibri" w:cs="Calibri"/>
                <w:b/>
              </w:rPr>
            </w:pPr>
            <w:r w:rsidRPr="005D7AB7">
              <w:rPr>
                <w:rFonts w:ascii="Calibri" w:hAnsi="Calibri" w:cs="Calibri"/>
              </w:rPr>
              <w:t>Name</w:t>
            </w:r>
            <w:r>
              <w:rPr>
                <w:rFonts w:ascii="Calibri" w:hAnsi="Calibri" w:cs="Calibri"/>
              </w:rPr>
              <w:t>:</w:t>
            </w:r>
          </w:p>
        </w:tc>
        <w:tc>
          <w:tcPr>
            <w:tcW w:w="7790" w:type="dxa"/>
            <w:gridSpan w:val="2"/>
            <w:shd w:val="clear" w:color="auto" w:fill="auto"/>
            <w:vAlign w:val="center"/>
          </w:tcPr>
          <w:p w14:paraId="1106A861" w14:textId="77777777" w:rsidR="00DE460D" w:rsidRPr="005D7AB7" w:rsidRDefault="00DE460D" w:rsidP="00247AF8">
            <w:pPr>
              <w:rPr>
                <w:rFonts w:ascii="Calibri" w:hAnsi="Calibri" w:cs="Calibri"/>
                <w:b/>
              </w:rPr>
            </w:pPr>
          </w:p>
        </w:tc>
      </w:tr>
      <w:tr w:rsidR="00DE460D" w:rsidRPr="00460C5C" w14:paraId="395B101E" w14:textId="77777777" w:rsidTr="00247AF8">
        <w:trPr>
          <w:trHeight w:val="340"/>
          <w:jc w:val="center"/>
        </w:trPr>
        <w:tc>
          <w:tcPr>
            <w:tcW w:w="2552" w:type="dxa"/>
            <w:gridSpan w:val="2"/>
            <w:shd w:val="clear" w:color="auto" w:fill="auto"/>
            <w:vAlign w:val="center"/>
          </w:tcPr>
          <w:p w14:paraId="2308462F" w14:textId="77777777" w:rsidR="00DE460D" w:rsidRPr="005D7AB7" w:rsidRDefault="00DE460D" w:rsidP="00247AF8">
            <w:pPr>
              <w:rPr>
                <w:rFonts w:ascii="Calibri" w:hAnsi="Calibri" w:cs="Calibri"/>
                <w:b/>
              </w:rPr>
            </w:pPr>
            <w:r w:rsidRPr="005D7AB7">
              <w:rPr>
                <w:rFonts w:ascii="Calibri" w:hAnsi="Calibri" w:cs="Calibri"/>
              </w:rPr>
              <w:t>Relationship to child</w:t>
            </w:r>
            <w:r>
              <w:rPr>
                <w:rFonts w:ascii="Calibri" w:hAnsi="Calibri" w:cs="Calibri"/>
              </w:rPr>
              <w:t>:</w:t>
            </w:r>
          </w:p>
        </w:tc>
        <w:tc>
          <w:tcPr>
            <w:tcW w:w="7790" w:type="dxa"/>
            <w:gridSpan w:val="2"/>
            <w:shd w:val="clear" w:color="auto" w:fill="auto"/>
            <w:vAlign w:val="center"/>
          </w:tcPr>
          <w:p w14:paraId="0F793E63" w14:textId="77777777" w:rsidR="00DE460D" w:rsidRPr="005D7AB7" w:rsidRDefault="00DE460D" w:rsidP="00247AF8">
            <w:pPr>
              <w:rPr>
                <w:rFonts w:ascii="Calibri" w:hAnsi="Calibri" w:cs="Calibri"/>
                <w:b/>
              </w:rPr>
            </w:pPr>
          </w:p>
        </w:tc>
      </w:tr>
      <w:tr w:rsidR="00DE460D" w:rsidRPr="00460C5C" w14:paraId="174A80B6" w14:textId="77777777" w:rsidTr="00247AF8">
        <w:trPr>
          <w:trHeight w:val="340"/>
          <w:jc w:val="center"/>
        </w:trPr>
        <w:tc>
          <w:tcPr>
            <w:tcW w:w="2552" w:type="dxa"/>
            <w:gridSpan w:val="2"/>
            <w:shd w:val="clear" w:color="auto" w:fill="auto"/>
            <w:vAlign w:val="center"/>
          </w:tcPr>
          <w:p w14:paraId="3BAA5E16" w14:textId="77777777" w:rsidR="00DE460D" w:rsidRPr="005D7AB7" w:rsidRDefault="00DE460D" w:rsidP="00247AF8">
            <w:pPr>
              <w:rPr>
                <w:rFonts w:ascii="Calibri" w:hAnsi="Calibri" w:cs="Calibri"/>
              </w:rPr>
            </w:pPr>
            <w:r w:rsidRPr="005D7AB7">
              <w:rPr>
                <w:rFonts w:ascii="Calibri" w:hAnsi="Calibri" w:cs="Calibri"/>
              </w:rPr>
              <w:t>Date</w:t>
            </w:r>
            <w:r>
              <w:rPr>
                <w:rFonts w:ascii="Calibri" w:hAnsi="Calibri" w:cs="Calibri"/>
              </w:rPr>
              <w:t>:</w:t>
            </w:r>
          </w:p>
        </w:tc>
        <w:tc>
          <w:tcPr>
            <w:tcW w:w="7790" w:type="dxa"/>
            <w:gridSpan w:val="2"/>
            <w:shd w:val="clear" w:color="auto" w:fill="auto"/>
            <w:vAlign w:val="center"/>
          </w:tcPr>
          <w:p w14:paraId="11E84923" w14:textId="77777777" w:rsidR="00DE460D" w:rsidRPr="005D7AB7" w:rsidRDefault="00DE460D" w:rsidP="00247AF8">
            <w:pPr>
              <w:rPr>
                <w:rFonts w:ascii="Calibri" w:hAnsi="Calibri" w:cs="Calibri"/>
                <w:b/>
              </w:rPr>
            </w:pPr>
          </w:p>
        </w:tc>
      </w:tr>
    </w:tbl>
    <w:p w14:paraId="505A3574" w14:textId="77777777" w:rsidR="00DE460D" w:rsidRPr="00DE460D" w:rsidRDefault="00DE460D" w:rsidP="00C334EF">
      <w:pPr>
        <w:tabs>
          <w:tab w:val="left" w:pos="2205"/>
        </w:tabs>
        <w:spacing w:after="0"/>
        <w:rPr>
          <w:rFonts w:asciiTheme="majorHAnsi" w:hAnsiTheme="majorHAnsi" w:cstheme="majorHAnsi"/>
          <w:sz w:val="26"/>
          <w:szCs w:val="26"/>
        </w:rPr>
      </w:pPr>
    </w:p>
    <w:sectPr w:rsidR="00DE460D" w:rsidRPr="00DE460D" w:rsidSect="00385204">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4C851F1"/>
    <w:multiLevelType w:val="hybridMultilevel"/>
    <w:tmpl w:val="B41E72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6B139BA"/>
    <w:multiLevelType w:val="hybridMultilevel"/>
    <w:tmpl w:val="CC4E83DE"/>
    <w:lvl w:ilvl="0" w:tplc="0EFC46F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58C"/>
    <w:rsid w:val="00034616"/>
    <w:rsid w:val="000424B4"/>
    <w:rsid w:val="0006063C"/>
    <w:rsid w:val="00145677"/>
    <w:rsid w:val="0015074B"/>
    <w:rsid w:val="00153BEB"/>
    <w:rsid w:val="00167B38"/>
    <w:rsid w:val="00192FE0"/>
    <w:rsid w:val="0019345E"/>
    <w:rsid w:val="001A3F5A"/>
    <w:rsid w:val="001E3206"/>
    <w:rsid w:val="002620C8"/>
    <w:rsid w:val="00262BC6"/>
    <w:rsid w:val="00277767"/>
    <w:rsid w:val="0029639D"/>
    <w:rsid w:val="002E407D"/>
    <w:rsid w:val="002F057F"/>
    <w:rsid w:val="00326F90"/>
    <w:rsid w:val="00385204"/>
    <w:rsid w:val="003C1FDE"/>
    <w:rsid w:val="00412D88"/>
    <w:rsid w:val="00434299"/>
    <w:rsid w:val="004543FE"/>
    <w:rsid w:val="004C54AC"/>
    <w:rsid w:val="004F14EE"/>
    <w:rsid w:val="00501DD3"/>
    <w:rsid w:val="005627A6"/>
    <w:rsid w:val="005727FA"/>
    <w:rsid w:val="005A70C2"/>
    <w:rsid w:val="005B71B2"/>
    <w:rsid w:val="00662C02"/>
    <w:rsid w:val="00665F5C"/>
    <w:rsid w:val="00677D0E"/>
    <w:rsid w:val="007066DB"/>
    <w:rsid w:val="00733C8F"/>
    <w:rsid w:val="0079723C"/>
    <w:rsid w:val="007F649F"/>
    <w:rsid w:val="00801055"/>
    <w:rsid w:val="008A259B"/>
    <w:rsid w:val="008E747C"/>
    <w:rsid w:val="00902667"/>
    <w:rsid w:val="009101A8"/>
    <w:rsid w:val="00917745"/>
    <w:rsid w:val="009452F6"/>
    <w:rsid w:val="00A6388B"/>
    <w:rsid w:val="00A66A08"/>
    <w:rsid w:val="00A83671"/>
    <w:rsid w:val="00A85FAF"/>
    <w:rsid w:val="00AA1D8D"/>
    <w:rsid w:val="00B47730"/>
    <w:rsid w:val="00B52CEE"/>
    <w:rsid w:val="00B80DEF"/>
    <w:rsid w:val="00BA045B"/>
    <w:rsid w:val="00BB20A5"/>
    <w:rsid w:val="00BE2B6D"/>
    <w:rsid w:val="00C334EF"/>
    <w:rsid w:val="00C46D4F"/>
    <w:rsid w:val="00CB0664"/>
    <w:rsid w:val="00CD5BA8"/>
    <w:rsid w:val="00D57F8C"/>
    <w:rsid w:val="00D659B6"/>
    <w:rsid w:val="00D74EAB"/>
    <w:rsid w:val="00D858B3"/>
    <w:rsid w:val="00DE460D"/>
    <w:rsid w:val="00DF5F6E"/>
    <w:rsid w:val="00E51E8E"/>
    <w:rsid w:val="00E5579D"/>
    <w:rsid w:val="00E72BCC"/>
    <w:rsid w:val="00E8345F"/>
    <w:rsid w:val="00EB11B1"/>
    <w:rsid w:val="00F035C8"/>
    <w:rsid w:val="00F8742E"/>
    <w:rsid w:val="00FB0D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6A1DED"/>
  <w14:defaultImageDpi w14:val="300"/>
  <w15:docId w15:val="{32C65F8D-DD9D-954C-A846-170F01BA5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PlainTable3">
    <w:name w:val="Plain Table 3"/>
    <w:basedOn w:val="TableNormal"/>
    <w:uiPriority w:val="99"/>
    <w:rsid w:val="00A66A0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2620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B52CEE"/>
    <w:rPr>
      <w:color w:val="0000FF" w:themeColor="hyperlink"/>
      <w:u w:val="single"/>
    </w:rPr>
  </w:style>
  <w:style w:type="character" w:styleId="UnresolvedMention">
    <w:name w:val="Unresolved Mention"/>
    <w:basedOn w:val="DefaultParagraphFont"/>
    <w:uiPriority w:val="99"/>
    <w:semiHidden/>
    <w:unhideWhenUsed/>
    <w:rsid w:val="00B52CEE"/>
    <w:rPr>
      <w:color w:val="605E5C"/>
      <w:shd w:val="clear" w:color="auto" w:fill="E1DFDD"/>
    </w:rPr>
  </w:style>
  <w:style w:type="paragraph" w:styleId="BalloonText">
    <w:name w:val="Balloon Text"/>
    <w:basedOn w:val="Normal"/>
    <w:link w:val="BalloonTextChar"/>
    <w:uiPriority w:val="99"/>
    <w:semiHidden/>
    <w:unhideWhenUsed/>
    <w:rsid w:val="002F05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5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9511406">
      <w:bodyDiv w:val="1"/>
      <w:marLeft w:val="0"/>
      <w:marRight w:val="0"/>
      <w:marTop w:val="0"/>
      <w:marBottom w:val="0"/>
      <w:divBdr>
        <w:top w:val="none" w:sz="0" w:space="0" w:color="auto"/>
        <w:left w:val="none" w:sz="0" w:space="0" w:color="auto"/>
        <w:bottom w:val="none" w:sz="0" w:space="0" w:color="auto"/>
        <w:right w:val="none" w:sz="0" w:space="0" w:color="auto"/>
      </w:divBdr>
    </w:div>
    <w:div w:id="1543519552">
      <w:bodyDiv w:val="1"/>
      <w:marLeft w:val="0"/>
      <w:marRight w:val="0"/>
      <w:marTop w:val="0"/>
      <w:marBottom w:val="0"/>
      <w:divBdr>
        <w:top w:val="none" w:sz="0" w:space="0" w:color="auto"/>
        <w:left w:val="none" w:sz="0" w:space="0" w:color="auto"/>
        <w:bottom w:val="none" w:sz="0" w:space="0" w:color="auto"/>
        <w:right w:val="none" w:sz="0" w:space="0" w:color="auto"/>
      </w:divBdr>
    </w:div>
    <w:div w:id="1865165694">
      <w:bodyDiv w:val="1"/>
      <w:marLeft w:val="0"/>
      <w:marRight w:val="0"/>
      <w:marTop w:val="0"/>
      <w:marBottom w:val="0"/>
      <w:divBdr>
        <w:top w:val="none" w:sz="0" w:space="0" w:color="auto"/>
        <w:left w:val="none" w:sz="0" w:space="0" w:color="auto"/>
        <w:bottom w:val="none" w:sz="0" w:space="0" w:color="auto"/>
        <w:right w:val="none" w:sz="0" w:space="0" w:color="auto"/>
      </w:divBdr>
      <w:divsChild>
        <w:div w:id="863594938">
          <w:marLeft w:val="0"/>
          <w:marRight w:val="0"/>
          <w:marTop w:val="0"/>
          <w:marBottom w:val="240"/>
          <w:divBdr>
            <w:top w:val="none" w:sz="0" w:space="0" w:color="auto"/>
            <w:left w:val="none" w:sz="0" w:space="0" w:color="auto"/>
            <w:bottom w:val="none" w:sz="0" w:space="0" w:color="auto"/>
            <w:right w:val="none" w:sz="0" w:space="0" w:color="auto"/>
          </w:divBdr>
        </w:div>
        <w:div w:id="903220127">
          <w:marLeft w:val="0"/>
          <w:marRight w:val="0"/>
          <w:marTop w:val="18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ov.uk/government/publications/early-years-foundation-stage-nutri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warwickshire.gov.uk/childcarecos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hildcarechoices.gov.uk/"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littleoakspreschool@welearn365.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69B0178A96394B8AEC397087D9A572" ma:contentTypeVersion="13" ma:contentTypeDescription="Create a new document." ma:contentTypeScope="" ma:versionID="a49f751c4c8551422e15690cb2502d5c">
  <xsd:schema xmlns:xsd="http://www.w3.org/2001/XMLSchema" xmlns:xs="http://www.w3.org/2001/XMLSchema" xmlns:p="http://schemas.microsoft.com/office/2006/metadata/properties" xmlns:ns2="07fab081-1225-423b-9134-6e5beb216355" xmlns:ns3="7861ee61-56ca-4b7d-a14e-7afd20d226e1" targetNamespace="http://schemas.microsoft.com/office/2006/metadata/properties" ma:root="true" ma:fieldsID="85cd5629cd2e1ecdf4bfeda170b0f73c" ns2:_="" ns3:_="">
    <xsd:import namespace="07fab081-1225-423b-9134-6e5beb216355"/>
    <xsd:import namespace="7861ee61-56ca-4b7d-a14e-7afd20d226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ab081-1225-423b-9134-6e5beb216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6852029-6d2b-4c75-93a9-4e576541db9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61ee61-56ca-4b7d-a14e-7afd20d226e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7a7acab-bff6-423d-bab2-0fe734a8616e}" ma:internalName="TaxCatchAll" ma:showField="CatchAllData" ma:web="7861ee61-56ca-4b7d-a14e-7afd20d226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fab081-1225-423b-9134-6e5beb216355">
      <Terms xmlns="http://schemas.microsoft.com/office/infopath/2007/PartnerControls"/>
    </lcf76f155ced4ddcb4097134ff3c332f>
    <TaxCatchAll xmlns="7861ee61-56ca-4b7d-a14e-7afd20d226e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A5F6D-AD34-45B8-9C46-566277DE1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fab081-1225-423b-9134-6e5beb216355"/>
    <ds:schemaRef ds:uri="7861ee61-56ca-4b7d-a14e-7afd20d226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4509EB-D80C-4623-803B-4F5E872B8160}">
  <ds:schemaRefs>
    <ds:schemaRef ds:uri="http://schemas.microsoft.com/sharepoint/v3/contenttype/forms"/>
  </ds:schemaRefs>
</ds:datastoreItem>
</file>

<file path=customXml/itemProps3.xml><?xml version="1.0" encoding="utf-8"?>
<ds:datastoreItem xmlns:ds="http://schemas.openxmlformats.org/officeDocument/2006/customXml" ds:itemID="{866C96E8-4578-4AB2-88F6-E3DB8A40334D}">
  <ds:schemaRefs>
    <ds:schemaRef ds:uri="http://schemas.microsoft.com/office/2006/metadata/properties"/>
    <ds:schemaRef ds:uri="http://schemas.microsoft.com/office/infopath/2007/PartnerControls"/>
    <ds:schemaRef ds:uri="07fab081-1225-423b-9134-6e5beb216355"/>
    <ds:schemaRef ds:uri="http://www.w3.org/XML/1998/namespace"/>
    <ds:schemaRef ds:uri="http://schemas.microsoft.com/office/2006/documentManagement/types"/>
    <ds:schemaRef ds:uri="http://purl.org/dc/elements/1.1/"/>
    <ds:schemaRef ds:uri="7861ee61-56ca-4b7d-a14e-7afd20d226e1"/>
    <ds:schemaRef ds:uri="http://schemas.openxmlformats.org/package/2006/metadata/core-properties"/>
    <ds:schemaRef ds:uri="http://purl.org/dc/dcmitype/"/>
    <ds:schemaRef ds:uri="http://purl.org/dc/terms/"/>
  </ds:schemaRefs>
</ds:datastoreItem>
</file>

<file path=customXml/itemProps4.xml><?xml version="1.0" encoding="utf-8"?>
<ds:datastoreItem xmlns:ds="http://schemas.openxmlformats.org/officeDocument/2006/customXml" ds:itemID="{FD9F05C1-69EE-48A2-B139-90272A074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3061</Words>
  <Characters>17449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20470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 Frost LAP</cp:lastModifiedBy>
  <cp:revision>3</cp:revision>
  <cp:lastPrinted>2026-07-06T10:55:00Z</cp:lastPrinted>
  <dcterms:created xsi:type="dcterms:W3CDTF">2026-07-06T13:47:00Z</dcterms:created>
  <dcterms:modified xsi:type="dcterms:W3CDTF">2026-07-07T13:06:00Z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0x0101003269B0178A96394B8AEC397087D9A572</vt:lpwstr>
  </property>
  <property fmtid="{D5CDD505-2E9C-101B-9397-08002B2CF9AE}" pid="3" name="Order">
    <vt:r8>1183200</vt:r8>
  </property>
  <property fmtid="{D5CDD505-2E9C-101B-9397-08002B2CF9AE}" pid="4" name="MediaServiceImageTags">
    <vt:lpwstr/>
  </property>
</Properties>
</file>